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Read an EKG Strip: A Step-by-Step Guide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heart diagram highlights the conduction pathways, alongside a document labeled "NCLEX" under the heading "Commonly tested."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heart illustration, an irregular EKG strip, a warning icon, and a "Heart Block" label appear alongside the six-step method with Step 4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cartoon nurse gestures toward a large screen labeled "Mini Lesson Series" with a heart illustration and the text "ECG / EKG Interpretation." A sidebar lists lesson topics.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Cartoon instructor in blue scrubs labeled "SimpleNursing" winking and pointing at the viewer, with a light blue radiating background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reference chart titled "EKG Quick View: 9 strips to know for the NCLEX" lists rhythm names next to their corresponding EKG waveforms.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materials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table summarizes normal EKG values alongside an EKG strip with a warning icon, under the heading "Interpret the Strip."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1: Review reference charts before you begin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labeled chart titled "EKGs" displays six different EKG waveform strips, each showing a distinct rhythm pattern.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EKG monitor illustration displays a regular rhythm, representing a normal baseline pattern.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"EKG Quick View" chart lists nine EKG strips to know for the NCLEX, each shown with a sample waveform.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2: Understand the heart's conduction system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cartoon heart appears next to the terms "ECGs" and "EKGs," under a banner reading "Understanding the heart's conduction system."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map illustration shows a heart at a destination point, labeled "Heart's electrical system," representing the start of the conduction pathway.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illustration of the AV node holds a "SLOW DOWN" sign and is labeled "Gatekeeper," with the SA node and AV node locations marked on a heart diagram.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heart diagram highlights the Purkinje fibers in green, alongside a document labeled "NCLEX" under the heading "Commonly tested."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AV node illustration with a "SLOW DOWN" sign and a speech bubble reading "Slow down, please!" appears next to a heart diagram with highlighted conduction pathways.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bar graph compares firing rates: SA Node (60–100 bpm, pink), AV Node (40–60 bpm, purple), Bundle of His (40–60 bpm, orange), and Purkinje Fibers (20–40 bpm, green).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bar graph of conduction system rates appears with the highlighted text "EKG Interpretation."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3: Learn EKG waveform basics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heart illustration with musical notes appears beside a simple EKG waveform, introducing the waveform basics.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QRS complex is boxed on an EKG waveform, with the text "V = Ventricles" shown below it.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heart diagram shows atrial contraction, and an adjacent EKG waveform highlights the P wave in pink, labeled "Atrial Depolarization."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labeled EKG waveform diagram shows the P wave, boxed QRS complex, and T wave, with atrial repolarization not displayed.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4: Measure segments and intervals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illustration highlights the concept of "Key measurements" for the PR interval on an EKG strip.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EKG strip and a clock appear side by side, with "Segments" labeled in purple below the strip and "Intervals" labeled in orange below the clock.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5: Identify widened QRS complexes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EKG waveform highlights the T wave in green, labeled "T wave" and "Ventricular Repolarization."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diagram labels the P, QRS, and T waves with a warning icon and the text "&gt; 0.12 seconds."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diagram reads "Widened QRS = Delayed Ventricular Conduction," with a warning icon and the text "&gt; 0.12 seconds."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 illustration compares an oversized pair of cargo shorts to EKG strips displaying wide, abnormal QRS complexes with a warning icon.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EKG waveform with a grid overlay shows that each small box equals 0.04 seconds and each big box equals 0.20 seconds.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6: Apply the six-step EKG interpretation method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EKG waveform highlights the QRS interval with a double-headed arrow labeled "QRS int.," with a checkmark and the range "0.06 - 0.12 seconds."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cross-section of the heart highlights the SA node, with a label showing "60–100" beats per minute.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 EKG strip and waveform appear next to a list of the six-step EKG interpretation method.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same EKG strip and waveform appear with the color-coded six-step method visually emphasized.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 EKG waveform with missing P waves appears with a warning icon and an EKG strip labeled "Atrial Fibrillation."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 EKG strip has the PR interval highlighted, with a heart icon, a warning icon, and the text "&gt; 0.20 seconds."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QRS complex is shown with measurement boxes labeled "0.06 - 0.12 seconds," alongside the six-step method with Step 3 highlighted.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7: Rapid review and additional resources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heart diagram appears beside a labeled EKG waveform highlighting the QRS complex as "Ventricular Depolarization."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labeled EKG waveform shows the P wave, QRS complex, and T wave with their corresponding electrical events.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heart illustration, an EKG strip with an irregular rhythm, a warning icon, and a "Heart Block" label appear alongside the six-step method with Step 4 highlighted.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color-coded six-step EKG interpretation method chart is shown with each step outlined.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"EKG Quick View" chart lists nine EKG strips to know for the NCLEX.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tip card reads: "Some Angry Bunnies Punch: SA Node → AV Node → Bundle of His → Purkinje Fibers," with four heart diagrams illustrating each step.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labeled EKG waveform highlights the PR interval and QRS duration at the bottom of the frame.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 EKG waveform with a measurement grid appears next to the six-step method, with Step 4 highlighted.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summary table appears with additional EKG strips, warning icons, and a heart illustration, under the heading "Interpret the Strip."</w:t>
      </w:r>
    </w:p>
    <w:p>
      <w:pPr/>
      <w:r>
        <w:br w:type="page"/>
      </w:r>
    </w:p>
    <w:sectPr w:rsidR="00FC693F" w:rsidRPr="0006063C" w:rsidSect="00034616">
      <w:headerReference w:type="default" r:id="rId34"/>
      <w:footerReference w:type="default" r:id="rId3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header" Target="header1.xm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