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Infection Control Protocol: How to Put on Sterile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and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Pathogen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Screening and identification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Isolation precautions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Gather your sterile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the sterile glove package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a white coat sits at a table with two sterile glove packages and an additional medical package, hands positioned above the table in preparation to open them.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Perform hand hygiene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Unfold the inner glove wrapper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positioned above an open sterile glove package, reaching underneath the creased edges without touching the gloves.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Position your hands to remove the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Open the sterile field completely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inner wrapper of the sterile glove package is pulled open and flattened, fully exposing both gloves within the two-inch safe border.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Identify the left and right gloves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nurse is preparing to glove the dominant hand, with fingers positioned above the right glove, ready to grasp the inside cuff.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Grasp the cuff of the first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non-dominant hand grasps the inside cuff of the first glove with the thumb tucked in, demonstrating contamination-free technique.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Put on the first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sterile gloves lie fully exposed on the open wrapper, clearly separated into left and right positions, with hands positioned above ready to begin.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Adjust the fit of the first glove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dominant hand is pulled into the first glove using the inside cuff, with the thumb tucked in to preserve sterility.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Glove the non-dominant hand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sterile gloved hand slides its fingers underneath the cuff of the second glove, preparing to glove the non-dominant hand.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Insert the non-dominant hand into the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non-dominant hand is guided into the second glove by the gloved dominant hand, with the thumb tucked in as the glove is pulled fully 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Adjust both gloves and maintain sterility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right glove is adjusted up the arm for a secure fit while the left glove remains untouched on the wrapper.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hands are now gloved, and the gloves are adjusted for a comfortable, secure fit.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Hand hygiene protocol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opened sterile glove package on a table, showing two gloves inside their wrapper with visible creases for handling. The nurse's hands are positioned above the package, ready to proceed.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Environmental cleaning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Surveillance and reporting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nurse, wearing both sterile gloves, faces the camera and provides final reminders about maintaining sterility and not touching non-sterile surfaces.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Staff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in a white coat is smiling with arms crossed on the left side of the screen. On the right, a pink background displays the following text: "Don't Forget to: *Visit RegisteredNurseRN.com *Check out my book 'How to Pass Nursing School' *Subscribe to my Channel for more videos".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nurse, now fully gloved, demonstrates proper sterile hand positioning, keeping hands together and above the sterile field.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