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Put on PPE in Order: A Step-by-Step Donning and Doffing Guide</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9</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Presenter in purple scrubs, checklist on right: "When Using PPE: - Select the right PPE based on the infectious agent. - Make sure you've been properly fitted and sized for your PPE."</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9</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Presenter in purple scrubs, neutral background, text overlay: "Nurse Sarah, BSN, RN RegisteredNurseRN.com"</w:t>
      </w:r>
    </w:p>
    <w:p>
      <w:pP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Required equipment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9</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p>
    <w:p>
      <w:pPr>
        <w:pStyle w:val="ListBullet2"/>
      </w:pP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p>
    <w:p>
      <w:pPr>
        <w:pStyle w:val="ListBullet2"/>
      </w:pP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keepNext/>
        <w:keepLines/>
      </w:pP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Close-up of hands being washed with soap under running water at a sink</w:t>
      </w:r>
    </w:p>
    <w:p>
      <w:pPr>
        <w:pStyle w:val="Heading1"/>
        <w:keepNext/>
        <w:keepLines/>
        <w:outlineLvl w:val="0"/>
      </w:pPr>
      <w:r>
        <w:rPr>
          <w:b/>
          <w:color w:val="404040"/>
          <w:sz w:val="32"/>
          <w:rFonts w:ascii="Inter" w:hAnsi="Inter" w:eastAsia="Noto Sans CJK JP" w:cs="Noto Sans CJK JP"/>
        </w:rPr>
        <w:t>Donning PPE</w:t>
      </w:r>
    </w:p>
    <w:p>
      <w:pPr>
        <w:pStyle w:val="Heading2"/>
        <w:keepNext/>
        <w:keepLines/>
        <w:ind w:left="0"/>
        <w:outlineLvl w:val="1"/>
      </w:pPr>
      <w:r>
        <w:rPr>
          <w:b/>
          <w:color w:val="404040"/>
          <w:sz w:val="28"/>
          <w:rFonts w:ascii="Inter" w:hAnsi="Inter" w:eastAsia="Noto Sans CJK JP" w:cs="Noto Sans CJK JP"/>
        </w:rPr>
        <w:t>Step 1: Perform hand hygiene</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2: Put on the gown</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Nurse holding an N95 respirator in one hand, demonstrating correct grip for donning</w:t>
      </w:r>
    </w:p>
    <w:p>
      <w:pPr>
        <w:pStyle w:val="Heading2"/>
        <w:keepNext/>
        <w:keepLines/>
        <w:ind w:left="0"/>
        <w:outlineLvl w:val="1"/>
      </w:pPr>
      <w:r>
        <w:rPr>
          <w:b/>
          <w:color w:val="404040"/>
          <w:sz w:val="28"/>
          <w:rFonts w:ascii="Inter" w:hAnsi="Inter" w:eastAsia="Noto Sans CJK JP" w:cs="Noto Sans CJK JP"/>
        </w:rPr>
        <w:t>Step 3: Don a face mask with ear loops</w:t>
      </w:r>
    </w:p>
    <w:p>
      <w:pPr>
        <w:keepNext/>
        <w:keepLines/>
      </w:pP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Nurse sliding her arms into a blue isolation gown while preparing to put on PPE</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Nurse holding a face mask by its ear loops, ready to put it on</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9</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Donning an N95 respirator step by step</w:t>
      </w:r>
    </w:p>
    <w:p>
      <w:pPr>
        <w:pStyle w:val="Heading2"/>
        <w:keepNext/>
        <w:keepLines/>
        <w:ind w:left="0"/>
        <w:outlineLvl w:val="1"/>
      </w:pPr>
      <w:r>
        <w:rPr>
          <w:b/>
          <w:color w:val="404040"/>
          <w:sz w:val="28"/>
          <w:rFonts w:ascii="Inter" w:hAnsi="Inter" w:eastAsia="Noto Sans CJK JP" w:cs="Noto Sans CJK JP"/>
        </w:rPr>
        <w:t>Step 4: Prepare the respirator</w:t>
      </w:r>
    </w:p>
    <w:p>
      <w:pPr>
        <w:keepNext/>
        <w:keepLines/>
      </w:pP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Nurse placing the bottom strap of an N95 respirator around the back of her head, with the straps separated</w:t>
      </w:r>
    </w:p>
    <w:p>
      <w:pPr>
        <w:pStyle w:val="Heading2"/>
        <w:keepNext/>
        <w:keepLines/>
        <w:ind w:left="0"/>
        <w:outlineLvl w:val="1"/>
      </w:pPr>
      <w:r>
        <w:rPr>
          <w:b/>
          <w:color w:val="404040"/>
          <w:sz w:val="28"/>
          <w:rFonts w:ascii="Inter" w:hAnsi="Inter" w:eastAsia="Noto Sans CJK JP" w:cs="Noto Sans CJK JP"/>
        </w:rPr>
        <w:t>Step 5: Position the respirator on your face</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Nurse with both hands over an N95 respirator, performing the inhalation part of a seal check with eyes closed</w:t>
      </w:r>
    </w:p>
    <w:p>
      <w:pPr>
        <w:pStyle w:val="Heading2"/>
        <w:keepNext/>
        <w:keepLines/>
        <w:ind w:left="0"/>
        <w:outlineLvl w:val="1"/>
      </w:pPr>
      <w:r>
        <w:rPr>
          <w:b/>
          <w:color w:val="404040"/>
          <w:sz w:val="28"/>
          <w:rFonts w:ascii="Inter" w:hAnsi="Inter" w:eastAsia="Noto Sans CJK JP" w:cs="Noto Sans CJK JP"/>
        </w:rPr>
        <w:t>Step 6: Secure the straps</w:t>
      </w:r>
    </w:p>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Nurse holding an N95 respirator against her face while preparing to secure it</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7: Mold the nose piece</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Side view showing straps of an N95 respirator incorrectly overlapped, marked with a red X and the warning "Avoid Tangling or Overlapping"</w:t>
      </w:r>
    </w:p>
    <w:p>
      <w:pPr>
        <w:pStyle w:val="Heading2"/>
        <w:keepNext/>
        <w:keepLines/>
        <w:ind w:left="0"/>
        <w:outlineLvl w:val="1"/>
      </w:pPr>
      <w:r>
        <w:rPr>
          <w:b/>
          <w:color w:val="404040"/>
          <w:sz w:val="28"/>
          <w:rFonts w:ascii="Inter" w:hAnsi="Inter" w:eastAsia="Noto Sans CJK JP" w:cs="Noto Sans CJK JP"/>
        </w:rPr>
        <w:t>Step 8: Perform a seal check — inhale</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Nurse with both hands over an N95 respirator, performing the exhalation part of a seal check</w:t>
      </w:r>
    </w:p>
    <w:p>
      <w:pPr>
        <w:pStyle w:val="Heading2"/>
        <w:keepNext/>
        <w:keepLines/>
        <w:ind w:left="0"/>
        <w:outlineLvl w:val="1"/>
      </w:pPr>
      <w:r>
        <w:rPr>
          <w:b/>
          <w:color w:val="404040"/>
          <w:sz w:val="28"/>
          <w:rFonts w:ascii="Inter" w:hAnsi="Inter" w:eastAsia="Noto Sans CJK JP" w:cs="Noto Sans CJK JP"/>
        </w:rPr>
        <w:t>Step 9: Perform a seal check — exhale</w:t>
      </w:r>
    </w:p>
    <w:p>
      <w:pPr>
        <w:keepNext/>
        <w:keepLines/>
      </w:pP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Nurse using both hands to mold the nose piece of an N95 respirator for a secure fit</w:t>
      </w:r>
    </w:p>
    <w:p>
      <w:pPr>
        <w:pStyle w:val="Heading2"/>
        <w:keepNext/>
        <w:keepLines/>
        <w:ind w:left="0"/>
        <w:outlineLvl w:val="1"/>
      </w:pPr>
      <w:r>
        <w:rPr>
          <w:b/>
          <w:color w:val="404040"/>
          <w:sz w:val="28"/>
          <w:rFonts w:ascii="Inter" w:hAnsi="Inter" w:eastAsia="Noto Sans CJK JP" w:cs="Noto Sans CJK JP"/>
        </w:rPr>
        <w:t>Step 10: Adjust the fit if needed</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Nurse holding an N95 respirator in one hand, straps hanging freely, before putting it on</w:t>
      </w:r>
    </w:p>
    <w:p>
      <w:pPr>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Nurse adjusting the fit of an N95 respirator by pressing around the edges with both hands</w:t>
      </w:r>
    </w:p>
    <w:p>
      <w:pPr>
        <w:pStyle w:val="Heading1"/>
        <w:keepNext/>
        <w:keepLines/>
        <w:outlineLvl w:val="0"/>
      </w:pPr>
      <w:r>
        <w:rPr>
          <w:b/>
          <w:color w:val="404040"/>
          <w:sz w:val="32"/>
          <w:rFonts w:ascii="Inter" w:hAnsi="Inter" w:eastAsia="Noto Sans CJK JP" w:cs="Noto Sans CJK JP"/>
        </w:rPr>
        <w:t>Completing the donning sequence</w:t>
      </w:r>
    </w:p>
    <w:p>
      <w:pPr>
        <w:pStyle w:val="Heading2"/>
        <w:keepNext/>
        <w:keepLines/>
        <w:ind w:left="0"/>
        <w:outlineLvl w:val="1"/>
      </w:pPr>
      <w:r>
        <w:rPr>
          <w:b/>
          <w:color w:val="404040"/>
          <w:sz w:val="28"/>
          <w:rFonts w:ascii="Inter" w:hAnsi="Inter" w:eastAsia="Noto Sans CJK JP" w:cs="Noto Sans CJK JP"/>
        </w:rPr>
        <w:t>Step 11: Don eye protection</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Nurse holding goggles in front of her face, preparing to put them on over her N95 respirator</w:t>
      </w:r>
    </w:p>
    <w:p>
      <w:pPr>
        <w:pStyle w:val="Heading2"/>
        <w:keepNext/>
        <w:keepLines/>
        <w:ind w:left="0"/>
        <w:outlineLvl w:val="1"/>
      </w:pPr>
      <w:r>
        <w:rPr>
          <w:b/>
          <w:color w:val="404040"/>
          <w:sz w:val="28"/>
          <w:rFonts w:ascii="Inter" w:hAnsi="Inter" w:eastAsia="Noto Sans CJK JP" w:cs="Noto Sans CJK JP"/>
        </w:rPr>
        <w:t>Step 12: Perform hand hygiene</w:t>
      </w:r>
    </w:p>
    <w:p>
      <w:pP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13: Don gloves</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Close-up of hands being washed under running water with soap lather</w:t>
      </w:r>
    </w:p>
    <w:p>
      <w:pPr>
        <w:pStyle w:val="Heading1"/>
        <w:keepNext/>
        <w:keepLines/>
        <w:outlineLvl w:val="0"/>
      </w:pPr>
      <w:r>
        <w:rPr>
          <w:b/>
          <w:color w:val="404040"/>
          <w:sz w:val="32"/>
          <w:rFonts w:ascii="Inter" w:hAnsi="Inter" w:eastAsia="Noto Sans CJK JP" w:cs="Noto Sans CJK JP"/>
        </w:rPr>
        <w:t>Doffing (removing) PPE</w:t>
      </w:r>
    </w:p>
    <w:p>
      <w:pPr>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Side view of a person removing an N95 respirator by the straps</w:t>
      </w:r>
    </w:p>
    <w:p>
      <w:pPr>
        <w:pStyle w:val="Heading2"/>
        <w:keepNext/>
        <w:keepLines/>
        <w:ind w:left="0"/>
        <w:outlineLvl w:val="1"/>
      </w:pPr>
      <w:r>
        <w:rPr>
          <w:b/>
          <w:color w:val="404040"/>
          <w:sz w:val="28"/>
          <w:rFonts w:ascii="Inter" w:hAnsi="Inter" w:eastAsia="Noto Sans CJK JP" w:cs="Noto Sans CJK JP"/>
        </w:rPr>
        <w:t>Step 14: Remove the first glove</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Close-up of gloved hands with one hand pinching the cuff of the other glove to begin removal</w:t>
      </w:r>
    </w:p>
    <w:p>
      <w:pPr>
        <w:pStyle w:val="Heading2"/>
        <w:keepNext/>
        <w:keepLines/>
        <w:ind w:left="0"/>
        <w:outlineLvl w:val="1"/>
      </w:pPr>
      <w:r>
        <w:rPr>
          <w:b/>
          <w:color w:val="404040"/>
          <w:sz w:val="28"/>
          <w:rFonts w:ascii="Inter" w:hAnsi="Inter" w:eastAsia="Noto Sans CJK JP" w:cs="Noto Sans CJK JP"/>
        </w:rPr>
        <w:t>Step 15: Remove the second glove</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Close-up of gloved hands marked with a red X and the warning "Do not touch outside of gloves with ungloved hands while removing"</w:t>
      </w:r>
    </w:p>
    <w:p>
      <w:pPr>
        <w:pStyle w:val="Heading2"/>
        <w:keepNext/>
        <w:keepLines/>
        <w:ind w:left="0"/>
        <w:outlineLvl w:val="1"/>
      </w:pPr>
      <w:r>
        <w:rPr>
          <w:b/>
          <w:color w:val="404040"/>
          <w:sz w:val="28"/>
          <w:rFonts w:ascii="Inter" w:hAnsi="Inter" w:eastAsia="Noto Sans CJK JP" w:cs="Noto Sans CJK JP"/>
        </w:rPr>
        <w:t>Step 16: Complete glove removal and dispose</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Close-up of gloved hands, large red X, and text: "Do not touch outside of gloves with ungloved hands while removing."</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Close-up of bare index finger sliding under the cuff of a blue glove to complete removal</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17: Untie the gown</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Person in a blue gown untying the back ties, with on-screen text confirming that the ties and inside of the gown are considered clean</w:t>
      </w:r>
    </w:p>
    <w:p>
      <w:pPr>
        <w:pStyle w:val="Heading2"/>
        <w:keepNext/>
        <w:keepLines/>
        <w:ind w:left="0"/>
        <w:outlineLvl w:val="1"/>
      </w:pPr>
      <w:r>
        <w:rPr>
          <w:b/>
          <w:color w:val="404040"/>
          <w:sz w:val="28"/>
          <w:rFonts w:ascii="Inter" w:hAnsi="Inter" w:eastAsia="Noto Sans CJK JP" w:cs="Noto Sans CJK JP"/>
        </w:rPr>
        <w:t>Step 18: Remove the gown</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Person in purple scrubs, wearing a surgical mask. Large red X and text: "Avoid touching the front of mask after exposure."</w:t>
      </w:r>
    </w:p>
    <w:p>
      <w:pPr>
        <w:pStyle w:val="Heading2"/>
        <w:keepNext/>
        <w:keepLines/>
        <w:ind w:left="0"/>
        <w:outlineLvl w:val="1"/>
      </w:pPr>
      <w:r>
        <w:rPr>
          <w:b/>
          <w:color w:val="404040"/>
          <w:sz w:val="28"/>
          <w:rFonts w:ascii="Inter" w:hAnsi="Inter" w:eastAsia="Noto Sans CJK JP" w:cs="Noto Sans CJK JP"/>
        </w:rPr>
        <w:t>Step 19: Remove goggles or face shield</w:t>
      </w:r>
    </w:p>
    <w:p>
      <w:pPr>
        <w:keepNext/>
        <w:keepLines/>
      </w:pP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Person lifting goggles up and over the head to remove them</w:t>
      </w:r>
    </w:p>
    <w:p>
      <w:pP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Close-up of one gloved and one ungloved hand, with the ungloved finger sliding under the cuff of the remaining glove</w:t>
      </w:r>
    </w:p>
    <w:p>
      <w:pPr>
        <w:pStyle w:val="Heading2"/>
        <w:keepNext/>
        <w:keepLines/>
        <w:ind w:left="0"/>
        <w:outlineLvl w:val="1"/>
      </w:pPr>
      <w:r>
        <w:rPr>
          <w:b/>
          <w:color w:val="404040"/>
          <w:sz w:val="28"/>
          <w:rFonts w:ascii="Inter" w:hAnsi="Inter" w:eastAsia="Noto Sans CJK JP" w:cs="Noto Sans CJK JP"/>
        </w:rPr>
        <w:t>Step 20: Remove the mask</w:t>
      </w:r>
    </w:p>
    <w:p>
      <w:pPr>
        <w:keepNext/>
        <w:keepLines/>
      </w:pP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Person in a blue gown with hands out and thumbs removed from the inserts, preparing to slide the arms out of the sleeves</w:t>
      </w:r>
    </w:p>
    <w:p>
      <w:pPr>
        <w:pStyle w:val="Heading2"/>
        <w:keepNext/>
        <w:keepLines/>
        <w:ind w:left="0"/>
        <w:outlineLvl w:val="1"/>
      </w:pPr>
      <w:r>
        <w:rPr>
          <w:b/>
          <w:color w:val="404040"/>
          <w:sz w:val="28"/>
          <w:rFonts w:ascii="Inter" w:hAnsi="Inter" w:eastAsia="Noto Sans CJK JP" w:cs="Noto Sans CJK JP"/>
        </w:rPr>
        <w:t>Step 21: Perform hand hygiene</w:t>
      </w:r>
    </w:p>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Person removing goggles by grasping the back band</w:t>
      </w:r>
    </w:p>
    <w:p>
      <w:pPr>
        <w:pStyle w:val="Heading2"/>
        <w:keepNext/>
        <w:keepLines/>
        <w:ind w:left="0"/>
        <w:outlineLvl w:val="1"/>
      </w:pPr>
      <w:r>
        <w:rPr>
          <w:b/>
          <w:color w:val="404040"/>
          <w:sz w:val="28"/>
          <w:rFonts w:ascii="Inter" w:hAnsi="Inter" w:eastAsia="Noto Sans CJK JP" w:cs="Noto Sans CJK JP"/>
        </w:rPr>
        <w:t>Step 22: Remove the respirator after leaving the patient care area</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Person wearing a surgical mask, marked with a red X and the warning to avoid touching the front of the mask after exposure</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Person wearing a respirator with hands raised near the face, marked with a red X and the warning to avoid touching the front of the respirator after exposure</w:t>
      </w:r>
    </w:p>
    <w:p>
      <w:pPr>
        <w:pStyle w:val="Heading1"/>
        <w:keepNext/>
        <w:keepLines/>
        <w:outlineLvl w:val="0"/>
      </w:pPr>
      <w:r>
        <w:rPr>
          <w:b/>
          <w:color w:val="404040"/>
          <w:sz w:val="32"/>
          <w:rFonts w:ascii="Inter" w:hAnsi="Inter" w:eastAsia="Noto Sans CJK JP" w:cs="Noto Sans CJK JP"/>
        </w:rPr>
        <w:t>Verification and safety summary</w:t>
      </w:r>
    </w:p>
    <w:p>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9</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Presenter in purple scrubs, disclaimer text at bottom: "Disclaimer: PPE guidelines can change, especially during a pandemic. Always check the latest protocols for your area, as well as the manufacturer's instructions. This video is for educational purposes only, and is not intended as medical advice. While we strive for 100% accuracy, errors may occur, and medications or protocols may change over time."</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Nurse wearing an N95 respirator, marked with a red X and the warning "Do not use respirator unless it seals properly"</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Person in purple scrubs, smiling, with social media handles displayed at the bottom of the screen.</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Presenter in purple scrubs, standing against a plain gray background, speaking to the camera. Social media handles for Instagram, Facebook, and Twitter are displayed in a purple banner at the bottom.</w:t>
      </w:r>
    </w:p>
    <w:p>
      <w:pPr/>
      <w:r>
        <w:br w:type="page"/>
      </w:r>
    </w:p>
    <w:sectPr w:rsidR="00FC693F" w:rsidRPr="0006063C" w:rsidSect="00034616">
      <w:headerReference w:type="default" r:id="rId26"/>
      <w:footerReference w:type="default" r:id="rId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header" Target="header1.xm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