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SOP: How to Put On Isolation Gown and PPE for Infection Control Precautions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in purple scrubs, disclaimer text: "This video is for educational purposes only and is not intended as medical advice. While we strive for 100% accuracy, errors may occur, and medications or PPE protocols may change over time."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places clear protective goggles over the eyes and adjusts them with both hands.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Title screen with "Donning &amp; Doffing PPE NCLEX Review" and presenter in purple scrubs, RegisteredNurseRN.com branding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 view of a staff member preparing to remove protective goggles by the strap.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Pathogen Overview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grasps the bottom strap of the respirator and prepares to pull it over the head.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Screening &amp; Identification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purple scrubs stands in front of a plain white wall, smiling at the camera, indicating the conclusion of the demonstration.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Isolation Precautions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PPE requirements by item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staff member holds a packaged blue gown labeled "Regular", shown against a plain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holds a standard face mask in one hand and an N95 respirator in the other, showing both options side by side.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Key points while wearing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staff member holds a pair of standard goggles, demonstrating eye protection selection.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Text slide reading "Gloves" in bold white letters on a purple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stands outside the patient's room to complete PPE removal, away from the care area.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Putting on isolation gown and PPE (donning procedure)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whiteboard lists the donning sequence: hand hygiene, gown, mask or respirator, goggles or face shield, gloves.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dispensing hand sanitizer into the palm before donning PPE.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puts on blue gloves, pulling the cuff over the gown sleeve for full coverage.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staff member fits a white face mask over the nose, molding the nosepiece with both hands.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Side view of a staff member adjusting mask straps around the ears and molding the nosepiece for a secure fit.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Text slide listing respirator tips: follow manufacturer instructions, complete an annual mask fit test, and perform a seal check after donning.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Back view of a staff member pulling the bottom strap of a respirator to the base of the neck, with the top strap already positioned at the crown of the head.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Removing PPE (doffing procedure)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slide listing key safety reminders for donning and doffing PPE, on a purple background.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Text slide reading "Goggles or Face Shield" on a purple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Text slide listing the doffing order: gloves, goggles or face shield, gown, mask or respirator, then hand hygiene.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Text slide listing contaminated areas: outside of gloves, front of gown, gown sleeves, front of face shield or goggles, and front of mask or respirator.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slide listing clean areas: inside of gloves, back of gown, gown ties, and straps of face shield, goggles, mask, or respirator.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gloved hands, with one hand peeling off the other glove using correct technique.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holds the removed gown, preparing to discard it in the waste container.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Back view of a staff member with the isolation gown untied, ready for removal.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slides both arms through the sleeves while removing the gown inside out.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staff member carefully rolls the gown inside out, avoiding contact with the contaminated outer surface.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grasps the top strap of the respirator to complete removal.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Hand Hygiene Protocol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staff member holds both removed gloves in one bare hand after completing glove removal.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purple screen with the RegisteredNurseRN.com logo, buttons for "More Videos," "Subscribe," "Take Quiz," and a reminder to "Thumbs Up" and "Share."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wearing a blue isolation gown slides both arms through the sleeves.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Environmental Cleaning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wearing a respirator places both hands over the mask to perform a seal check.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Surveillance &amp; Reporting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Staff Education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staff member ties the isolation gown securely at the back.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staff member wearing a respirator prepares to remove it by handling the straps only.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purple screen with the RegisteredNurseRN.com logo, buttons for "More Videos," "Subscribe," "Take Quiz," and a reminder to "Thumbs Up" and "Share."</w:t>
      </w:r>
    </w:p>
    <w:p>
      <w:pPr/>
      <w:r>
        <w:br w:type="page"/>
      </w:r>
    </w:p>
    <w:sectPr w:rsidR="00FC693F" w:rsidRPr="0006063C" w:rsidSect="00034616">
      <w:headerReference w:type="default" r:id="rId31"/>
      <w:footerReference w:type="default" r:id="rId3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header" Target="header1.xm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