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Perform Tracheostomy Care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supplies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Gather and inspect the tracheostomy care kit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Clinician standing between two hospital beds, wearing gloves, with a trach care kit and supplies laid out on the table. Hospital environment with medical mannequins in beds.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All trach care kit supplies laid out on a table: kit packaging, gauze pads, wire brush, trach tie, cotton-tipped applicators, pipe cleaners, two pairs of sterile gloves, hydrogen peroxide packets, a large bottle of saline, and a small bottle of sterile saline.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kit's three-compartment tray with all supplies organized on the table, including gloves, gauze, brush, Q-tips, pipe cleaners, hydrogen peroxide, and saline.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a small bottle of sterile saline, with all other supplies visible on the table.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pointing to hydrogen peroxide packets and other supplies, preparing to begin trach care.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Identify the oxygen delivery system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Medical mannequin in a hospital bed wearing a trach collar with oxygen tubing, demonstrating the oxygen delivery system.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Inspect the tracheostomy tube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demonstrate the trach collar (oxygen mask) positioned over the tracheostomy site of a medical mannequin lying in a hospital bed, mouth open, with visible trach tube and collar.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unsnapping the green fastener of the trach collar around the mannequin's neck, preparing to remove the oxygen mask from the trach site.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pointing to the side of the trach tube on the mannequin, highlighting the "no cuff" label. The trach tube is exposed on the hospital bed.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pointing to the size marking on the trach tube, confirming it is a number six. The trach tube and ties are clearly visible on the mannequin.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pointing to the aquamarine "lock" label on the trach tube, demonstrating the twist-to-lock mechanism for the inner cannula.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Trach tube with the inner cannula removed, showing the outer cannula remaining in place on the mannequin.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pointing to the trach tube with the inner cannula removed, emphasizing continued airway patency.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Mannequin with trach tube exposed, inner cannula removed, and gloved hand holding the oxygen tubing nearby.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Understand disposable inner cannulas, the trach button, and the obturator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holding a disposable inner cannula with visible side flanges next to the tracheostomy site of a medical mannequin lying in a hospital bed with mouth open and trach tube exposed.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holding a red-capped trach button next to the mannequin's trach site, demonstrating the device used to block the trach.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Red trach button inserted into the mannequin's trach tube, fully blocking the airway through the trach. Gloved hand visible, mannequin lying in a hospital bed.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a white obturator, demonstrating its curved shape and use for reinserting the trach tube. The mannequin's trach site is visible.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pointing to the mannequin's trach site, emphasizing the importance of the obturator for emergency reinsertion of the outer cannula.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Open the trach care kit and prepare the sterile field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clinician stands beside a hospital bed with a medical mannequin, holding a sealed trach care kit on a table and preparing to open it. The environment is a clinical simulation room with medical equipment and an emergency evacuation map on the wall.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Don sterile gloves and prepare instruments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clinician stands next to a hospital bed with a mannequin patient, holding a tray containing yellow sterile gloves and other supplies. The clinical room shows medical equipment and an emergency evacuation plan on the wall.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tray is placed on the table while the sterile glove package is opened, preparing to don gloves.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yellow sterile glove is lifted out of the tray, held by the inside cuff.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first sterile glove is being pulled onto the hand.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hands are now gloved and held above the sterile field, demonstrating proper sterile technique.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Sterile-gloved hands slide the tray containing medical supplies to a new position on the table.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Sterile-gloved hands and supplies remain within the sterile field on the table.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small bottle is opened, preparing to empty its contents onto the sterile field.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Sterile forceps are removed from the tray and placed onto the sterile field alongside other supplies.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Prepare the sterile solution and remove the inner cannula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clinician stands next to a mannequin patient on a hospital bed, wearing sterile gloves and holding both hands above a tray with medical supplies, preparing for the next step.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left hand reaches to pick up a large bottle of saline or peroxide from the table, preparing to open it.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Clear solution is poured from the bottle into the three compartments of the sterile tray, avoiding contact with the inside of the tray.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Solution continues to be poured into the tray, with the dominant hand held away from non-sterile items.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left hand removes the oxygen mask and inner cannula from the mannequin's tracheostomy site, demonstrating the correct technique.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inner cannula is dropped into the first compartment of the tray, and the oxygen mask is prepared for return to the mannequin.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right hand remains sterile and prepares to handle sterile instruments while the left hand is now contaminated.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Clean the inner cannula and return oxygen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 a wire brush and an inner cannula over a sterile tray with three compartments. The wire brush is inserted into the solution, preparing to clean the cannula.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gloved hands holding the inner cannula and wire brush over a sterile tray. The cannula is being rinsed in the second compartment, and the wire brush is set aside.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 the inner cannula above the tray, preparing to return the oxygen mask to the mannequin patient.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Clean the stoma site and neck plate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cotton-tipped applicator is used to clean behind the neck plate and around the tracheostomy site on the mannequin.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used applicator has just been discarded after cleaning the tracheostomy site on the mannequin.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piece of gauze is prepared for cleaning excess secretions around the tracheostomy site.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tracheostomy site is wiped with gauze to ensure the area is clean. The sterile tray and supplies remain visible on the table.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Apply the dressing and secure the tube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Sterile-gloved hands prepare a fenestrated trach dressing at the bedside of a mannequin patient with a tracheostomy. The sterile tray and supplies are visible on the table.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Sterile-gloved hands apply the fenestrated trach dressing around the tracheostomy tube on the mannequin patient.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gloved hands securing the tracheostomy tube and adjusting the fenestrated dressing around the stoma site. The oxygen mask is held nearby, ready to be replaced if needed.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mannequin's neck and chest area, showing the tracheostomy tube, fenestrated dressing, and oxygen mask being adjusted and secured by gloved hands.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completion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blank black screen indicating the end of the procedure and video.</w:t>
      </w:r>
    </w:p>
    <w:p>
      <w:pPr/>
      <w:r>
        <w:br w:type="page"/>
      </w:r>
    </w:p>
    <w:sectPr w:rsidR="00FC693F" w:rsidRPr="0006063C" w:rsidSect="00034616">
      <w:headerReference w:type="default" r:id="rId37"/>
      <w:footerReference w:type="default" r:id="rId3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header" Target="header1.xm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