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Standard Operating Procedure: Proper Hand Washing Technique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equipment/PPE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Start by washing hands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green uniform wets their hands under running water at a sink. A large bottle of pink liquid soap is on the left, and a handwashing instruction poster is visible on the wall. The caption reads "Start by washing hands."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Apply soap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dispenses pink liquid soap from a pump bottle into their palm over a sink. The caption reads "with soap and water."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Rub hands palm to palm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rubs their soapy hands palm to palm over a sink. The caption reads "Rub hands palm to palm."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Rub palm to palm with fingers interlaced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rubs their soapy hands palm to palm with fingers interlaced over a sink. The caption reads "Rub palm to palm with fingers interlaced."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Rub with back of fingers to opposing palms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rubs the back of their fingers against the opposing palm, with an inset showing a close-up of the action. The caption reads "Rub with back of fingers to opposing palms."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Sweep hand from fingers to thumb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sweeps one hand from fingers to thumb while lathering with soap, with an inset showing the same action from above. The caption reads "Sweep hand from fingers to thumb."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Rub tips of fingers in opposite palm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rubs the tips of their fingers in the opposite palm over a sink. The caption reads "Rub tips of fingers in opposite palm."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continues rubbing the tips of their fingers in the opposite palm, focusing on thorough cleaning. The caption reads "Rub tips of fingers in opposite palm."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Rub each wrist with the opposite hand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rubs each wrist with the opposite hand, as indicated by the caption "Rub each wrist with opposite hand." A hand hygiene poster and cleaning supplies are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Rinse hands with water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rinses their hands under running water at a sink. A bottle of "Skin-X" hand scrub and cleaning brushes are visible. The caption reads "Rinse hands with water."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Use elbow to turn off tap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uses their elbow to turn off the tap after rinsing hands, as indicated by the caption "Use elbow to turn off tap." Soap and cleaning brushes are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Wipe each hand with a separate tissue paper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wipes each hand with a separate tissue paper, as indicated by the caption. A tissue dispenser is visible on the wall.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Key reminders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blue background with the message "CLEAN Hands SAVE Lives!" in large yellow text.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Acknowledgments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Credits screen listing contributors and supervisors involved in the video production, displayed on a blue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Final credits screen with additional contributor names on a blue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