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Perform Orthostatic Blood Pressure Testing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 and indications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Step-by-step procedure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1: Explain the orthostatic blood pressure test to the patient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2: Position the patient for the lying-down reading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Patient lying flat on an examination table with a blood pressure cuff on the left arm, while a healthcare provider stands beside the table holding a stethoscope in a clinical room with a whiteboard, wall phone, and medical supplies visible.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3: Measure blood pressure in the lying position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Healthcare provider measuring the blood pressure of a patient lying on the table using a stethoscope and sphygmomanometer, with the patient relaxed and the cuff in place on the extended arm.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4: Transition the patient to the sitting position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Patient sitting upright on the examination table with a blood pressure cuff on the left arm, holding the bulb, while a healthcare provider stands nearby preparing to take the next reading.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5: Measure blood pressure in the sitting position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Patient sitting upright on the examination table with a blood pressure cuff on the left arm, while a healthcare provider holds the sphygmomanometer and stethoscope to take the reading.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6: Instruct the patient to stand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Patient standing upright next to the examination table with the blood pressure cuff still on the left arm, while a healthcare provider prepares to take the standing blood pressure reading.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7: Measure blood pressure in the standing position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Healthcare provider measuring the blood pressure of a patient who is now standing, with the patient's arm extended and the cuff in place.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Understanding the physiological response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Patient sitting on the edge of an examination table with a blood pressure cuff on the left arm, in a clinical room with a whiteboard, wall phone, red dispenser, brown chair, and a backpack on the table.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Patient remains seated on the examination table with the blood pressure cuff in place, holding the bulb of the sphygmomanometer.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Patient still seated on the examination table with the blood pressure cuff on the left arm, holding the bulb.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Verify and interpret the results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Apply the diagnostic criteria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Patient seated on the examination table with the blood pressure cuff in place, holding the bulb.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Identify possible causes of abnormal results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Patient sitting on the edge of an examination table wearing a black "Army Strong" t-shirt and jeans, with a blood pressure cuff on the left arm and holding the bulb, in a clinical room with a whiteboard, wall phone, red dispenser, brown chair, and a backpack on the table.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Summary of example readings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~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g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~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g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~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g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Communicate findings to the patient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20"/>
      <w:footerReference w:type="default" r:id="rId2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header" Target="header1.xm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