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Perform Intermittent Self-Catheterization: Patient Care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Anatomical diagram of the kidneys, ureters, bladder, and urethra, each labeled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text: "When do you need to catheterize? Every 4 to 6 hours when you are awake. When your bladder feels too full."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using two balloons to compare a normal bladder volume with an over-distended bladder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—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?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/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/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/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/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/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/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/>
        </w:tc>
      </w:tr>
    </w:tbl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listing symptoms of bladder distension: abdominal pain or discomfort, restlessness, sweating, chills, headaches, flushed or pale skin, cold extremities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Prepare supplies and workspace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listing supplies: soap and water, catheter, two clean washcloths, lubricant, toilet paper or paper towel, container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Supplies arranged on a table beside a bed: soap, collection container, catheter, lubricant packets, washcloths, and a plastic bag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Initial steps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Preparing a toilet with a urine collection device for measurement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Washing hands at a sink under running water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Position yourself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Sitting on the edge of a bed with supplies arranged on a bedside table, preparing for the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Sitting on the bed, preparing to begin the self-catheterization process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Clean the area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Retracting the foreskin and preparing to clean, with a metal bowl and washcloth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Using a clean washcloth to rinse and dry the area, with a metal bowl present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5: Insert the catheter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Positioning the catheter's open end into a metal collection container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Inserting the catheter, with the collection container placed below to catch urine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6: Complete the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Slowly removing the catheter, with the collection container below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text: "Caring for catheter supplies. Wash with warm, soapy water. Rinse well inside and out. Allow to air dry on a clean towel. Store catheter in a dry paper towel or resealable plastic bag."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with special thanks to Jocelyn Trask (Clinical Nurse Educator, Saskatoon City Hospital, 3100) and Ann Burton (Clinical Nurse Specialist, Parkridge Centre)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58587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585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with Saskatoon Health Region logo and text: "Produced by Saskatoon Health Region Communications © 2013"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