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Pack a Wound with Gauze: Wound Packing and Pressure Dressing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Anatomical diagram showing wound packing sites: neck, shoulders/armpits, and groin/buttock.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Bleeding control station and wound packing trainer set up with supplies including gauze, tourniquet, and gloves.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Preparing to inspect the wound trainer to identify the bleeding source.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Pointing to the location of the active bleeding source within the wound.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Preparing the packing material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Explaining the wound packing procedure with supplies and trainer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Opening the outer packaging to access the sterile inner gauze package.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Unfolding the gauze from its packaging in preparation for use.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Holding gauze while emphasizing that bleeding control takes priority over sterility.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Holding gauze, ready to begin packing the wound.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Explaining how the inner packaging keeps the gauze clean during handling.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Packing the wound cavity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Applying gauze directly to the active bleeding point on the wound trainer.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Maintaining pressure on the bleeding source while preparing to add more gauze.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gauze being packed into the wound cavity.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Overhead view of gauze being packed into the wound cavity, with supplies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Pointing to the wound trainer while emphasizing safety precautions.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Continuing to emphasize safety precautions during wound packing.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Gesturing to reinforce safety precautions while packing the wound.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Explaining the next step if packing material runs out before the wound cavity is filled.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Continuing the explanation of seeking additional packing material when supplies run low.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Placing remaining gauze as a bolster on top of the wound once the cavity is filled.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Applying the pressure dressing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Applying direct pressure with both hands over the packed wound.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Holding a packaged trauma bandage while maintaining pressure on the wound.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Placing a water bottle on top of the packed wound to act as a bolster.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Starting to wrap the trauma dressing over the bolster, with the "other side toward wound" label facing the injury.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Wrapping the elastic trauma dressing snugly around the limb and bolster.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Securing the end of the trauma dressing with the plastic clips.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Applying final pressure over the completed pressure dressing.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5"/>
      <w:footerReference w:type="default" r:id="rId2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header" Target="header1.xm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