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Operate a Portable Oxygen Tank: Setup, Use, and Safety Guide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Device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sits at a table with an oxygen tank in a black carrier, holding a green regulator and a green cylinder wrench to show the system components.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holds an oxygen tank upright on a table, with a large blue "X" over the image showing this is not the correct way to position the tank.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Indications &amp; Contraindications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Setup &amp; Installation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attaches the green regulator to the oxygen tank, which lies horizontally on the table, with the cylinder wrench visible.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uses the cylinder wrench to turn the valve on top of the oxygen tank, opening it, with the regulator and gauge attached.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Programming &amp; Operation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adjusts the flow control knob on the regulator attached to the oxygen tank, with nasal cannula tubing on the table.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 scrubs places the nasal cannula on a child, positioning it behind the ears, with the oxygen tank and tubing visible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adjusts the nasal cannula behind the head of a child to ensure a secure and comfortable fit.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uses the cylinder wrench to turn off the valve on top of the oxygen tank, with nasal cannula tubing on the table.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Alarms &amp; Alerts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On the left, a blue candle with a yellow flame; on the right, text reads: "Oxygen makes things burn hotter and faster."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"No smoking" sign with a crossed-out cigarette and the text "No smoking."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on a dark blue background reads: "No oil-based creams and lotions like petroleum jelly on your skin."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kitchen scene shows an oxygen tank and tubing placed near a stove, overlaid with a large blue "X" indicating this is unsafe.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blue background reads: "No grease, oil, aerosols, paints, gasoline or solvents."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Cleaning &amp; Maintenance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holds an oxygen tank in a black carrier, adjusting the regulator and preparing to empty the tank, with nasal cannula tubing on the table.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lifts the empty oxygen tank in its black carrier off the table, with the regulator and tubing placed in front.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top of a green oxygen tank in a black carrier, showing the two holes for the regulator pins as a hand prepares to attach the regulator.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attaches and tightens the regulator onto a new oxygen tank in a black carrier, ensuring proper alignment.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scrubs tightens the regulator on the oxygen tank to ensure a secure fit.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woman sits in the front seat of a car with the window partially open, demonstrating safe transport of an oxygen tank.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oxygen tank in a black carrier is left unsecured on the back seat of a car, with a large blue "X" over the image indicating this is not safe storage.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on a blue background reads: "Call your oxygen company if you think the regulator is broken."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on a blue background reads: "Call your oxygen company right away so they can bring you more oxygen tanks."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blue background reads: "If you have any questions, please contact your oxygen supply company."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Technical Specifications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