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Irrigate a Foley Catheter: Patient Care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Text on a black background reading "What Is a Foley Catheter?"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healthcare worker wearing a mask and gloves holds a Foley catheter, showing its length and structure.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hospital scene with a patient in bed and two healthcare professionals, one holding a stethoscope and clipboard, standing nearby with medical equipment in the background.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wearing purple gloves inflates the balloon of a Foley catheter using a syringe, with the catheter resting on a medical pad.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wearing a leg bag for urine collection, attached to the thigh with a strap, connected to a Foley catheter tube.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urine collection bag attached to a hospital bed, showing graduated volume markings and some urine collected at the bottom.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person wearing green gloves holds a syringe and connects it to a Foley catheter tube, preparing to flush the catheter, with medical supplies visible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person wearing yellow gloves connects a syringe to an orange Foley catheter tube while the patient lies on a bed.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a syringe connected to a Foley catheter, injecting saline solution, with the syringe marked with volume measurements.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Preparation phase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complete Foley catheter irrigation kit including a syringe, collection container, gloves, cotton balls, forceps, an alcohol pad, and a urine specimen bag with tubing.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dripping water faucet marked with a large red "X," indicating that tap water must not be used.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putting on a blue medical glove, demonstrating proper PPE preparation.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package of PROVON SureStep Post Insertion Foley Care Wipes, showing illustrated cleaning steps on the front.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Text on a black background reading "How to Flush a Foley Catheter."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washing their hands with soap under running water at a sink, emphasizing hand hygiene before the procedure.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clear liquid being poured into a glass, representing the addition of saline solution to the collection container.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clear liquid being poured into a glass, representing the preparation of saline solution for the syringe.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holding a white swab and cleaning a surface, demonstrating proper disinfection technique.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Flushing phase: how to irrigate a Foley catheter step by step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Foley catheter drainage bag with the tubing disconnected and a white plug inserted into the open end, placed on a wooden surface next to a plant.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holding a syringe connected to a yellow Foley catheter tube, positioned over a drainage tray.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a Foley catheter system with the syringe detached, a plug, and tubing laid out on a clean surface.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a Foley catheter tube and syringe with a swab nearby, indicating cleaning of the tube end.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Foley catheter tube secured to a patient's thigh with a green and white securement device, showing proper reattachment.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healthcare professional in a white coat with a stethoscope discussing instructions with a patient in a hospital bed.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smiling healthcare worker reassuring a patient by placing a hand on their shoulder.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