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Interpret an EKG Strip: Measuring the PR Interval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 synopsis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Background and rationale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Whiteboard notes summarizing the PR interval definition, the normal range of 0.12–0.20 seconds, the 3-to-5 small box equivalent, and a diagram of the EKG waveform with grid.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Measurement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Whiteboard summary showing the normal PR interval range, the 3-to-5 small box equivalent, and instructions to begin measuring at the start of the P wave and end at the start of the QRS complex.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Labeled EKG waveform diagram identifying the P, Q, R, S, and T waves, with the PR interval described as AV conduction time.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EKG waveform diagram marking the starting point of the P wave and the starting point of the QRS complex.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Interpretation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Key measurement points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Step-by-step assessment schedule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EKG diagram illustrating how to count the small boxes between the P wave and the QRS complex.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EKG waveform with the PR interval segment shaded between the P wave and the QRS complex, labeled "PR interval =".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EKG waveform grid highlighting the location of the P wave as the starting reference point.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EKG waveform showing the marked starting points of the P wave and QRS complex, with the interval between them shaded.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Calculation method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×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EKG diagram showing three small boxes counted between the start of the P wave and the start of the QRS complex.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EKG diagram with the PR interval calculation shown alongside the shaded waveform segment.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Abnormal findings and reporting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EKG waveform labeled with the calculated PR interval of 0.12 seconds.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R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e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g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i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s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t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e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r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e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d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N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u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r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s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e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R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N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.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c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o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hyperlink r:id="rId17">
          <w:r>
            <w:rPr/>
            <w:t>m</w:t>
          </w:r>
        </w:hyperlink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Whiteboard summary pointing viewers toward additional EKG learning resources.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smiling and encouraging viewers to subscribe to the YouTube channel, with the EKG diagram in the background.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hyperlink" Target="https://www.registerednursern.com" TargetMode="External"/><Relationship Id="rId18" Type="http://schemas.openxmlformats.org/officeDocument/2006/relationships/image" Target="media/image9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