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Insert a Nasogastric (NG) Tube: A Step-by-Step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supplies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Determine nasal patency and assess for deviated septum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assessing the nasal patency of a patient mannequin in a hospital bed, with medical monitors and equipment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Protect the patient's clothing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placing a towel across the chest of a patient mannequin in a hospital bed, with medical equipment and monitors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Prepare the NG 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opening an NG tube package next to a patient mannequin in a hospital bed, with a towel already placed on the chest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Measure the required length for insertion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the NG tube and preparing to measure the length needed for insertion, standing next to a patient mannequin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Mark the insertion 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marking the NG tube with tape at the measured length, standing next to a patient mannequin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Prepare tape for securing the 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the NG tube and prepared tape, demonstrating the tape preparation step next to a patient mannequin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Prepare the patient for insertion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next to a patient mannequin, preparing for the next step in the NG tube insertion process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Lubricate the end of the NG tube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Explain the procedure and position the patient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beside a patient mannequin in a hospital bed, preparing for NG tube insertion, with the mannequin upright, a towel on the chest, and medical monitors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Insert the NG tube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Assist the patient with swallowing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assisting a patient mannequin in simulating sipping and swallowing water during NG tube insertion, holding a cup to the mannequin's mouth, with medical equipment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Secure the NG tube at the nose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securing the NG tube at the bridge of the mannequin's nose using pre-cut tape, while holding the tube in place, with medical monitors and equipment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Verify tube placement by aspirating gastric contents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attaching a 60 mL syringe to the NG tube to aspirate gastric contents from the mannequin, with medical monitors and equipment visible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Check the pH of the gastric aspirate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checking the pH of the gastric aspirate after withdrawing it with a syringe, holding the tube and syringe near the mannequin in a hospital bed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Secure the tube to the patient's gown and await x-ray confirmation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clamping and securing the NG tube to the mannequin's gown, finalizing the procedure, with medical monitors and equipment visible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post-insertion care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Do not use the NG tube until x-ray confirmation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in navy scrubs cleaning up supplies at the bedside of a mannequin patient in a hospital bed, with the mannequin upright, covered with a purple blanket, and connected to monitoring equipment, with a 60 mL syringe and other supplies on the bedside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Do not use the air bolus method for placement 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Flush the tube only after confirmation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Patient comfort and final steps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Key reminders and best practices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Nursing.com lesson outro screen with instructor, "HAPPY NURSING!" message, and links to download the cheatsheet, subscribe, and follow on social media.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