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Give an Intramuscular Injection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Text disclaimer explaining that medications come from multiple manufacturers and may look different from those shown.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Scope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Text disclaimer clarifying that showing a specific medicine or device is not an endorsement of that product.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Understanding your medication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Cross-section diagram of skin, subcutaneous tissue, and muscle, showing a syringe needle reaching into the muscle layer.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Auto-injector pen with printed instructions on its label, resting on a wooden surface.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Pre-filled syringe and auto-injector pen shown in plastic packaging on a wooden surface.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Vial labeled "Sodium Chloride Injection, USP" with a green cap, used for mixing powdered medication.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Two vials side by side: one brown vial with a green cap and barcode, and one clear vial labeled "HIGH POTENCY."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Required equipment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seated at a kitchen table reaching into a plastic supply container, with a red sharps disposal container nearby.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1: Prepare your medication and workspace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reaching into an open refrigerator in a kitchen, with various bottles and containers visible inside.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3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2: Choose and prepare the injection site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washing their hands at a kitchen sink with soap and running water; a blender is visible on the counter.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3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4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Front and back diagram of a human body with shaded areas marking recommended IM injection sites for rotation.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person opening an alcohol pad at a kitchen table, with a vial, syringes, and a sharps container laid out nearby.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person exposing their upper thigh at a kitchen table, with injection supplies laid out and ready.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a syringe labeled with arrows pointing to the Plunger, Barrel, and Needle, with measurement lines on the barrel.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3: Draw up your medication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3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3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3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3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3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4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3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5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3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6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3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7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Front and back diagram of a human body with shaded areas marking the shoulder, thigh, and outer hip injection sites.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3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8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Close-up of a syringe with the needle exposed and the cap set aside; the barrel is marked up to 3 mL.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person inserting a syringe needle into a vial at a kitchen table, with supplies and a sharps container nearby.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Close-up of medication being drawn from an upside-down vial into a syringe, with the needle submerged in the liquid.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person holding a vial upside down while drawing medication into a syringe, keeping the needle submerged to prevent air bubbles.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a syringe showing measurement markings and medication free of air bubbles after being drawn from a vial.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4: Give the injection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4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screwing a needle onto a syringe at a kitchen table, with supplies and a sharps container nearby.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4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4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3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holding a syringe and vial at a kitchen table, preparing to insert the needle into the injection site.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5: Dispose of supplies safely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5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5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placing a used needle into a sharps container on a kitchen table, with other medical supplies nearby.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5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3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holding a syringe steady in their thigh at a kitchen table, with medical supplies and a sharps container nearby.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5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4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5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5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Close-up of a white plastic container labeled "Danger Used needles" in black marker.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person cleaning up used medical supplies at a kitchen table, with a sharps container and other items nearby.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person standing in a kitchen near an open refrigerator after returning medication to storage.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cleaning up their kitchen workspace after completing the injection procedure.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Verification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applying a cotton ball to their thigh after the injection, with used supplies and a sharps container on the table.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Veterans Health Administration Employee Education System logo on a white background.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VA and U.S. Department of Veterans Affairs logos on a white background.</w:t>
      </w:r>
    </w:p>
    <w:p>
      <w:pPr/>
      <w:r>
        <w:br w:type="page"/>
      </w:r>
    </w:p>
    <w:sectPr w:rsidR="00FC693F" w:rsidRPr="0006063C" w:rsidSect="00034616">
      <w:headerReference w:type="default" r:id="rId29"/>
      <w:footerReference w:type="default" r:id="rId3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image" Target="media/image16.jpg"/><Relationship Id="rId25" Type="http://schemas.openxmlformats.org/officeDocument/2006/relationships/image" Target="media/image17.jpg"/><Relationship Id="rId26" Type="http://schemas.openxmlformats.org/officeDocument/2006/relationships/image" Target="media/image18.jpg"/><Relationship Id="rId27" Type="http://schemas.openxmlformats.org/officeDocument/2006/relationships/image" Target="media/image19.jpg"/><Relationship Id="rId28" Type="http://schemas.openxmlformats.org/officeDocument/2006/relationships/image" Target="media/image20.jpg"/><Relationship Id="rId29" Type="http://schemas.openxmlformats.org/officeDocument/2006/relationships/header" Target="header1.xml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