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Give a Ventrogluteal IM Injection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and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 standing beside a mannequin lying on its left side on an exam table, with the injection site exposed.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scrubs, gloved hand placed flat on the mannequin's hip, demonstrating palm placement over the greater trochanter.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Disclaimer screen with text: "This video is solely for educational purposes. Always review your facility's protocol and State Board of Nursing policies before attempting any procedure."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j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gloved hand on the mannequin's hip, fingers forming a "V" to identify the ventrogluteal injection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a gloved hand maintaining the "V" position on the mannequin's hip, ready to clean the injection site.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 holding a syringe, needle positioned at a 90-degree angle above the ventrogluteal site on a mannequin's hip.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Close-up of gloved hands injecting medication into the mannequin's hip, syringe plunger being depressed.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applying gauze to the injection site on the mannequin's hip after needle withdrawal.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a syringe inserted into the mannequin's hip, demonstrating aspiration before injection.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blue scrubs addressing the camera, suggesting further instructional videos.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020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02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with text: "Don't Forget to: Visit RegisteredNurseRN.com, Check out my book 'How to Pass Nursing School', Subscribe to my Channel for more videos" and a photo of the presenter.</w:t>
      </w:r>
    </w:p>
    <w:p>
      <w:pPr/>
      <w:r>
        <w:br w:type="page"/>
      </w:r>
    </w:p>
    <w:sectPr w:rsidR="00FC693F" w:rsidRPr="0006063C" w:rsidSect="00034616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header" Target="header1.xm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