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Give a Subcutaneous Injection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notice: "The mention or depiction of a manufacturer-specific medicine or device does not constitute a VA endorsement of that medicine or device."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showing a needle inserted at the correct depth and location into the fatty tissue below the skin for a subcutaneous injection.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Overview: Injection devices and medication forms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notice: "The Department of Veterans Affairs obtains medications from multiple manufacturers. Your medication or device might not look exactly like the product demonstrated in this program."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cylindrical auto-injector device with instructions printed on its label, resting on a table.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single vial of sodium chloride injection with a yellow cap, standing on a table.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medication vials, one brown and one clear, each with a label and colored cap, placed on a table.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supplies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washing their hands at a kitchen sink with running water.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Let refrigerated medication reach room temperature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at a kitchen table with alcohol pads, a medicine vial, a disposable syringe, adhesive bandages, and a sharps container laid out.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Wash your hands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an upright syringe on a table with its parts labeled: needle, barrel, and plunger, with measurement markings visible on the barrel.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Gather your supplies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syringe standing upright with its measurement markings clearly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Lay out your supplies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seated at a kitchen table with a red-lidded container and a red sharps disposal container, preparing to gather supplies.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Choose an injection 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of a human body, front and back, with purple shading marking recommended subcutaneous injection sites at the upper arms, abdomen, upper thighs, and outer hips.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Identify the parts of your syringe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reaching into an open refrigerator in a kitchen to retrieve medication.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Check the syringe markings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second diagram of the human body with shaded injection zones, emphasizing site rotation and the need to avoid damaged skin areas.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Let the alcohol dry on the vial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Remove the cap from the plunger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Draw air into the syringe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Insert the needle into the vial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Inject air into the vial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drawing medication into a syringe from an inverted vial, keeping the needle below the liquid surface.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Draw up the medication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inserting the needle of a syringe into the top of a medication vial on a kitchen table.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Prepare the injection site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Pinch the skin and position the needle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pulling back the plunger of a syringe to draw air to the prescribed unit mark.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person pinching the skin on their abdomen in preparation for a subcutaneous injection.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Insert the needle and inject the medication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removing the cap from a syringe plunger at a kitchen table, with a vial, alcohol pads, and a sharps container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person administering a subcutaneous injection into their abdomen, holding the syringe steady while pinching the skin.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Withdraw the needle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Dispose of the used syringe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holding a vial upside down with a syringe inserted, pushing the plunger to inject air into the vial.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at a kitchen table disposing of used supplies after an injection, with a red sharps container and other supplies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Secure your sharps container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kitchen placing a red sharps container and a labeled plastic container on a table, next to a medication vial.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20: Store your medication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21: Dispose of remaining supplies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opening a refrigerator door while holding a medication vial, preparing to store it.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VA logo and the U.S. Department of Veterans Affairs seal and text on a white background.</w:t>
      </w:r>
    </w:p>
    <w:p>
      <w:pPr/>
      <w:r>
        <w:br w:type="page"/>
      </w:r>
    </w:p>
    <w:sectPr w:rsidR="00FC693F" w:rsidRPr="0006063C" w:rsidSect="00034616">
      <w:headerReference w:type="default" r:id="rId26"/>
      <w:footerReference w:type="default" r:id="rId2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header" Target="header1.xm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