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Give a Bed Pan: Patient Care Procedure for Bedside Toileting Assistance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Caregiver in a bright home environment, speaking reassuringly to convey empathy and support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 &amp; 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Patient Assessment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4320"/>
        <w:gridCol w:w="4320"/>
      </w:tblGrid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?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?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?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?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Caregiver positioning a waterproof pad and preparing to place a bedpan under a person lying in bed, covered with a towel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Care Protocol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1: Preparation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Illustration comparing a pink standard bedpan and a yellow fracture/slipper pan on a plain background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2: Positioning and use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caregiver putting on disposable gloves near a window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Caregiver making final adjustments for comfort and accessibility before giving privacy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3: Removal and cleanup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Caregiver holding a yellow bedpan and assisting a person lying on their side, with supplies visible on a bedside table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Line drawing showing a person lying in bed with a bedpan, and a caregiver stepping away to give privacy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Line drawing of a caregiver standing by the bed, ready to assist with bedpan removal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Caregiver assisting a person lying on their back, preparing to remove the bedpan and bed pad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Close-up of gloved hands cleaning and adjusting linens, with wipes and supplies nearby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Close-up of clean, moisturized skin after proper skin care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Caregiver adjusting the blanket with hand sanitizer visible on the bedside table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Caregiver wearing gloves, emptying a yellow bedpan into a toilet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Pain Management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Mobility Milestones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4320"/>
        <w:gridCol w:w="4320"/>
      </w:tblGrid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Caregiver supporting a person sitting upright in bed with pillows for comfort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Complication Monitoring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displaying logos of Saint Elizabeth Foundation, Ontario Ministry of Health &amp; Long Term Care, elizz, and collaborating organizations, indicating resource and support availability.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Discharge Criteria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Patient Education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White plastic bedpan lined with a disposable bag over a tiled bathroom floor, with a gloved hand visible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6"/>
      <w:footerReference w:type="default" r:id="rId1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header" Target="header1.xml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