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Give a Bed Bath: Standard Operating Procedure</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y</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i/>
          <w:color w:val="404040"/>
          <w:sz w:val="24"/>
          <w:rFonts w:ascii="Inter" w:hAnsi="Inter" w:eastAsia="Noto Sans CJK JP" w:cs="Noto Sans CJK JP"/>
        </w:rPr>
        <w:t>N</w:t>
      </w:r>
      <w:r>
        <w:rPr>
          <w:i/>
          <w:color w:val="404040"/>
          <w:sz w:val="24"/>
          <w:rFonts w:ascii="Inter" w:hAnsi="Inter" w:eastAsia="Noto Sans CJK JP" w:cs="Noto Sans CJK JP"/>
        </w:rPr>
        <w:t>u</w:t>
      </w:r>
      <w:r>
        <w:rPr>
          <w:i/>
          <w:color w:val="404040"/>
          <w:sz w:val="24"/>
          <w:rFonts w:ascii="Inter" w:hAnsi="Inter" w:eastAsia="Noto Sans CJK JP" w:cs="Noto Sans CJK JP"/>
        </w:rPr>
        <w:t>r</w:t>
      </w:r>
      <w:r>
        <w:rPr>
          <w:i/>
          <w:color w:val="404040"/>
          <w:sz w:val="24"/>
          <w:rFonts w:ascii="Inter" w:hAnsi="Inter" w:eastAsia="Noto Sans CJK JP" w:cs="Noto Sans CJK JP"/>
        </w:rPr>
        <w:t>s</w:t>
      </w:r>
      <w:r>
        <w:rPr>
          <w:i/>
          <w:color w:val="404040"/>
          <w:sz w:val="24"/>
          <w:rFonts w:ascii="Inter" w:hAnsi="Inter" w:eastAsia="Noto Sans CJK JP" w:cs="Noto Sans CJK JP"/>
        </w:rPr>
        <w:t>i</w:t>
      </w:r>
      <w:r>
        <w:rPr>
          <w:i/>
          <w:color w:val="404040"/>
          <w:sz w:val="24"/>
          <w:rFonts w:ascii="Inter" w:hAnsi="Inter" w:eastAsia="Noto Sans CJK JP" w:cs="Noto Sans CJK JP"/>
        </w:rPr>
        <w:t>n</w:t>
      </w:r>
      <w:r>
        <w:rPr>
          <w:i/>
          <w:color w:val="404040"/>
          <w:sz w:val="24"/>
          <w:rFonts w:ascii="Inter" w:hAnsi="Inter" w:eastAsia="Noto Sans CJK JP" w:cs="Noto Sans CJK JP"/>
        </w:rPr>
        <w:t>g</w:t>
      </w:r>
      <w:r>
        <w:rPr>
          <w:i/>
          <w:color w:val="404040"/>
          <w:sz w:val="24"/>
          <w:rFonts w:ascii="Inter" w:hAnsi="Inter" w:eastAsia="Noto Sans CJK JP" w:cs="Noto Sans CJK JP"/>
        </w:rPr>
        <w:t xml:space="preserve"> </w:t>
      </w:r>
      <w:r>
        <w:rPr>
          <w:i/>
          <w:color w:val="404040"/>
          <w:sz w:val="24"/>
          <w:rFonts w:ascii="Inter" w:hAnsi="Inter" w:eastAsia="Noto Sans CJK JP" w:cs="Noto Sans CJK JP"/>
        </w:rPr>
        <w:t>A</w:t>
      </w:r>
      <w:r>
        <w:rPr>
          <w:i/>
          <w:color w:val="404040"/>
          <w:sz w:val="24"/>
          <w:rFonts w:ascii="Inter" w:hAnsi="Inter" w:eastAsia="Noto Sans CJK JP" w:cs="Noto Sans CJK JP"/>
        </w:rPr>
        <w:t>s</w:t>
      </w:r>
      <w:r>
        <w:rPr>
          <w:i/>
          <w:color w:val="404040"/>
          <w:sz w:val="24"/>
          <w:rFonts w:ascii="Inter" w:hAnsi="Inter" w:eastAsia="Noto Sans CJK JP" w:cs="Noto Sans CJK JP"/>
        </w:rPr>
        <w:t>s</w:t>
      </w:r>
      <w:r>
        <w:rPr>
          <w:i/>
          <w:color w:val="404040"/>
          <w:sz w:val="24"/>
          <w:rFonts w:ascii="Inter" w:hAnsi="Inter" w:eastAsia="Noto Sans CJK JP" w:cs="Noto Sans CJK JP"/>
        </w:rPr>
        <w:t>i</w:t>
      </w:r>
      <w:r>
        <w:rPr>
          <w:i/>
          <w:color w:val="404040"/>
          <w:sz w:val="24"/>
          <w:rFonts w:ascii="Inter" w:hAnsi="Inter" w:eastAsia="Noto Sans CJK JP" w:cs="Noto Sans CJK JP"/>
        </w:rPr>
        <w:t>s</w:t>
      </w:r>
      <w:r>
        <w:rPr>
          <w:i/>
          <w:color w:val="404040"/>
          <w:sz w:val="24"/>
          <w:rFonts w:ascii="Inter" w:hAnsi="Inter" w:eastAsia="Noto Sans CJK JP" w:cs="Noto Sans CJK JP"/>
        </w:rPr>
        <w:t>t</w:t>
      </w:r>
      <w:r>
        <w:rPr>
          <w:i/>
          <w:color w:val="404040"/>
          <w:sz w:val="24"/>
          <w:rFonts w:ascii="Inter" w:hAnsi="Inter" w:eastAsia="Noto Sans CJK JP" w:cs="Noto Sans CJK JP"/>
        </w:rPr>
        <w:t>a</w:t>
      </w:r>
      <w:r>
        <w:rPr>
          <w:i/>
          <w:color w:val="404040"/>
          <w:sz w:val="24"/>
          <w:rFonts w:ascii="Inter" w:hAnsi="Inter" w:eastAsia="Noto Sans CJK JP" w:cs="Noto Sans CJK JP"/>
        </w:rPr>
        <w:t>n</w:t>
      </w:r>
      <w:r>
        <w:rPr>
          <w:i/>
          <w:color w:val="404040"/>
          <w:sz w:val="24"/>
          <w:rFonts w:ascii="Inter" w:hAnsi="Inter" w:eastAsia="Noto Sans CJK JP" w:cs="Noto Sans CJK JP"/>
        </w:rPr>
        <w:t>t</w:t>
      </w:r>
      <w:r>
        <w:rPr>
          <w:i/>
          <w:color w:val="404040"/>
          <w:sz w:val="24"/>
          <w:rFonts w:ascii="Inter" w:hAnsi="Inter" w:eastAsia="Noto Sans CJK JP" w:cs="Noto Sans CJK JP"/>
        </w:rPr>
        <w:t xml:space="preserve"> </w:t>
      </w:r>
      <w:r>
        <w:rPr>
          <w:i/>
          <w:color w:val="404040"/>
          <w:sz w:val="24"/>
          <w:rFonts w:ascii="Inter" w:hAnsi="Inter" w:eastAsia="Noto Sans CJK JP" w:cs="Noto Sans CJK JP"/>
        </w:rPr>
        <w:t>O</w:t>
      </w:r>
      <w:r>
        <w:rPr>
          <w:i/>
          <w:color w:val="404040"/>
          <w:sz w:val="24"/>
          <w:rFonts w:ascii="Inter" w:hAnsi="Inter" w:eastAsia="Noto Sans CJK JP" w:cs="Noto Sans CJK JP"/>
        </w:rPr>
        <w:t>E</w:t>
      </w:r>
      <w:r>
        <w:rPr>
          <w:i/>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Purpose</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Scope</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Requirements</w:t>
      </w:r>
    </w:p>
    <w:p>
      <w:pP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s</w:t>
      </w:r>
    </w:p>
    <w:p>
      <w:pPr>
        <w:pStyle w:val="ListBullet2"/>
      </w:pP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p>
    <w:p>
      <w:pPr>
        <w:pStyle w:val="ListBullet2"/>
      </w:pP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p>
    <w:p>
      <w:pPr>
        <w:pStyle w:val="ListBullet2"/>
      </w:pP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s</w:t>
      </w:r>
    </w:p>
    <w:p>
      <w:pPr>
        <w:pStyle w:val="ListBullet2"/>
      </w:pP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p>
    <w:p>
      <w:pPr>
        <w:keepNext/>
        <w:keepLines/>
      </w:pP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Screen with text: "Introduction. This video is an instructor demonstration of a skill described in the Nursing Assistant OER textbook. As always, review and follow agency policies when performing patient care."</w:t>
      </w:r>
    </w:p>
    <w:p>
      <w:pPr>
        <w:pStyle w:val="Heading1"/>
        <w:keepNext/>
        <w:keepLines/>
        <w:outlineLvl w:val="0"/>
      </w:pPr>
      <w:r>
        <w:rPr>
          <w:b/>
          <w:color w:val="404040"/>
          <w:sz w:val="32"/>
          <w:rFonts w:ascii="Inter" w:hAnsi="Inter" w:eastAsia="Noto Sans CJK JP" w:cs="Noto Sans CJK JP"/>
        </w:rPr>
        <w:t>Pre-procedure preparation</w:t>
      </w:r>
    </w:p>
    <w:p>
      <w:pP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f</w:t>
      </w:r>
      <w:r>
        <w:rPr>
          <w:color w:val="404040"/>
          <w:sz w:val="24"/>
          <w:rFonts w:ascii="Inter" w:hAnsi="Inter" w:eastAsia="Noto Sans CJK JP" w:cs="Noto Sans CJK JP"/>
        </w:rPr>
        <w:t>.</w:t>
      </w:r>
    </w:p>
    <w:p>
      <w:pPr/>
      <w:r>
        <w:br/>
      </w:r>
    </w:p>
    <w:p>
      <w:pPr>
        <w:pStyle w:val="ListNumber2"/>
        <w:keepNext/>
        <w:keepLines/>
      </w:pP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v</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w</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s</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y</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Screen with text: "Pre-Procedure Steps. Before beginning any procedure, perform the following steps: Gather any supplies needed that are not available in the resident room. Knock on the client's door. Perform hand hygiene. Introduce yourself and identify the resident. Maintain respectful, courteous, and professional communication at all times. Provide for privacy. Explain the procedure to the client."</w:t>
      </w:r>
    </w:p>
    <w:p>
      <w:pPr/>
      <w:r>
        <w:br/>
      </w:r>
    </w:p>
    <w:p>
      <w:pPr>
        <w:pStyle w:val="ListNumber2"/>
        <w:keepNext/>
        <w:keepLines/>
      </w:pPr>
      <w:r>
        <w:rPr>
          <w:b/>
          <w:color w:val="404040"/>
          <w:sz w:val="24"/>
          <w:rFonts w:ascii="Inter" w:hAnsi="Inter" w:eastAsia="Noto Sans CJK JP" w:cs="Noto Sans CJK JP"/>
        </w:rPr>
        <w:t>G</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u</w:t>
      </w:r>
      <w:r>
        <w:rPr>
          <w:b/>
          <w:color w:val="404040"/>
          <w:sz w:val="24"/>
          <w:rFonts w:ascii="Inter" w:hAnsi="Inter" w:eastAsia="Noto Sans CJK JP" w:cs="Noto Sans CJK JP"/>
        </w:rPr>
        <w:t>p</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u</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A clinical setting with a nurse in blue scrubs standing near a hospital bed with a mannequin patient. A bedside table holds linens, towels, washcloths, a pink basin, and hygiene supplies.</w:t>
      </w:r>
    </w:p>
    <w:p>
      <w:pPr/>
      <w:r>
        <w:br/>
      </w:r>
    </w:p>
    <w:p>
      <w:pPr>
        <w:pStyle w:val="ListNumber2"/>
        <w:keepNext/>
        <w:keepLines/>
      </w:pP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g</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Nurse in blue scrubs standing at the foot of a hospital bed, hands together, addressing a mannequin patient. Supplies are organized on a bedside table.</w:t>
      </w:r>
    </w:p>
    <w:p>
      <w:pPr/>
      <w:r>
        <w:br/>
      </w:r>
    </w:p>
    <w:p>
      <w:pPr>
        <w:pStyle w:val="ListNumber2"/>
        <w:keepNext/>
        <w:keepLines/>
      </w:pP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v</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v</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y</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Nurse in blue scrubs pulling the privacy curtain around the bed, preparing for the procedure.</w:t>
      </w:r>
    </w:p>
    <w:p>
      <w:pPr/>
      <w:r>
        <w:br/>
      </w:r>
    </w:p>
    <w:p>
      <w:pPr>
        <w:pStyle w:val="ListNumber2"/>
        <w:keepNext/>
        <w:keepLines/>
      </w:pP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Nurse in blue scrubs adjusting the bed controls, raising the bed with the mannequin patient lying under a white sheet.</w:t>
      </w:r>
    </w:p>
    <w:p>
      <w:pPr/>
      <w:r>
        <w:br/>
      </w:r>
    </w:p>
    <w:p>
      <w:pPr>
        <w:pStyle w:val="ListNumber2"/>
        <w:keepNext/>
        <w:keepLines/>
      </w:pPr>
      <w:r>
        <w:rPr>
          <w:b/>
          <w:color w:val="404040"/>
          <w:sz w:val="24"/>
          <w:rFonts w:ascii="Inter" w:hAnsi="Inter" w:eastAsia="Noto Sans CJK JP" w:cs="Noto Sans CJK JP"/>
        </w:rPr>
        <w:t>P</w:t>
      </w:r>
      <w:r>
        <w:rPr>
          <w:b/>
          <w:color w:val="404040"/>
          <w:sz w:val="24"/>
          <w:rFonts w:ascii="Inter" w:hAnsi="Inter" w:eastAsia="Noto Sans CJK JP" w:cs="Noto Sans CJK JP"/>
        </w:rPr>
        <w:t>u</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g</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Nurse in blue scrubs putting on blue gloves, standing next to the bed and supplies.</w:t>
      </w:r>
    </w:p>
    <w:p>
      <w:pPr/>
      <w:r>
        <w:br/>
      </w:r>
    </w:p>
    <w:p>
      <w:pPr>
        <w:pStyle w:val="ListNumber2"/>
        <w:keepNext/>
        <w:keepLines/>
      </w:pPr>
      <w:r>
        <w:rPr>
          <w:b/>
          <w:color w:val="404040"/>
          <w:sz w:val="24"/>
          <w:rFonts w:ascii="Inter" w:hAnsi="Inter" w:eastAsia="Noto Sans CJK JP" w:cs="Noto Sans CJK JP"/>
        </w:rPr>
        <w:t>E</w:t>
      </w:r>
      <w:r>
        <w:rPr>
          <w:b/>
          <w:color w:val="404040"/>
          <w:sz w:val="24"/>
          <w:rFonts w:ascii="Inter" w:hAnsi="Inter" w:eastAsia="Noto Sans CJK JP" w:cs="Noto Sans CJK JP"/>
        </w:rPr>
        <w:t>x</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v</w:t>
      </w:r>
      <w:r>
        <w:rPr>
          <w:b/>
          <w:color w:val="404040"/>
          <w:sz w:val="24"/>
          <w:rFonts w:ascii="Inter" w:hAnsi="Inter" w:eastAsia="Noto Sans CJK JP" w:cs="Noto Sans CJK JP"/>
        </w:rPr>
        <w:t>o</w:t>
      </w:r>
      <w:r>
        <w:rPr>
          <w:b/>
          <w:color w:val="404040"/>
          <w:sz w:val="24"/>
          <w:rFonts w:ascii="Inter" w:hAnsi="Inter" w:eastAsia="Noto Sans CJK JP" w:cs="Noto Sans CJK JP"/>
        </w:rPr>
        <w:t>l</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Nurse in blue scrubs holding a washcloth, speaking to the mannequin patient, with supplies including a pink basin and hygiene products on the bedside table.</w:t>
      </w:r>
    </w:p>
    <w:p>
      <w:pPr>
        <w:pStyle w:val="Heading1"/>
        <w:keepNext/>
        <w:keepLines/>
        <w:outlineLvl w:val="0"/>
      </w:pPr>
      <w:r>
        <w:rPr>
          <w:b/>
          <w:color w:val="404040"/>
          <w:sz w:val="32"/>
          <w:rFonts w:ascii="Inter" w:hAnsi="Inter" w:eastAsia="Noto Sans CJK JP" w:cs="Noto Sans CJK JP"/>
        </w:rPr>
        <w:t>Washing the face and arms</w:t>
      </w:r>
    </w:p>
    <w:p>
      <w:pP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w:t>
      </w:r>
    </w:p>
    <w:p>
      <w:pPr/>
      <w:r>
        <w:br/>
      </w:r>
    </w:p>
    <w:p>
      <w:pPr>
        <w:pStyle w:val="ListNumber2"/>
        <w:keepNext/>
        <w:keepLines/>
      </w:pP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Nurse in blue scrubs, wearing gloves, standing beside a hospital bed with a mannequin patient. She is preparing to wet a washcloth in a pink basin on the bedside table, which also holds hygiene supplies and linens.</w:t>
      </w:r>
    </w:p>
    <w:p>
      <w:pPr/>
      <w:r>
        <w:br/>
      </w:r>
    </w:p>
    <w:p>
      <w:pPr>
        <w:pStyle w:val="ListNumber2"/>
      </w:pPr>
      <w:r>
        <w:rPr>
          <w:b/>
          <w:color w:val="404040"/>
          <w:sz w:val="24"/>
          <w:rFonts w:ascii="Inter" w:hAnsi="Inter" w:eastAsia="Noto Sans CJK JP" w:cs="Noto Sans CJK JP"/>
        </w:rPr>
        <w:t>S</w:t>
      </w:r>
      <w:r>
        <w:rPr>
          <w:b/>
          <w:color w:val="404040"/>
          <w:sz w:val="24"/>
          <w:rFonts w:ascii="Inter" w:hAnsi="Inter" w:eastAsia="Noto Sans CJK JP" w:cs="Noto Sans CJK JP"/>
        </w:rPr>
        <w:t>o</w:t>
      </w:r>
      <w:r>
        <w:rPr>
          <w:b/>
          <w:color w:val="404040"/>
          <w:sz w:val="24"/>
          <w:rFonts w:ascii="Inter" w:hAnsi="Inter" w:eastAsia="Noto Sans CJK JP" w:cs="Noto Sans CJK JP"/>
        </w:rPr>
        <w:t>a</w:t>
      </w:r>
      <w:r>
        <w:rPr>
          <w:b/>
          <w:color w:val="404040"/>
          <w:sz w:val="24"/>
          <w:rFonts w:ascii="Inter" w:hAnsi="Inter" w:eastAsia="Noto Sans CJK JP" w:cs="Noto Sans CJK JP"/>
        </w:rPr>
        <w:t>k</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h</w:t>
      </w:r>
      <w:r>
        <w:rPr>
          <w:b/>
          <w:color w:val="404040"/>
          <w:sz w:val="24"/>
          <w:rFonts w:ascii="Inter" w:hAnsi="Inter" w:eastAsia="Noto Sans CJK JP" w:cs="Noto Sans CJK JP"/>
        </w:rPr>
        <w:t>c</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s</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w:t>
      </w:r>
    </w:p>
    <w:p>
      <w:pPr>
        <w:pStyle w:val="ListNumber2"/>
        <w:keepNext/>
        <w:keepLines/>
      </w:pP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Nurse in blue scrubs placing a towel over the mannequin patient's chest, preparing for face washing. Supplies and a pink basin are on the bedside table.</w:t>
      </w:r>
    </w:p>
    <w:p>
      <w:pPr/>
      <w:r>
        <w:br/>
      </w:r>
    </w:p>
    <w:p>
      <w:pPr>
        <w:pStyle w:val="ListNumber2"/>
        <w:keepNext/>
        <w:keepLines/>
      </w:pPr>
      <w:r>
        <w:rPr>
          <w:b/>
          <w:color w:val="404040"/>
          <w:sz w:val="24"/>
          <w:rFonts w:ascii="Inter" w:hAnsi="Inter" w:eastAsia="Noto Sans CJK JP" w:cs="Noto Sans CJK JP"/>
        </w:rPr>
        <w:t>W</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h</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Nurse in blue scrubs reaching across the bed, gently washing the mannequin patient's face with a washcloth.</w:t>
      </w:r>
    </w:p>
    <w:p>
      <w:pPr/>
      <w:r>
        <w:br/>
      </w:r>
    </w:p>
    <w:p>
      <w:pPr>
        <w:pStyle w:val="ListNumber2"/>
        <w:keepNext/>
        <w:keepLines/>
      </w:pP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r</w:t>
      </w:r>
      <w:r>
        <w:rPr>
          <w:b/>
          <w:color w:val="404040"/>
          <w:sz w:val="24"/>
          <w:rFonts w:ascii="Inter" w:hAnsi="Inter" w:eastAsia="Noto Sans CJK JP" w:cs="Noto Sans CJK JP"/>
        </w:rPr>
        <w:t>y</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Nurse in blue scrubs gently patting the mannequin patient's face dry with a towel.</w:t>
      </w:r>
    </w:p>
    <w:p>
      <w:pPr/>
      <w:r>
        <w:br/>
      </w:r>
    </w:p>
    <w:p>
      <w:pPr>
        <w:pStyle w:val="ListNumber2"/>
        <w:keepNext/>
        <w:keepLines/>
      </w:pP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h</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m</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Nurse in blue scrubs placing a towel under the mannequin patient's arm, preparing for arm washing.</w:t>
      </w:r>
    </w:p>
    <w:p>
      <w:pPr/>
      <w:r>
        <w:br/>
      </w:r>
    </w:p>
    <w:p>
      <w:pPr>
        <w:pStyle w:val="ListNumber2"/>
        <w:keepNext/>
        <w:keepLines/>
      </w:pP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o</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g</w:t>
      </w:r>
      <w:r>
        <w:rPr>
          <w:b/>
          <w:color w:val="404040"/>
          <w:sz w:val="24"/>
          <w:rFonts w:ascii="Inter" w:hAnsi="Inter" w:eastAsia="Noto Sans CJK JP" w:cs="Noto Sans CJK JP"/>
        </w:rPr>
        <w:t>o</w:t>
      </w:r>
      <w:r>
        <w:rPr>
          <w:b/>
          <w:color w:val="404040"/>
          <w:sz w:val="24"/>
          <w:rFonts w:ascii="Inter" w:hAnsi="Inter" w:eastAsia="Noto Sans CJK JP" w:cs="Noto Sans CJK JP"/>
        </w:rPr>
        <w:t>w</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m</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4" name="Picture 14"/>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Nurse in blue scrubs removing the gown from the mannequin patient's arm while keeping them covered with a sheet.</w:t>
      </w:r>
    </w:p>
    <w:p>
      <w:pPr/>
      <w:r>
        <w:br/>
      </w:r>
    </w:p>
    <w:p>
      <w:pPr>
        <w:pStyle w:val="ListNumber2"/>
        <w:keepNext/>
        <w:keepLines/>
      </w:pPr>
      <w:r>
        <w:rPr>
          <w:b/>
          <w:color w:val="404040"/>
          <w:sz w:val="24"/>
          <w:rFonts w:ascii="Inter" w:hAnsi="Inter" w:eastAsia="Noto Sans CJK JP" w:cs="Noto Sans CJK JP"/>
        </w:rPr>
        <w:t>A</w:t>
      </w:r>
      <w:r>
        <w:rPr>
          <w:b/>
          <w:color w:val="404040"/>
          <w:sz w:val="24"/>
          <w:rFonts w:ascii="Inter" w:hAnsi="Inter" w:eastAsia="Noto Sans CJK JP" w:cs="Noto Sans CJK JP"/>
        </w:rPr>
        <w:t>p</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o</w:t>
      </w:r>
      <w:r>
        <w:rPr>
          <w:b/>
          <w:color w:val="404040"/>
          <w:sz w:val="24"/>
          <w:rFonts w:ascii="Inter" w:hAnsi="Inter" w:eastAsia="Noto Sans CJK JP" w:cs="Noto Sans CJK JP"/>
        </w:rPr>
        <w:t>a</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h</w:t>
      </w:r>
      <w:r>
        <w:rPr>
          <w:b/>
          <w:color w:val="404040"/>
          <w:sz w:val="24"/>
          <w:rFonts w:ascii="Inter" w:hAnsi="Inter" w:eastAsia="Noto Sans CJK JP" w:cs="Noto Sans CJK JP"/>
        </w:rPr>
        <w:t>c</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5" name="Picture 15"/>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Nurse in blue scrubs applying soap to a washcloth over the pink basin, mannequin patient's arm exposed and ready for washing.</w:t>
      </w:r>
    </w:p>
    <w:p>
      <w:pPr/>
      <w:r>
        <w:br/>
      </w:r>
    </w:p>
    <w:p>
      <w:pPr>
        <w:pStyle w:val="ListNumber2"/>
        <w:keepNext/>
        <w:keepLines/>
      </w:pPr>
      <w:r>
        <w:rPr>
          <w:b/>
          <w:color w:val="404040"/>
          <w:sz w:val="24"/>
          <w:rFonts w:ascii="Inter" w:hAnsi="Inter" w:eastAsia="Noto Sans CJK JP" w:cs="Noto Sans CJK JP"/>
        </w:rPr>
        <w:t>W</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h</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m</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6" name="Picture 16"/>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Nurse in blue scrubs washing the mannequin patient's arm with a soapy washcloth, towel underneath to protect the bed.</w:t>
      </w:r>
    </w:p>
    <w:p>
      <w:pPr>
        <w:pStyle w:val="Heading1"/>
        <w:keepNext/>
        <w:keepLines/>
        <w:outlineLvl w:val="0"/>
      </w:pPr>
      <w:r>
        <w:rPr>
          <w:b/>
          <w:color w:val="404040"/>
          <w:sz w:val="32"/>
          <w:rFonts w:ascii="Inter" w:hAnsi="Inter" w:eastAsia="Noto Sans CJK JP" w:cs="Noto Sans CJK JP"/>
        </w:rPr>
        <w:t>Rinsing and drying the chest and arm</w:t>
      </w:r>
    </w:p>
    <w:p>
      <w:pPr/>
      <w:r>
        <w:br/>
      </w:r>
    </w:p>
    <w:p>
      <w:pPr>
        <w:pStyle w:val="ListNumber2"/>
        <w:keepNext/>
        <w:keepLines/>
      </w:pPr>
      <w:r>
        <w:rPr>
          <w:b/>
          <w:color w:val="404040"/>
          <w:sz w:val="24"/>
          <w:rFonts w:ascii="Inter" w:hAnsi="Inter" w:eastAsia="Noto Sans CJK JP" w:cs="Noto Sans CJK JP"/>
        </w:rPr>
        <w:t>W</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h</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7" name="Picture 17"/>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Nurse in blue scrubs, wearing gloves, washing the mannequin patient's chest under the linens, holding the sheet up to maintain warmth and privacy. Pink basin and hygiene supplies are on the bedside table.</w:t>
      </w:r>
    </w:p>
    <w:p>
      <w:pPr/>
      <w:r>
        <w:br/>
      </w:r>
    </w:p>
    <w:p>
      <w:pPr>
        <w:pStyle w:val="ListNumber2"/>
      </w:pP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o</w:t>
      </w:r>
      <w:r>
        <w:rPr>
          <w:b/>
          <w:color w:val="404040"/>
          <w:sz w:val="24"/>
          <w:rFonts w:ascii="Inter" w:hAnsi="Inter" w:eastAsia="Noto Sans CJK JP" w:cs="Noto Sans CJK JP"/>
        </w:rPr>
        <w:t>a</w:t>
      </w:r>
      <w:r>
        <w:rPr>
          <w:b/>
          <w:color w:val="404040"/>
          <w:sz w:val="24"/>
          <w:rFonts w:ascii="Inter" w:hAnsi="Inter" w:eastAsia="Noto Sans CJK JP" w:cs="Noto Sans CJK JP"/>
        </w:rPr>
        <w:t>p</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h</w:t>
      </w:r>
      <w:r>
        <w:rPr>
          <w:b/>
          <w:color w:val="404040"/>
          <w:sz w:val="24"/>
          <w:rFonts w:ascii="Inter" w:hAnsi="Inter" w:eastAsia="Noto Sans CJK JP" w:cs="Noto Sans CJK JP"/>
        </w:rPr>
        <w:t>c</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w:t>
      </w:r>
    </w:p>
    <w:p>
      <w:pPr>
        <w:pStyle w:val="ListNumber2"/>
        <w:keepNext/>
        <w:keepLines/>
      </w:pP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8" name="Picture 18"/>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Nurse in blue scrubs holding up the linens with one hand while reaching for a clean washcloth from the pink basin with the other hand, preparing to rinse the mannequin patient's chest.</w:t>
      </w:r>
    </w:p>
    <w:p>
      <w:pPr/>
      <w:r>
        <w:br/>
      </w:r>
    </w:p>
    <w:p>
      <w:pPr>
        <w:pStyle w:val="ListNumber2"/>
        <w:keepNext/>
        <w:keepLines/>
      </w:pPr>
      <w:r>
        <w:rPr>
          <w:b/>
          <w:color w:val="404040"/>
          <w:sz w:val="24"/>
          <w:rFonts w:ascii="Inter" w:hAnsi="Inter" w:eastAsia="Noto Sans CJK JP" w:cs="Noto Sans CJK JP"/>
        </w:rPr>
        <w:t>D</w:t>
      </w:r>
      <w:r>
        <w:rPr>
          <w:b/>
          <w:color w:val="404040"/>
          <w:sz w:val="24"/>
          <w:rFonts w:ascii="Inter" w:hAnsi="Inter" w:eastAsia="Noto Sans CJK JP" w:cs="Noto Sans CJK JP"/>
        </w:rPr>
        <w:t>r</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9" name="Picture 19"/>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jc w:val="center"/>
      </w:pPr>
      <w:r>
        <w:rPr>
          <w:b/>
          <w:color w:val="404040"/>
        </w:rPr>
        <w:t>Nurse in blue scrubs patting the mannequin patient's chest dry with a towel, holding up the linens for privacy and warmth.</w:t>
      </w:r>
    </w:p>
    <w:p>
      <w:pPr/>
      <w:r>
        <w:br/>
      </w:r>
    </w:p>
    <w:p>
      <w:pPr>
        <w:pStyle w:val="ListNumber2"/>
      </w:pP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m</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Number2"/>
        <w:keepNext/>
        <w:keepLines/>
      </w:pPr>
      <w:r>
        <w:rPr>
          <w:b/>
          <w:color w:val="404040"/>
          <w:sz w:val="24"/>
          <w:rFonts w:ascii="Inter" w:hAnsi="Inter" w:eastAsia="Noto Sans CJK JP" w:cs="Noto Sans CJK JP"/>
        </w:rPr>
        <w:t>D</w:t>
      </w:r>
      <w:r>
        <w:rPr>
          <w:b/>
          <w:color w:val="404040"/>
          <w:sz w:val="24"/>
          <w:rFonts w:ascii="Inter" w:hAnsi="Inter" w:eastAsia="Noto Sans CJK JP" w:cs="Noto Sans CJK JP"/>
        </w:rPr>
        <w:t>r</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m</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k</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0" name="Picture 20"/>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Nurse in blue scrubs patting the mannequin patient's arm dry with a towel, ensuring all areas are dry. Supplies and pink basin visible on the bedside table.</w:t>
      </w:r>
    </w:p>
    <w:p>
      <w:pPr/>
      <w:r>
        <w:br/>
      </w:r>
    </w:p>
    <w:p>
      <w:pPr>
        <w:pStyle w:val="ListNumber2"/>
        <w:keepNext/>
        <w:keepLines/>
      </w:pP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1" name="Picture 21"/>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1655"/>
                    </a:xfrm>
                    <a:prstGeom prst="rect"/>
                  </pic:spPr>
                </pic:pic>
              </a:graphicData>
            </a:graphic>
          </wp:inline>
        </w:drawing>
      </w:r>
    </w:p>
    <w:p>
      <w:pPr>
        <w:pStyle w:val="Caption"/>
        <w:jc w:val="center"/>
      </w:pPr>
      <w:r>
        <w:rPr>
          <w:b/>
          <w:color w:val="404040"/>
        </w:rPr>
        <w:t>Nurse in blue scrubs covering the mannequin patient with linens after completing care for the upper body.</w:t>
      </w:r>
    </w:p>
    <w:p>
      <w:pPr/>
      <w:r>
        <w:br/>
      </w:r>
    </w:p>
    <w:p>
      <w:pPr>
        <w:pStyle w:val="ListNumber2"/>
        <w:keepNext/>
        <w:keepLines/>
      </w:pP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h</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o</w:t>
      </w:r>
      <w:r>
        <w:rPr>
          <w:b/>
          <w:color w:val="404040"/>
          <w:sz w:val="24"/>
          <w:rFonts w:ascii="Inter" w:hAnsi="Inter" w:eastAsia="Noto Sans CJK JP" w:cs="Noto Sans CJK JP"/>
        </w:rPr>
        <w:t>d</w:t>
      </w:r>
      <w:r>
        <w:rPr>
          <w:b/>
          <w:color w:val="404040"/>
          <w:sz w:val="24"/>
          <w:rFonts w:ascii="Inter" w:hAnsi="Inter" w:eastAsia="Noto Sans CJK JP" w:cs="Noto Sans CJK JP"/>
        </w:rPr>
        <w:t>y</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2" name="Picture 22"/>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041655"/>
                    </a:xfrm>
                    <a:prstGeom prst="rect"/>
                  </pic:spPr>
                </pic:pic>
              </a:graphicData>
            </a:graphic>
          </wp:inline>
        </w:drawing>
      </w:r>
    </w:p>
    <w:p>
      <w:pPr>
        <w:pStyle w:val="Caption"/>
        <w:jc w:val="center"/>
      </w:pPr>
      <w:r>
        <w:rPr>
          <w:b/>
          <w:color w:val="404040"/>
        </w:rPr>
        <w:t>Nurse in blue scrubs preparing to wash the lower body, holding a towel and standing beside the mannequin patient, who is covered except for the arm.</w:t>
      </w:r>
    </w:p>
    <w:p>
      <w:pPr>
        <w:pStyle w:val="Heading1"/>
        <w:keepNext/>
        <w:keepLines/>
        <w:outlineLvl w:val="0"/>
      </w:pPr>
      <w:r>
        <w:rPr>
          <w:b/>
          <w:color w:val="404040"/>
          <w:sz w:val="32"/>
          <w:rFonts w:ascii="Inter" w:hAnsi="Inter" w:eastAsia="Noto Sans CJK JP" w:cs="Noto Sans CJK JP"/>
        </w:rPr>
        <w:t>Washing and rinsing under the leg</w:t>
      </w:r>
    </w:p>
    <w:p>
      <w:pP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w:t>
      </w:r>
    </w:p>
    <w:p>
      <w:pPr/>
      <w:r>
        <w:br/>
      </w:r>
    </w:p>
    <w:p>
      <w:pPr>
        <w:pStyle w:val="ListNumber2"/>
        <w:keepNext/>
        <w:keepLines/>
      </w:pP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3" name="Picture 23"/>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A healthcare worker in navy scrubs and blue gloves is lifting a mannequin's leg on a hospital bed, preparing to wash underneath. A pink basin with supplies is on the bedside table. The environment is a clinical room with privacy curtains and medical wall panels.</w:t>
      </w:r>
    </w:p>
    <w:p>
      <w:pP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f</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r>
        <w:br/>
      </w:r>
    </w:p>
    <w:p>
      <w:pPr>
        <w:pStyle w:val="ListNumber2"/>
        <w:keepNext/>
        <w:keepLines/>
      </w:pPr>
      <w:r>
        <w:rPr>
          <w:b/>
          <w:color w:val="404040"/>
          <w:sz w:val="24"/>
          <w:rFonts w:ascii="Inter" w:hAnsi="Inter" w:eastAsia="Noto Sans CJK JP" w:cs="Noto Sans CJK JP"/>
        </w:rPr>
        <w:t>W</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h</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4" name="Picture 24"/>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3041655"/>
                    </a:xfrm>
                    <a:prstGeom prst="rect"/>
                  </pic:spPr>
                </pic:pic>
              </a:graphicData>
            </a:graphic>
          </wp:inline>
        </w:drawing>
      </w:r>
    </w:p>
    <w:p>
      <w:pPr>
        <w:pStyle w:val="Caption"/>
        <w:jc w:val="center"/>
      </w:pPr>
      <w:r>
        <w:rPr>
          <w:b/>
          <w:color w:val="404040"/>
        </w:rPr>
        <w:t>The healthcare worker is holding a soapy washcloth and demonstrating cleaning the mannequin's leg, with the leg resting on a towel. The pink basin and hygiene supplies are visible.</w:t>
      </w:r>
    </w:p>
    <w:p>
      <w:pPr/>
      <w:r>
        <w:br/>
      </w:r>
    </w:p>
    <w:p>
      <w:pPr>
        <w:pStyle w:val="ListNumber2"/>
        <w:keepNext/>
        <w:keepLines/>
      </w:pP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5" name="Picture 25"/>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3041655"/>
                    </a:xfrm>
                    <a:prstGeom prst="rect"/>
                  </pic:spPr>
                </pic:pic>
              </a:graphicData>
            </a:graphic>
          </wp:inline>
        </w:drawing>
      </w:r>
    </w:p>
    <w:p>
      <w:pPr>
        <w:pStyle w:val="Caption"/>
        <w:jc w:val="center"/>
      </w:pPr>
      <w:r>
        <w:rPr>
          <w:b/>
          <w:color w:val="404040"/>
        </w:rPr>
        <w:t>The healthcare worker is rinsing the mannequin's foot and toes with a clean washcloth, focusing on between the toes. The leg is supported on a towel, and supplies are nearby.</w:t>
      </w:r>
    </w:p>
    <w:p>
      <w:pPr/>
      <w:r>
        <w:br/>
      </w:r>
    </w:p>
    <w:p>
      <w:pPr>
        <w:pStyle w:val="ListNumber2"/>
        <w:keepNext/>
        <w:keepLines/>
      </w:pPr>
      <w:r>
        <w:rPr>
          <w:b/>
          <w:color w:val="404040"/>
          <w:sz w:val="24"/>
          <w:rFonts w:ascii="Inter" w:hAnsi="Inter" w:eastAsia="Noto Sans CJK JP" w:cs="Noto Sans CJK JP"/>
        </w:rPr>
        <w:t>D</w:t>
      </w:r>
      <w:r>
        <w:rPr>
          <w:b/>
          <w:color w:val="404040"/>
          <w:sz w:val="24"/>
          <w:rFonts w:ascii="Inter" w:hAnsi="Inter" w:eastAsia="Noto Sans CJK JP" w:cs="Noto Sans CJK JP"/>
        </w:rPr>
        <w:t>r</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g</w:t>
      </w:r>
      <w:r>
        <w:rPr>
          <w:b/>
          <w:color w:val="404040"/>
          <w:sz w:val="24"/>
          <w:rFonts w:ascii="Inter" w:hAnsi="Inter" w:eastAsia="Noto Sans CJK JP" w:cs="Noto Sans CJK JP"/>
        </w:rPr>
        <w:t>h</w:t>
      </w:r>
      <w:r>
        <w:rPr>
          <w:b/>
          <w:color w:val="404040"/>
          <w:sz w:val="24"/>
          <w:rFonts w:ascii="Inter" w:hAnsi="Inter" w:eastAsia="Noto Sans CJK JP" w:cs="Noto Sans CJK JP"/>
        </w:rPr>
        <w:t>l</w:t>
      </w:r>
      <w:r>
        <w:rPr>
          <w:b/>
          <w:color w:val="404040"/>
          <w:sz w:val="24"/>
          <w:rFonts w:ascii="Inter" w:hAnsi="Inter" w:eastAsia="Noto Sans CJK JP" w:cs="Noto Sans CJK JP"/>
        </w:rPr>
        <w:t>y</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6" name="Picture 26"/>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328000" cy="3041655"/>
                    </a:xfrm>
                    <a:prstGeom prst="rect"/>
                  </pic:spPr>
                </pic:pic>
              </a:graphicData>
            </a:graphic>
          </wp:inline>
        </w:drawing>
      </w:r>
    </w:p>
    <w:p>
      <w:pPr>
        <w:pStyle w:val="Caption"/>
        <w:jc w:val="center"/>
      </w:pPr>
      <w:r>
        <w:rPr>
          <w:b/>
          <w:color w:val="404040"/>
        </w:rPr>
        <w:t>The healthcare worker is drying the mannequin's foot and toes with a towel, ensuring all moisture is removed from skin creases.</w:t>
      </w:r>
    </w:p>
    <w:p>
      <w:pPr/>
      <w:r>
        <w:br/>
      </w:r>
    </w:p>
    <w:p>
      <w:pPr>
        <w:pStyle w:val="ListNumber2"/>
        <w:keepNext/>
        <w:keepLines/>
      </w:pP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k</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x</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a</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s</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7" name="Picture 27"/>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5328000" cy="3041655"/>
                    </a:xfrm>
                    <a:prstGeom prst="rect"/>
                  </pic:spPr>
                </pic:pic>
              </a:graphicData>
            </a:graphic>
          </wp:inline>
        </w:drawing>
      </w:r>
    </w:p>
    <w:p>
      <w:pPr>
        <w:pStyle w:val="Caption"/>
        <w:jc w:val="center"/>
      </w:pPr>
      <w:r>
        <w:rPr>
          <w:b/>
          <w:color w:val="404040"/>
        </w:rPr>
        <w:t>The healthcare worker is carefully drying the mannequin's foot, emphasizing the importance of dryness for diabetic residents.</w:t>
      </w:r>
    </w:p>
    <w:p>
      <w:pPr/>
      <w:r>
        <w:rPr>
          <w:b/>
          <w:color w:val="404040"/>
          <w:sz w:val="24"/>
          <w:rFonts w:ascii="Inter" w:hAnsi="Inter" w:eastAsia="Noto Sans CJK JP" w:cs="Noto Sans CJK JP"/>
        </w:rPr>
        <w:t>K</w:t>
      </w:r>
      <w:r>
        <w:rPr>
          <w:b/>
          <w:color w:val="404040"/>
          <w:sz w:val="24"/>
          <w:rFonts w:ascii="Inter" w:hAnsi="Inter" w:eastAsia="Noto Sans CJK JP" w:cs="Noto Sans CJK JP"/>
        </w:rPr>
        <w:t>e</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Transitioning to perineal care and preparing for backside cleaning</w:t>
      </w:r>
    </w:p>
    <w:p>
      <w:pP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r>
        <w:br/>
      </w:r>
    </w:p>
    <w:p>
      <w:pPr>
        <w:pStyle w:val="ListNumber2"/>
        <w:keepNext/>
        <w:keepLines/>
      </w:pP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w</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8" name="Picture 28"/>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5328000" cy="3041655"/>
                    </a:xfrm>
                    <a:prstGeom prst="rect"/>
                  </pic:spPr>
                </pic:pic>
              </a:graphicData>
            </a:graphic>
          </wp:inline>
        </w:drawing>
      </w:r>
    </w:p>
    <w:p>
      <w:pPr>
        <w:pStyle w:val="Caption"/>
        <w:jc w:val="center"/>
      </w:pPr>
      <w:r>
        <w:rPr>
          <w:b/>
          <w:color w:val="404040"/>
        </w:rPr>
        <w:t>A healthcare worker in navy scrubs and blue gloves stands beside a hospital bed with a mannequin patient. A pink basin, towels, and hygiene supplies rest on a bedside table. The clinical room has privacy curtains, medical wall panels, and a sharps container.</w:t>
      </w:r>
    </w:p>
    <w:p>
      <w:pPr/>
      <w:r>
        <w:br/>
      </w:r>
    </w:p>
    <w:p>
      <w:pPr>
        <w:pStyle w:val="ListNumber2"/>
        <w:keepNext/>
        <w:keepLines/>
      </w:pP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9" name="Picture 29"/>
            <wp:cNvGraphicFramePr>
              <a:graphicFrameLocks noChangeAspect="1"/>
            </wp:cNvGraphicFramePr>
            <a:graphic>
              <a:graphicData uri="http://schemas.openxmlformats.org/drawingml/2006/picture">
                <pic:pic>
                  <pic:nvPicPr>
                    <pic:cNvPr id="0" name="image.jpg"/>
                    <pic:cNvPicPr/>
                  </pic:nvPicPr>
                  <pic:blipFill>
                    <a:blip r:embed="rId30"/>
                    <a:stretch>
                      <a:fillRect/>
                    </a:stretch>
                  </pic:blipFill>
                  <pic:spPr>
                    <a:xfrm>
                      <a:off x="0" y="0"/>
                      <a:ext cx="5328000" cy="3041655"/>
                    </a:xfrm>
                    <a:prstGeom prst="rect"/>
                  </pic:spPr>
                </pic:pic>
              </a:graphicData>
            </a:graphic>
          </wp:inline>
        </w:drawing>
      </w:r>
    </w:p>
    <w:p>
      <w:pPr>
        <w:pStyle w:val="Caption"/>
        <w:jc w:val="center"/>
      </w:pPr>
      <w:r>
        <w:rPr>
          <w:b/>
          <w:color w:val="404040"/>
        </w:rPr>
        <w:t>The healthcare worker gestures toward the mannequin patient, indicating the next step. The supplies remain organized on the bedside table.</w:t>
      </w:r>
    </w:p>
    <w:p>
      <w:pPr/>
      <w:r>
        <w:br/>
      </w:r>
    </w:p>
    <w:p>
      <w:pPr>
        <w:pStyle w:val="ListNumber2"/>
        <w:keepNext/>
        <w:keepLines/>
      </w:pP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g</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0" name="Picture 30"/>
            <wp:cNvGraphicFramePr>
              <a:graphicFrameLocks noChangeAspect="1"/>
            </wp:cNvGraphicFramePr>
            <a:graphic>
              <a:graphicData uri="http://schemas.openxmlformats.org/drawingml/2006/picture">
                <pic:pic>
                  <pic:nvPicPr>
                    <pic:cNvPr id="0" name="image.jpg"/>
                    <pic:cNvPicPr/>
                  </pic:nvPicPr>
                  <pic:blipFill>
                    <a:blip r:embed="rId31"/>
                    <a:stretch>
                      <a:fillRect/>
                    </a:stretch>
                  </pic:blipFill>
                  <pic:spPr>
                    <a:xfrm>
                      <a:off x="0" y="0"/>
                      <a:ext cx="5328000" cy="3041655"/>
                    </a:xfrm>
                    <a:prstGeom prst="rect"/>
                  </pic:spPr>
                </pic:pic>
              </a:graphicData>
            </a:graphic>
          </wp:inline>
        </w:drawing>
      </w:r>
    </w:p>
    <w:p>
      <w:pPr>
        <w:pStyle w:val="Caption"/>
        <w:jc w:val="center"/>
      </w:pPr>
      <w:r>
        <w:rPr>
          <w:b/>
          <w:color w:val="404040"/>
        </w:rPr>
        <w:t>The healthcare worker is holding a clean towel and preparing to change gloves, standing beside the bed and supplies.</w:t>
      </w:r>
    </w:p>
    <w:p>
      <w:pPr/>
      <w:r>
        <w:br/>
      </w:r>
    </w:p>
    <w:p>
      <w:pPr>
        <w:pStyle w:val="ListNumber2"/>
        <w:keepNext/>
        <w:keepLines/>
      </w:pP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o</w:t>
      </w:r>
      <w:r>
        <w:rPr>
          <w:b/>
          <w:color w:val="404040"/>
          <w:sz w:val="24"/>
          <w:rFonts w:ascii="Inter" w:hAnsi="Inter" w:eastAsia="Noto Sans CJK JP" w:cs="Noto Sans CJK JP"/>
        </w:rPr>
        <w:t>i</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1" name="Picture 31"/>
            <wp:cNvGraphicFramePr>
              <a:graphicFrameLocks noChangeAspect="1"/>
            </wp:cNvGraphicFramePr>
            <a:graphic>
              <a:graphicData uri="http://schemas.openxmlformats.org/drawingml/2006/picture">
                <pic:pic>
                  <pic:nvPicPr>
                    <pic:cNvPr id="0" name="image.jpg"/>
                    <pic:cNvPicPr/>
                  </pic:nvPicPr>
                  <pic:blipFill>
                    <a:blip r:embed="rId32"/>
                    <a:stretch>
                      <a:fillRect/>
                    </a:stretch>
                  </pic:blipFill>
                  <pic:spPr>
                    <a:xfrm>
                      <a:off x="0" y="0"/>
                      <a:ext cx="5328000" cy="3041655"/>
                    </a:xfrm>
                    <a:prstGeom prst="rect"/>
                  </pic:spPr>
                </pic:pic>
              </a:graphicData>
            </a:graphic>
          </wp:inline>
        </w:drawing>
      </w:r>
    </w:p>
    <w:p>
      <w:pPr>
        <w:pStyle w:val="Caption"/>
        <w:jc w:val="center"/>
      </w:pPr>
      <w:r>
        <w:rPr>
          <w:b/>
          <w:color w:val="404040"/>
        </w:rPr>
        <w:t>The healthcare worker is turned toward the bedside cabinet, disposing of linens. The mannequin remains covered on the bed.</w:t>
      </w:r>
    </w:p>
    <w:p>
      <w:pPr/>
      <w:r>
        <w:br/>
      </w:r>
    </w:p>
    <w:p>
      <w:pPr>
        <w:pStyle w:val="ListNumber2"/>
        <w:keepNext/>
        <w:keepLines/>
      </w:pPr>
      <w:r>
        <w:rPr>
          <w:b/>
          <w:color w:val="404040"/>
          <w:sz w:val="24"/>
          <w:rFonts w:ascii="Inter" w:hAnsi="Inter" w:eastAsia="Noto Sans CJK JP" w:cs="Noto Sans CJK JP"/>
        </w:rPr>
        <w:t>P</w:t>
      </w:r>
      <w:r>
        <w:rPr>
          <w:b/>
          <w:color w:val="404040"/>
          <w:sz w:val="24"/>
          <w:rFonts w:ascii="Inter" w:hAnsi="Inter" w:eastAsia="Noto Sans CJK JP" w:cs="Noto Sans CJK JP"/>
        </w:rPr>
        <w:t>u</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h</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g</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2" name="Picture 32"/>
            <wp:cNvGraphicFramePr>
              <a:graphicFrameLocks noChangeAspect="1"/>
            </wp:cNvGraphicFramePr>
            <a:graphic>
              <a:graphicData uri="http://schemas.openxmlformats.org/drawingml/2006/picture">
                <pic:pic>
                  <pic:nvPicPr>
                    <pic:cNvPr id="0" name="image.jpg"/>
                    <pic:cNvPicPr/>
                  </pic:nvPicPr>
                  <pic:blipFill>
                    <a:blip r:embed="rId33"/>
                    <a:stretch>
                      <a:fillRect/>
                    </a:stretch>
                  </pic:blipFill>
                  <pic:spPr>
                    <a:xfrm>
                      <a:off x="0" y="0"/>
                      <a:ext cx="5328000" cy="3041655"/>
                    </a:xfrm>
                    <a:prstGeom prst="rect"/>
                  </pic:spPr>
                </pic:pic>
              </a:graphicData>
            </a:graphic>
          </wp:inline>
        </w:drawing>
      </w:r>
    </w:p>
    <w:p>
      <w:pPr>
        <w:pStyle w:val="Caption"/>
        <w:jc w:val="center"/>
      </w:pPr>
      <w:r>
        <w:rPr>
          <w:b/>
          <w:color w:val="404040"/>
        </w:rPr>
        <w:t>The healthcare worker is putting on fresh gloves, standing beside the bed and preparing for the next step.</w:t>
      </w:r>
    </w:p>
    <w:p>
      <w:pPr/>
      <w:r>
        <w:br/>
      </w:r>
    </w:p>
    <w:p>
      <w:pPr>
        <w:pStyle w:val="ListNumber2"/>
        <w:keepNext/>
        <w:keepLines/>
      </w:pP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3" name="Picture 33"/>
            <wp:cNvGraphicFramePr>
              <a:graphicFrameLocks noChangeAspect="1"/>
            </wp:cNvGraphicFramePr>
            <a:graphic>
              <a:graphicData uri="http://schemas.openxmlformats.org/drawingml/2006/picture">
                <pic:pic>
                  <pic:nvPicPr>
                    <pic:cNvPr id="0" name="image.jpg"/>
                    <pic:cNvPicPr/>
                  </pic:nvPicPr>
                  <pic:blipFill>
                    <a:blip r:embed="rId33"/>
                    <a:stretch>
                      <a:fillRect/>
                    </a:stretch>
                  </pic:blipFill>
                  <pic:spPr>
                    <a:xfrm>
                      <a:off x="0" y="0"/>
                      <a:ext cx="5328000" cy="3041655"/>
                    </a:xfrm>
                    <a:prstGeom prst="rect"/>
                  </pic:spPr>
                </pic:pic>
              </a:graphicData>
            </a:graphic>
          </wp:inline>
        </w:drawing>
      </w:r>
    </w:p>
    <w:p>
      <w:pPr>
        <w:pStyle w:val="Caption"/>
        <w:jc w:val="center"/>
      </w:pPr>
      <w:r>
        <w:rPr>
          <w:b/>
          <w:color w:val="404040"/>
        </w:rPr>
        <w:t>The healthcare worker is leaning over the bed, preparing to turn the mannequin patient onto their side, ensuring proper arm placement.</w:t>
      </w:r>
    </w:p>
    <w:p>
      <w:pPr/>
      <w:r>
        <w:br/>
      </w:r>
    </w:p>
    <w:p>
      <w:pPr>
        <w:pStyle w:val="ListNumber2"/>
        <w:keepNext/>
        <w:keepLines/>
      </w:pPr>
      <w:r>
        <w:rPr>
          <w:b/>
          <w:color w:val="404040"/>
          <w:sz w:val="24"/>
          <w:rFonts w:ascii="Inter" w:hAnsi="Inter" w:eastAsia="Noto Sans CJK JP" w:cs="Noto Sans CJK JP"/>
        </w:rPr>
        <w:t>T</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j</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i</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4" name="Picture 34"/>
            <wp:cNvGraphicFramePr>
              <a:graphicFrameLocks noChangeAspect="1"/>
            </wp:cNvGraphicFramePr>
            <a:graphic>
              <a:graphicData uri="http://schemas.openxmlformats.org/drawingml/2006/picture">
                <pic:pic>
                  <pic:nvPicPr>
                    <pic:cNvPr id="0" name="image.jpg"/>
                    <pic:cNvPicPr/>
                  </pic:nvPicPr>
                  <pic:blipFill>
                    <a:blip r:embed="rId33"/>
                    <a:stretch>
                      <a:fillRect/>
                    </a:stretch>
                  </pic:blipFill>
                  <pic:spPr>
                    <a:xfrm>
                      <a:off x="0" y="0"/>
                      <a:ext cx="5328000" cy="3041655"/>
                    </a:xfrm>
                    <a:prstGeom prst="rect"/>
                  </pic:spPr>
                </pic:pic>
              </a:graphicData>
            </a:graphic>
          </wp:inline>
        </w:drawing>
      </w:r>
    </w:p>
    <w:p>
      <w:pPr>
        <w:pStyle w:val="Caption"/>
        <w:jc w:val="center"/>
      </w:pPr>
      <w:r>
        <w:rPr>
          <w:b/>
          <w:color w:val="404040"/>
        </w:rPr>
        <w:t>The healthcare worker is turning the mannequin patient onto their left side, ensuring the patient is covered and positioned safely.</w:t>
      </w:r>
    </w:p>
    <w:p>
      <w:pPr/>
      <w:r>
        <w:br/>
      </w:r>
    </w:p>
    <w:p>
      <w:pPr>
        <w:pStyle w:val="ListNumber2"/>
        <w:keepNext/>
        <w:keepLines/>
      </w:pP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j</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i</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w</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v</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y</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5" name="Picture 35"/>
            <wp:cNvGraphicFramePr>
              <a:graphicFrameLocks noChangeAspect="1"/>
            </wp:cNvGraphicFramePr>
            <a:graphic>
              <a:graphicData uri="http://schemas.openxmlformats.org/drawingml/2006/picture">
                <pic:pic>
                  <pic:nvPicPr>
                    <pic:cNvPr id="0" name="image.jpg"/>
                    <pic:cNvPicPr/>
                  </pic:nvPicPr>
                  <pic:blipFill>
                    <a:blip r:embed="rId33"/>
                    <a:stretch>
                      <a:fillRect/>
                    </a:stretch>
                  </pic:blipFill>
                  <pic:spPr>
                    <a:xfrm>
                      <a:off x="0" y="0"/>
                      <a:ext cx="5328000" cy="3041655"/>
                    </a:xfrm>
                    <a:prstGeom prst="rect"/>
                  </pic:spPr>
                </pic:pic>
              </a:graphicData>
            </a:graphic>
          </wp:inline>
        </w:drawing>
      </w:r>
    </w:p>
    <w:p>
      <w:pPr>
        <w:pStyle w:val="Caption"/>
        <w:jc w:val="center"/>
      </w:pPr>
      <w:r>
        <w:rPr>
          <w:b/>
          <w:color w:val="404040"/>
        </w:rPr>
        <w:t>The healthcare worker is adjusting the patient's pillow and sheet, ensuring the patient is comfortable and covered.</w:t>
      </w:r>
    </w:p>
    <w:p>
      <w:pPr/>
      <w:r>
        <w:br/>
      </w:r>
    </w:p>
    <w:p>
      <w:pPr>
        <w:pStyle w:val="ListNumber2"/>
        <w:keepNext/>
        <w:keepLines/>
      </w:pP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6" name="Picture 36"/>
            <wp:cNvGraphicFramePr>
              <a:graphicFrameLocks noChangeAspect="1"/>
            </wp:cNvGraphicFramePr>
            <a:graphic>
              <a:graphicData uri="http://schemas.openxmlformats.org/drawingml/2006/picture">
                <pic:pic>
                  <pic:nvPicPr>
                    <pic:cNvPr id="0" name="image.jpg"/>
                    <pic:cNvPicPr/>
                  </pic:nvPicPr>
                  <pic:blipFill>
                    <a:blip r:embed="rId34"/>
                    <a:stretch>
                      <a:fillRect/>
                    </a:stretch>
                  </pic:blipFill>
                  <pic:spPr>
                    <a:xfrm>
                      <a:off x="0" y="0"/>
                      <a:ext cx="5328000" cy="3041655"/>
                    </a:xfrm>
                    <a:prstGeom prst="rect"/>
                  </pic:spPr>
                </pic:pic>
              </a:graphicData>
            </a:graphic>
          </wp:inline>
        </w:drawing>
      </w:r>
    </w:p>
    <w:p>
      <w:pPr>
        <w:pStyle w:val="Caption"/>
        <w:jc w:val="center"/>
      </w:pPr>
      <w:r>
        <w:rPr>
          <w:b/>
          <w:color w:val="404040"/>
        </w:rPr>
        <w:t>The healthcare worker is ensuring the mannequin patient is properly positioned on their side, with the back exposed and the rest of the body covered. Supplies are ready on the bedside table.</w:t>
      </w:r>
    </w:p>
    <w:p>
      <w:pPr/>
      <w:r>
        <w:rPr>
          <w:b/>
          <w:color w:val="404040"/>
          <w:sz w:val="24"/>
          <w:rFonts w:ascii="Inter" w:hAnsi="Inter" w:eastAsia="Noto Sans CJK JP" w:cs="Noto Sans CJK JP"/>
        </w:rPr>
        <w:t>K</w:t>
      </w:r>
      <w:r>
        <w:rPr>
          <w:b/>
          <w:color w:val="404040"/>
          <w:sz w:val="24"/>
          <w:rFonts w:ascii="Inter" w:hAnsi="Inter" w:eastAsia="Noto Sans CJK JP" w:cs="Noto Sans CJK JP"/>
        </w:rPr>
        <w:t>e</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Cleaning and rinsing the back and backside</w:t>
      </w:r>
    </w:p>
    <w:p>
      <w:pP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w:t>
      </w:r>
    </w:p>
    <w:p>
      <w:pPr/>
      <w:r>
        <w:br/>
      </w:r>
    </w:p>
    <w:p>
      <w:pPr>
        <w:pStyle w:val="ListNumber2"/>
        <w:keepNext/>
        <w:keepLines/>
      </w:pP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h</w:t>
      </w:r>
      <w:r>
        <w:rPr>
          <w:b/>
          <w:color w:val="404040"/>
          <w:sz w:val="24"/>
          <w:rFonts w:ascii="Inter" w:hAnsi="Inter" w:eastAsia="Noto Sans CJK JP" w:cs="Noto Sans CJK JP"/>
        </w:rPr>
        <w:t>c</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7" name="Picture 37"/>
            <wp:cNvGraphicFramePr>
              <a:graphicFrameLocks noChangeAspect="1"/>
            </wp:cNvGraphicFramePr>
            <a:graphic>
              <a:graphicData uri="http://schemas.openxmlformats.org/drawingml/2006/picture">
                <pic:pic>
                  <pic:nvPicPr>
                    <pic:cNvPr id="0" name="image.jpg"/>
                    <pic:cNvPicPr/>
                  </pic:nvPicPr>
                  <pic:blipFill>
                    <a:blip r:embed="rId35"/>
                    <a:stretch>
                      <a:fillRect/>
                    </a:stretch>
                  </pic:blipFill>
                  <pic:spPr>
                    <a:xfrm>
                      <a:off x="0" y="0"/>
                      <a:ext cx="5328000" cy="3041655"/>
                    </a:xfrm>
                    <a:prstGeom prst="rect"/>
                  </pic:spPr>
                </pic:pic>
              </a:graphicData>
            </a:graphic>
          </wp:inline>
        </w:drawing>
      </w:r>
    </w:p>
    <w:p>
      <w:pPr>
        <w:pStyle w:val="Caption"/>
        <w:jc w:val="center"/>
      </w:pPr>
      <w:r>
        <w:rPr>
          <w:b/>
          <w:color w:val="404040"/>
        </w:rPr>
        <w:t>A healthcare worker in navy scrubs and blue gloves prepares a clean washcloth at the bedside. The mannequin patient is lying on their side, covered with a sheet except for the back. Supplies including a pink basin, hygiene products, and towels are organized on the bedside table. The clinical room has privacy curtains and medical wall panels.</w:t>
      </w:r>
    </w:p>
    <w:p>
      <w:pPr/>
      <w:r>
        <w:br/>
      </w:r>
    </w:p>
    <w:p>
      <w:pPr>
        <w:pStyle w:val="ListNumber2"/>
        <w:keepNext/>
        <w:keepLines/>
      </w:pPr>
      <w:r>
        <w:rPr>
          <w:b/>
          <w:color w:val="404040"/>
          <w:sz w:val="24"/>
          <w:rFonts w:ascii="Inter" w:hAnsi="Inter" w:eastAsia="Noto Sans CJK JP" w:cs="Noto Sans CJK JP"/>
        </w:rPr>
        <w:t>W</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h</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8" name="Picture 38"/>
            <wp:cNvGraphicFramePr>
              <a:graphicFrameLocks noChangeAspect="1"/>
            </wp:cNvGraphicFramePr>
            <a:graphic>
              <a:graphicData uri="http://schemas.openxmlformats.org/drawingml/2006/picture">
                <pic:pic>
                  <pic:nvPicPr>
                    <pic:cNvPr id="0" name="image.jpg"/>
                    <pic:cNvPicPr/>
                  </pic:nvPicPr>
                  <pic:blipFill>
                    <a:blip r:embed="rId36"/>
                    <a:stretch>
                      <a:fillRect/>
                    </a:stretch>
                  </pic:blipFill>
                  <pic:spPr>
                    <a:xfrm>
                      <a:off x="0" y="0"/>
                      <a:ext cx="5328000" cy="3041655"/>
                    </a:xfrm>
                    <a:prstGeom prst="rect"/>
                  </pic:spPr>
                </pic:pic>
              </a:graphicData>
            </a:graphic>
          </wp:inline>
        </w:drawing>
      </w:r>
    </w:p>
    <w:p>
      <w:pPr>
        <w:pStyle w:val="Caption"/>
        <w:jc w:val="center"/>
      </w:pPr>
      <w:r>
        <w:rPr>
          <w:b/>
          <w:color w:val="404040"/>
        </w:rPr>
        <w:t>The healthcare worker is gently washing the patient's back with a washcloth, lifting the sheet just enough to access the area while maintaining privacy.</w:t>
      </w:r>
    </w:p>
    <w:p>
      <w:pPr/>
      <w:r>
        <w:br/>
      </w:r>
    </w:p>
    <w:p>
      <w:pPr>
        <w:pStyle w:val="ListNumber2"/>
        <w:keepNext/>
        <w:keepLines/>
      </w:pPr>
      <w:r>
        <w:rPr>
          <w:b/>
          <w:color w:val="404040"/>
          <w:sz w:val="24"/>
          <w:rFonts w:ascii="Inter" w:hAnsi="Inter" w:eastAsia="Noto Sans CJK JP" w:cs="Noto Sans CJK JP"/>
        </w:rPr>
        <w:t>C</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g</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9" name="Picture 39"/>
            <wp:cNvGraphicFramePr>
              <a:graphicFrameLocks noChangeAspect="1"/>
            </wp:cNvGraphicFramePr>
            <a:graphic>
              <a:graphicData uri="http://schemas.openxmlformats.org/drawingml/2006/picture">
                <pic:pic>
                  <pic:nvPicPr>
                    <pic:cNvPr id="0" name="image.jpg"/>
                    <pic:cNvPicPr/>
                  </pic:nvPicPr>
                  <pic:blipFill>
                    <a:blip r:embed="rId36"/>
                    <a:stretch>
                      <a:fillRect/>
                    </a:stretch>
                  </pic:blipFill>
                  <pic:spPr>
                    <a:xfrm>
                      <a:off x="0" y="0"/>
                      <a:ext cx="5328000" cy="3041655"/>
                    </a:xfrm>
                    <a:prstGeom prst="rect"/>
                  </pic:spPr>
                </pic:pic>
              </a:graphicData>
            </a:graphic>
          </wp:inline>
        </w:drawing>
      </w:r>
    </w:p>
    <w:p>
      <w:pPr>
        <w:pStyle w:val="Caption"/>
        <w:jc w:val="center"/>
      </w:pPr>
      <w:r>
        <w:rPr>
          <w:b/>
          <w:color w:val="404040"/>
        </w:rPr>
        <w:t>The healthcare worker is washing the patient's back and possibly the back of the legs, maintaining coverage and privacy.</w:t>
      </w:r>
    </w:p>
    <w:p>
      <w:pPr/>
      <w:r>
        <w:br/>
      </w:r>
    </w:p>
    <w:p>
      <w:pPr>
        <w:pStyle w:val="ListNumber2"/>
        <w:keepNext/>
        <w:keepLines/>
      </w:pP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h</w:t>
      </w:r>
      <w:r>
        <w:rPr>
          <w:b/>
          <w:color w:val="404040"/>
          <w:sz w:val="24"/>
          <w:rFonts w:ascii="Inter" w:hAnsi="Inter" w:eastAsia="Noto Sans CJK JP" w:cs="Noto Sans CJK JP"/>
        </w:rPr>
        <w:t>c</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40" name="Picture 40"/>
            <wp:cNvGraphicFramePr>
              <a:graphicFrameLocks noChangeAspect="1"/>
            </wp:cNvGraphicFramePr>
            <a:graphic>
              <a:graphicData uri="http://schemas.openxmlformats.org/drawingml/2006/picture">
                <pic:pic>
                  <pic:nvPicPr>
                    <pic:cNvPr id="0" name="image.jpg"/>
                    <pic:cNvPicPr/>
                  </pic:nvPicPr>
                  <pic:blipFill>
                    <a:blip r:embed="rId36"/>
                    <a:stretch>
                      <a:fillRect/>
                    </a:stretch>
                  </pic:blipFill>
                  <pic:spPr>
                    <a:xfrm>
                      <a:off x="0" y="0"/>
                      <a:ext cx="5328000" cy="3041655"/>
                    </a:xfrm>
                    <a:prstGeom prst="rect"/>
                  </pic:spPr>
                </pic:pic>
              </a:graphicData>
            </a:graphic>
          </wp:inline>
        </w:drawing>
      </w:r>
    </w:p>
    <w:p>
      <w:pPr>
        <w:pStyle w:val="Caption"/>
        <w:jc w:val="center"/>
      </w:pPr>
      <w:r>
        <w:rPr>
          <w:b/>
          <w:color w:val="404040"/>
        </w:rPr>
        <w:t>The healthcare worker gestures toward the linen bag, holding a used washcloth, ready to dispose of it.</w:t>
      </w:r>
    </w:p>
    <w:p>
      <w:pPr/>
      <w:r>
        <w:br/>
      </w:r>
    </w:p>
    <w:p>
      <w:pPr>
        <w:pStyle w:val="ListNumber2"/>
        <w:keepNext/>
        <w:keepLines/>
      </w:pP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41" name="Picture 41"/>
            <wp:cNvGraphicFramePr>
              <a:graphicFrameLocks noChangeAspect="1"/>
            </wp:cNvGraphicFramePr>
            <a:graphic>
              <a:graphicData uri="http://schemas.openxmlformats.org/drawingml/2006/picture">
                <pic:pic>
                  <pic:nvPicPr>
                    <pic:cNvPr id="0" name="image.jpg"/>
                    <pic:cNvPicPr/>
                  </pic:nvPicPr>
                  <pic:blipFill>
                    <a:blip r:embed="rId36"/>
                    <a:stretch>
                      <a:fillRect/>
                    </a:stretch>
                  </pic:blipFill>
                  <pic:spPr>
                    <a:xfrm>
                      <a:off x="0" y="0"/>
                      <a:ext cx="5328000" cy="3041655"/>
                    </a:xfrm>
                    <a:prstGeom prst="rect"/>
                  </pic:spPr>
                </pic:pic>
              </a:graphicData>
            </a:graphic>
          </wp:inline>
        </w:drawing>
      </w:r>
    </w:p>
    <w:p>
      <w:pPr>
        <w:pStyle w:val="Caption"/>
        <w:jc w:val="center"/>
      </w:pPr>
      <w:r>
        <w:rPr>
          <w:b/>
          <w:color w:val="404040"/>
        </w:rPr>
        <w:t>The healthcare worker is rinsing the patient's back with a clean washcloth, carefully inspecting the skin.</w:t>
      </w:r>
    </w:p>
    <w:p>
      <w:pPr/>
      <w:r>
        <w:br/>
      </w:r>
    </w:p>
    <w:p>
      <w:pPr>
        <w:pStyle w:val="ListNumber2"/>
        <w:keepNext/>
        <w:keepLines/>
      </w:pP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g</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42" name="Picture 42"/>
            <wp:cNvGraphicFramePr>
              <a:graphicFrameLocks noChangeAspect="1"/>
            </wp:cNvGraphicFramePr>
            <a:graphic>
              <a:graphicData uri="http://schemas.openxmlformats.org/drawingml/2006/picture">
                <pic:pic>
                  <pic:nvPicPr>
                    <pic:cNvPr id="0" name="image.jpg"/>
                    <pic:cNvPicPr/>
                  </pic:nvPicPr>
                  <pic:blipFill>
                    <a:blip r:embed="rId37"/>
                    <a:stretch>
                      <a:fillRect/>
                    </a:stretch>
                  </pic:blipFill>
                  <pic:spPr>
                    <a:xfrm>
                      <a:off x="0" y="0"/>
                      <a:ext cx="5328000" cy="3041655"/>
                    </a:xfrm>
                    <a:prstGeom prst="rect"/>
                  </pic:spPr>
                </pic:pic>
              </a:graphicData>
            </a:graphic>
          </wp:inline>
        </w:drawing>
      </w:r>
    </w:p>
    <w:p>
      <w:pPr>
        <w:pStyle w:val="Caption"/>
        <w:jc w:val="center"/>
      </w:pPr>
      <w:r>
        <w:rPr>
          <w:b/>
          <w:color w:val="404040"/>
        </w:rPr>
        <w:t>The healthcare worker is rinsing the patient's back and possibly the back of the legs, maintaining proper technique and coverage.</w:t>
      </w:r>
    </w:p>
    <w:p>
      <w:pPr/>
      <w:r>
        <w:br/>
      </w:r>
    </w:p>
    <w:p>
      <w:pPr>
        <w:pStyle w:val="ListNumber2"/>
        <w:keepNext/>
        <w:keepLines/>
      </w:pPr>
      <w:r>
        <w:rPr>
          <w:b/>
          <w:color w:val="404040"/>
          <w:sz w:val="24"/>
          <w:rFonts w:ascii="Inter" w:hAnsi="Inter" w:eastAsia="Noto Sans CJK JP" w:cs="Noto Sans CJK JP"/>
        </w:rPr>
        <w:t>D</w:t>
      </w:r>
      <w:r>
        <w:rPr>
          <w:b/>
          <w:color w:val="404040"/>
          <w:sz w:val="24"/>
          <w:rFonts w:ascii="Inter" w:hAnsi="Inter" w:eastAsia="Noto Sans CJK JP" w:cs="Noto Sans CJK JP"/>
        </w:rPr>
        <w:t>r</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43" name="Picture 43"/>
            <wp:cNvGraphicFramePr>
              <a:graphicFrameLocks noChangeAspect="1"/>
            </wp:cNvGraphicFramePr>
            <a:graphic>
              <a:graphicData uri="http://schemas.openxmlformats.org/drawingml/2006/picture">
                <pic:pic>
                  <pic:nvPicPr>
                    <pic:cNvPr id="0" name="image.jpg"/>
                    <pic:cNvPicPr/>
                  </pic:nvPicPr>
                  <pic:blipFill>
                    <a:blip r:embed="rId38"/>
                    <a:stretch>
                      <a:fillRect/>
                    </a:stretch>
                  </pic:blipFill>
                  <pic:spPr>
                    <a:xfrm>
                      <a:off x="0" y="0"/>
                      <a:ext cx="5328000" cy="3041655"/>
                    </a:xfrm>
                    <a:prstGeom prst="rect"/>
                  </pic:spPr>
                </pic:pic>
              </a:graphicData>
            </a:graphic>
          </wp:inline>
        </w:drawing>
      </w:r>
    </w:p>
    <w:p>
      <w:pPr>
        <w:pStyle w:val="Caption"/>
        <w:jc w:val="center"/>
      </w:pPr>
      <w:r>
        <w:rPr>
          <w:b/>
          <w:color w:val="404040"/>
        </w:rPr>
        <w:t>The healthcare worker is drying the patient's back with a clean towel, ensuring the area is completely dry.</w:t>
      </w:r>
    </w:p>
    <w:p>
      <w:pPr/>
      <w:r>
        <w:br/>
      </w:r>
    </w:p>
    <w:p>
      <w:pPr>
        <w:pStyle w:val="ListNumber2"/>
        <w:keepNext/>
        <w:keepLines/>
      </w:pP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h</w:t>
      </w:r>
      <w:r>
        <w:rPr>
          <w:b/>
          <w:color w:val="404040"/>
          <w:sz w:val="24"/>
          <w:rFonts w:ascii="Inter" w:hAnsi="Inter" w:eastAsia="Noto Sans CJK JP" w:cs="Noto Sans CJK JP"/>
        </w:rPr>
        <w:t>c</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s</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44" name="Picture 44"/>
            <wp:cNvGraphicFramePr>
              <a:graphicFrameLocks noChangeAspect="1"/>
            </wp:cNvGraphicFramePr>
            <a:graphic>
              <a:graphicData uri="http://schemas.openxmlformats.org/drawingml/2006/picture">
                <pic:pic>
                  <pic:nvPicPr>
                    <pic:cNvPr id="0" name="image.jpg"/>
                    <pic:cNvPicPr/>
                  </pic:nvPicPr>
                  <pic:blipFill>
                    <a:blip r:embed="rId38"/>
                    <a:stretch>
                      <a:fillRect/>
                    </a:stretch>
                  </pic:blipFill>
                  <pic:spPr>
                    <a:xfrm>
                      <a:off x="0" y="0"/>
                      <a:ext cx="5328000" cy="3041655"/>
                    </a:xfrm>
                    <a:prstGeom prst="rect"/>
                  </pic:spPr>
                </pic:pic>
              </a:graphicData>
            </a:graphic>
          </wp:inline>
        </w:drawing>
      </w:r>
    </w:p>
    <w:p>
      <w:pPr>
        <w:pStyle w:val="Caption"/>
        <w:jc w:val="center"/>
      </w:pPr>
      <w:r>
        <w:rPr>
          <w:b/>
          <w:color w:val="404040"/>
        </w:rPr>
        <w:t>The healthcare worker is disposing of used linens into the linen bag, maintaining a clean environment.</w:t>
      </w:r>
    </w:p>
    <w:p>
      <w:pPr/>
      <w:r>
        <w:br/>
      </w:r>
    </w:p>
    <w:p>
      <w:pPr>
        <w:pStyle w:val="ListNumber2"/>
        <w:keepNext/>
        <w:keepLines/>
      </w:pP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o</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g</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z</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y</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h</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s</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45" name="Picture 45"/>
            <wp:cNvGraphicFramePr>
              <a:graphicFrameLocks noChangeAspect="1"/>
            </wp:cNvGraphicFramePr>
            <a:graphic>
              <a:graphicData uri="http://schemas.openxmlformats.org/drawingml/2006/picture">
                <pic:pic>
                  <pic:nvPicPr>
                    <pic:cNvPr id="0" name="image.jpg"/>
                    <pic:cNvPicPr/>
                  </pic:nvPicPr>
                  <pic:blipFill>
                    <a:blip r:embed="rId38"/>
                    <a:stretch>
                      <a:fillRect/>
                    </a:stretch>
                  </pic:blipFill>
                  <pic:spPr>
                    <a:xfrm>
                      <a:off x="0" y="0"/>
                      <a:ext cx="5328000" cy="3041655"/>
                    </a:xfrm>
                    <a:prstGeom prst="rect"/>
                  </pic:spPr>
                </pic:pic>
              </a:graphicData>
            </a:graphic>
          </wp:inline>
        </w:drawing>
      </w:r>
    </w:p>
    <w:p>
      <w:pPr>
        <w:pStyle w:val="Caption"/>
        <w:jc w:val="center"/>
      </w:pPr>
      <w:r>
        <w:rPr>
          <w:b/>
          <w:color w:val="404040"/>
        </w:rPr>
        <w:t>The healthcare worker stands at the bedside table, removing gloves and reaching for hand sanitizer. The patient is covered and the area is tidy.</w:t>
      </w:r>
    </w:p>
    <w:p>
      <w:pPr/>
      <w:r>
        <w:rPr>
          <w:b/>
          <w:color w:val="404040"/>
          <w:sz w:val="24"/>
          <w:rFonts w:ascii="Inter" w:hAnsi="Inter" w:eastAsia="Noto Sans CJK JP" w:cs="Noto Sans CJK JP"/>
        </w:rPr>
        <w:t>K</w:t>
      </w:r>
      <w:r>
        <w:rPr>
          <w:b/>
          <w:color w:val="404040"/>
          <w:sz w:val="24"/>
          <w:rFonts w:ascii="Inter" w:hAnsi="Inter" w:eastAsia="Noto Sans CJK JP" w:cs="Noto Sans CJK JP"/>
        </w:rPr>
        <w:t>e</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Completing patient care and room reset</w:t>
      </w:r>
    </w:p>
    <w:p>
      <w:pP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w:t>
      </w:r>
    </w:p>
    <w:p>
      <w:pPr/>
      <w:r>
        <w:br/>
      </w:r>
    </w:p>
    <w:p>
      <w:pPr>
        <w:pStyle w:val="ListNumber2"/>
        <w:keepNext/>
        <w:keepLines/>
      </w:pP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g</w:t>
      </w:r>
      <w:r>
        <w:rPr>
          <w:b/>
          <w:color w:val="404040"/>
          <w:sz w:val="24"/>
          <w:rFonts w:ascii="Inter" w:hAnsi="Inter" w:eastAsia="Noto Sans CJK JP" w:cs="Noto Sans CJK JP"/>
        </w:rPr>
        <w:t>o</w:t>
      </w:r>
      <w:r>
        <w:rPr>
          <w:b/>
          <w:color w:val="404040"/>
          <w:sz w:val="24"/>
          <w:rFonts w:ascii="Inter" w:hAnsi="Inter" w:eastAsia="Noto Sans CJK JP" w:cs="Noto Sans CJK JP"/>
        </w:rPr>
        <w:t>w</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46" name="Picture 46"/>
            <wp:cNvGraphicFramePr>
              <a:graphicFrameLocks noChangeAspect="1"/>
            </wp:cNvGraphicFramePr>
            <a:graphic>
              <a:graphicData uri="http://schemas.openxmlformats.org/drawingml/2006/picture">
                <pic:pic>
                  <pic:nvPicPr>
                    <pic:cNvPr id="0" name="image.jpg"/>
                    <pic:cNvPicPr/>
                  </pic:nvPicPr>
                  <pic:blipFill>
                    <a:blip r:embed="rId39"/>
                    <a:stretch>
                      <a:fillRect/>
                    </a:stretch>
                  </pic:blipFill>
                  <pic:spPr>
                    <a:xfrm>
                      <a:off x="0" y="0"/>
                      <a:ext cx="5328000" cy="3041655"/>
                    </a:xfrm>
                    <a:prstGeom prst="rect"/>
                  </pic:spPr>
                </pic:pic>
              </a:graphicData>
            </a:graphic>
          </wp:inline>
        </w:drawing>
      </w:r>
    </w:p>
    <w:p>
      <w:pPr>
        <w:pStyle w:val="Caption"/>
        <w:jc w:val="center"/>
      </w:pPr>
      <w:r>
        <w:rPr>
          <w:b/>
          <w:color w:val="404040"/>
        </w:rPr>
        <w:t>A healthcare worker in navy scrubs is at the bedside of a patient mannequin, preparing linens and a gown. The environment is a clinical room with privacy curtains, medical supplies on a rolling table, and cabinets on the wall.</w:t>
      </w:r>
    </w:p>
    <w:p>
      <w:pPr/>
      <w:r>
        <w:br/>
      </w:r>
    </w:p>
    <w:p>
      <w:pPr>
        <w:pStyle w:val="ListNumber2"/>
        <w:keepNext/>
        <w:keepLines/>
      </w:pP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o</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r</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47" name="Picture 47"/>
            <wp:cNvGraphicFramePr>
              <a:graphicFrameLocks noChangeAspect="1"/>
            </wp:cNvGraphicFramePr>
            <a:graphic>
              <a:graphicData uri="http://schemas.openxmlformats.org/drawingml/2006/picture">
                <pic:pic>
                  <pic:nvPicPr>
                    <pic:cNvPr id="0" name="image.jpg"/>
                    <pic:cNvPicPr/>
                  </pic:nvPicPr>
                  <pic:blipFill>
                    <a:blip r:embed="rId40"/>
                    <a:stretch>
                      <a:fillRect/>
                    </a:stretch>
                  </pic:blipFill>
                  <pic:spPr>
                    <a:xfrm>
                      <a:off x="0" y="0"/>
                      <a:ext cx="5328000" cy="3041655"/>
                    </a:xfrm>
                    <a:prstGeom prst="rect"/>
                  </pic:spPr>
                </pic:pic>
              </a:graphicData>
            </a:graphic>
          </wp:inline>
        </w:drawing>
      </w:r>
    </w:p>
    <w:p>
      <w:pPr>
        <w:pStyle w:val="Caption"/>
        <w:jc w:val="center"/>
      </w:pPr>
      <w:r>
        <w:rPr>
          <w:b/>
          <w:color w:val="404040"/>
        </w:rPr>
        <w:t>The healthcare worker is standing at the bedside, gesturing toward the patient mannequin, with dirty linens visible on the bed and a pile of supplies on the rolling table.</w:t>
      </w:r>
    </w:p>
    <w:p>
      <w:pPr/>
      <w:r>
        <w:br/>
      </w:r>
    </w:p>
    <w:p>
      <w:pPr>
        <w:pStyle w:val="ListNumber2"/>
        <w:keepNext/>
        <w:keepLines/>
      </w:pP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r</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l</w:t>
      </w:r>
      <w:r>
        <w:rPr>
          <w:b/>
          <w:color w:val="404040"/>
          <w:sz w:val="24"/>
          <w:rFonts w:ascii="Inter" w:hAnsi="Inter" w:eastAsia="Noto Sans CJK JP" w:cs="Noto Sans CJK JP"/>
        </w:rPr>
        <w:t>y</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48" name="Picture 48"/>
            <wp:cNvGraphicFramePr>
              <a:graphicFrameLocks noChangeAspect="1"/>
            </wp:cNvGraphicFramePr>
            <a:graphic>
              <a:graphicData uri="http://schemas.openxmlformats.org/drawingml/2006/picture">
                <pic:pic>
                  <pic:nvPicPr>
                    <pic:cNvPr id="0" name="image.jpg"/>
                    <pic:cNvPicPr/>
                  </pic:nvPicPr>
                  <pic:blipFill>
                    <a:blip r:embed="rId41"/>
                    <a:stretch>
                      <a:fillRect/>
                    </a:stretch>
                  </pic:blipFill>
                  <pic:spPr>
                    <a:xfrm>
                      <a:off x="0" y="0"/>
                      <a:ext cx="5328000" cy="3041655"/>
                    </a:xfrm>
                    <a:prstGeom prst="rect"/>
                  </pic:spPr>
                </pic:pic>
              </a:graphicData>
            </a:graphic>
          </wp:inline>
        </w:drawing>
      </w:r>
    </w:p>
    <w:p>
      <w:pPr>
        <w:pStyle w:val="Caption"/>
        <w:jc w:val="center"/>
      </w:pPr>
      <w:r>
        <w:rPr>
          <w:b/>
          <w:color w:val="404040"/>
        </w:rPr>
        <w:t>The healthcare worker is removing dirty linens from the bed, preparing to dispose of them. The clinical setting and supplies remain visible.</w:t>
      </w:r>
    </w:p>
    <w:p>
      <w:pPr/>
      <w:r>
        <w:br/>
      </w:r>
    </w:p>
    <w:p>
      <w:pPr>
        <w:pStyle w:val="ListNumber2"/>
        <w:keepNext/>
        <w:keepLines/>
      </w:pP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t</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49" name="Picture 49"/>
            <wp:cNvGraphicFramePr>
              <a:graphicFrameLocks noChangeAspect="1"/>
            </wp:cNvGraphicFramePr>
            <a:graphic>
              <a:graphicData uri="http://schemas.openxmlformats.org/drawingml/2006/picture">
                <pic:pic>
                  <pic:nvPicPr>
                    <pic:cNvPr id="0" name="image.jpg"/>
                    <pic:cNvPicPr/>
                  </pic:nvPicPr>
                  <pic:blipFill>
                    <a:blip r:embed="rId42"/>
                    <a:stretch>
                      <a:fillRect/>
                    </a:stretch>
                  </pic:blipFill>
                  <pic:spPr>
                    <a:xfrm>
                      <a:off x="0" y="0"/>
                      <a:ext cx="5328000" cy="3041655"/>
                    </a:xfrm>
                    <a:prstGeom prst="rect"/>
                  </pic:spPr>
                </pic:pic>
              </a:graphicData>
            </a:graphic>
          </wp:inline>
        </w:drawing>
      </w:r>
    </w:p>
    <w:p>
      <w:pPr>
        <w:pStyle w:val="Caption"/>
        <w:jc w:val="center"/>
      </w:pPr>
      <w:r>
        <w:rPr>
          <w:b/>
          <w:color w:val="404040"/>
        </w:rPr>
        <w:t>The healthcare worker stands at the bedside, checking on the patient mannequin's comfort. The bed is made, and supplies are organized on the table.</w:t>
      </w:r>
    </w:p>
    <w:p>
      <w:pPr/>
      <w:r>
        <w:br/>
      </w:r>
    </w:p>
    <w:p>
      <w:pPr>
        <w:pStyle w:val="ListNumber2"/>
        <w:keepNext/>
        <w:keepLines/>
      </w:pP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r</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g</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y</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u</w:t>
      </w:r>
      <w:r>
        <w:rPr>
          <w:b/>
          <w:color w:val="404040"/>
          <w:sz w:val="24"/>
          <w:rFonts w:ascii="Inter" w:hAnsi="Inter" w:eastAsia="Noto Sans CJK JP" w:cs="Noto Sans CJK JP"/>
        </w:rPr>
        <w:t>p</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50" name="Picture 50"/>
            <wp:cNvGraphicFramePr>
              <a:graphicFrameLocks noChangeAspect="1"/>
            </wp:cNvGraphicFramePr>
            <a:graphic>
              <a:graphicData uri="http://schemas.openxmlformats.org/drawingml/2006/picture">
                <pic:pic>
                  <pic:nvPicPr>
                    <pic:cNvPr id="0" name="image.jpg"/>
                    <pic:cNvPicPr/>
                  </pic:nvPicPr>
                  <pic:blipFill>
                    <a:blip r:embed="rId43"/>
                    <a:stretch>
                      <a:fillRect/>
                    </a:stretch>
                  </pic:blipFill>
                  <pic:spPr>
                    <a:xfrm>
                      <a:off x="0" y="0"/>
                      <a:ext cx="5328000" cy="3041655"/>
                    </a:xfrm>
                    <a:prstGeom prst="rect"/>
                  </pic:spPr>
                </pic:pic>
              </a:graphicData>
            </a:graphic>
          </wp:inline>
        </w:drawing>
      </w:r>
    </w:p>
    <w:p>
      <w:pPr>
        <w:pStyle w:val="Caption"/>
        <w:jc w:val="center"/>
      </w:pPr>
      <w:r>
        <w:rPr>
          <w:b/>
          <w:color w:val="404040"/>
        </w:rPr>
        <w:t>The healthcare worker bends down to dispose of items, maintaining a clean environment. The patient mannequin remains in bed, covered.</w:t>
      </w:r>
    </w:p>
    <w:p>
      <w:pPr/>
      <w:r>
        <w:br/>
      </w:r>
    </w:p>
    <w:p>
      <w:pPr>
        <w:pStyle w:val="ListNumber2"/>
        <w:keepNext/>
        <w:keepLines/>
      </w:pP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v</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g</w:t>
      </w:r>
      <w:r>
        <w:rPr>
          <w:b/>
          <w:color w:val="404040"/>
          <w:sz w:val="24"/>
          <w:rFonts w:ascii="Inter" w:hAnsi="Inter" w:eastAsia="Noto Sans CJK JP" w:cs="Noto Sans CJK JP"/>
        </w:rPr>
        <w:t>h</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l</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51" name="Picture 51"/>
            <wp:cNvGraphicFramePr>
              <a:graphicFrameLocks noChangeAspect="1"/>
            </wp:cNvGraphicFramePr>
            <a:graphic>
              <a:graphicData uri="http://schemas.openxmlformats.org/drawingml/2006/picture">
                <pic:pic>
                  <pic:nvPicPr>
                    <pic:cNvPr id="0" name="image.jpg"/>
                    <pic:cNvPicPr/>
                  </pic:nvPicPr>
                  <pic:blipFill>
                    <a:blip r:embed="rId44"/>
                    <a:stretch>
                      <a:fillRect/>
                    </a:stretch>
                  </pic:blipFill>
                  <pic:spPr>
                    <a:xfrm>
                      <a:off x="0" y="0"/>
                      <a:ext cx="5328000" cy="3041655"/>
                    </a:xfrm>
                    <a:prstGeom prst="rect"/>
                  </pic:spPr>
                </pic:pic>
              </a:graphicData>
            </a:graphic>
          </wp:inline>
        </w:drawing>
      </w:r>
    </w:p>
    <w:p>
      <w:pPr>
        <w:pStyle w:val="Caption"/>
        <w:jc w:val="center"/>
      </w:pPr>
      <w:r>
        <w:rPr>
          <w:b/>
          <w:color w:val="404040"/>
        </w:rPr>
        <w:t>The healthcare worker is at the side of the bed, lowering the side rail and ensuring the call light is accessible.</w:t>
      </w:r>
    </w:p>
    <w:p>
      <w:pPr/>
      <w:r>
        <w:br/>
      </w:r>
    </w:p>
    <w:p>
      <w:pPr>
        <w:pStyle w:val="ListNumber2"/>
        <w:keepNext/>
        <w:keepLines/>
      </w:pPr>
      <w:r>
        <w:rPr>
          <w:b/>
          <w:color w:val="404040"/>
          <w:sz w:val="24"/>
          <w:rFonts w:ascii="Inter" w:hAnsi="Inter" w:eastAsia="Noto Sans CJK JP" w:cs="Noto Sans CJK JP"/>
        </w:rPr>
        <w:t>O</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v</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52" name="Picture 52"/>
            <wp:cNvGraphicFramePr>
              <a:graphicFrameLocks noChangeAspect="1"/>
            </wp:cNvGraphicFramePr>
            <a:graphic>
              <a:graphicData uri="http://schemas.openxmlformats.org/drawingml/2006/picture">
                <pic:pic>
                  <pic:nvPicPr>
                    <pic:cNvPr id="0" name="image.jpg"/>
                    <pic:cNvPicPr/>
                  </pic:nvPicPr>
                  <pic:blipFill>
                    <a:blip r:embed="rId44"/>
                    <a:stretch>
                      <a:fillRect/>
                    </a:stretch>
                  </pic:blipFill>
                  <pic:spPr>
                    <a:xfrm>
                      <a:off x="0" y="0"/>
                      <a:ext cx="5328000" cy="3041655"/>
                    </a:xfrm>
                    <a:prstGeom prst="rect"/>
                  </pic:spPr>
                </pic:pic>
              </a:graphicData>
            </a:graphic>
          </wp:inline>
        </w:drawing>
      </w:r>
    </w:p>
    <w:p>
      <w:pPr>
        <w:pStyle w:val="Caption"/>
        <w:jc w:val="center"/>
      </w:pPr>
      <w:r>
        <w:rPr>
          <w:b/>
          <w:color w:val="404040"/>
        </w:rPr>
        <w:t>The healthcare worker is opening the privacy curtain, signaling the end of the procedure. The room is well-lit and organized.</w:t>
      </w:r>
    </w:p>
    <w:p>
      <w:pPr/>
      <w:r>
        <w:br/>
      </w:r>
    </w:p>
    <w:p>
      <w:pPr>
        <w:pStyle w:val="ListNumber2"/>
        <w:keepNext/>
        <w:keepLines/>
      </w:pP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k</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y</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53" name="Picture 53"/>
            <wp:cNvGraphicFramePr>
              <a:graphicFrameLocks noChangeAspect="1"/>
            </wp:cNvGraphicFramePr>
            <a:graphic>
              <a:graphicData uri="http://schemas.openxmlformats.org/drawingml/2006/picture">
                <pic:pic>
                  <pic:nvPicPr>
                    <pic:cNvPr id="0" name="image.jpg"/>
                    <pic:cNvPicPr/>
                  </pic:nvPicPr>
                  <pic:blipFill>
                    <a:blip r:embed="rId44"/>
                    <a:stretch>
                      <a:fillRect/>
                    </a:stretch>
                  </pic:blipFill>
                  <pic:spPr>
                    <a:xfrm>
                      <a:off x="0" y="0"/>
                      <a:ext cx="5328000" cy="3041655"/>
                    </a:xfrm>
                    <a:prstGeom prst="rect"/>
                  </pic:spPr>
                </pic:pic>
              </a:graphicData>
            </a:graphic>
          </wp:inline>
        </w:drawing>
      </w:r>
    </w:p>
    <w:p>
      <w:pPr>
        <w:pStyle w:val="Caption"/>
        <w:jc w:val="center"/>
      </w:pPr>
      <w:r>
        <w:rPr>
          <w:b/>
          <w:color w:val="404040"/>
        </w:rPr>
        <w:t>The healthcare worker stands near the foot of the bed, addressing the patient and ensuring all needs are met.</w:t>
      </w:r>
    </w:p>
    <w:p>
      <w:pPr/>
      <w:r>
        <w:br/>
      </w:r>
    </w:p>
    <w:p>
      <w:pPr>
        <w:pStyle w:val="ListNumber2"/>
        <w:keepNext/>
        <w:keepLines/>
      </w:pP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g</w:t>
      </w:r>
      <w:r>
        <w:rPr>
          <w:b/>
          <w:color w:val="404040"/>
          <w:sz w:val="24"/>
          <w:rFonts w:ascii="Inter" w:hAnsi="Inter" w:eastAsia="Noto Sans CJK JP" w:cs="Noto Sans CJK JP"/>
        </w:rPr>
        <w:t>o</w:t>
      </w:r>
      <w:r>
        <w:rPr>
          <w:b/>
          <w:color w:val="404040"/>
          <w:sz w:val="24"/>
          <w:rFonts w:ascii="Inter" w:hAnsi="Inter" w:eastAsia="Noto Sans CJK JP" w:cs="Noto Sans CJK JP"/>
        </w:rPr>
        <w:t>o</w:t>
      </w:r>
      <w:r>
        <w:rPr>
          <w:b/>
          <w:color w:val="404040"/>
          <w:sz w:val="24"/>
          <w:rFonts w:ascii="Inter" w:hAnsi="Inter" w:eastAsia="Noto Sans CJK JP" w:cs="Noto Sans CJK JP"/>
        </w:rPr>
        <w:t>d</w:t>
      </w:r>
      <w:r>
        <w:rPr>
          <w:b/>
          <w:color w:val="404040"/>
          <w:sz w:val="24"/>
          <w:rFonts w:ascii="Inter" w:hAnsi="Inter" w:eastAsia="Noto Sans CJK JP" w:cs="Noto Sans CJK JP"/>
        </w:rPr>
        <w:t>b</w:t>
      </w:r>
      <w:r>
        <w:rPr>
          <w:b/>
          <w:color w:val="404040"/>
          <w:sz w:val="24"/>
          <w:rFonts w:ascii="Inter" w:hAnsi="Inter" w:eastAsia="Noto Sans CJK JP" w:cs="Noto Sans CJK JP"/>
        </w:rPr>
        <w:t>y</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x</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54" name="Picture 54"/>
            <wp:cNvGraphicFramePr>
              <a:graphicFrameLocks noChangeAspect="1"/>
            </wp:cNvGraphicFramePr>
            <a:graphic>
              <a:graphicData uri="http://schemas.openxmlformats.org/drawingml/2006/picture">
                <pic:pic>
                  <pic:nvPicPr>
                    <pic:cNvPr id="0" name="image.jpg"/>
                    <pic:cNvPicPr/>
                  </pic:nvPicPr>
                  <pic:blipFill>
                    <a:blip r:embed="rId44"/>
                    <a:stretch>
                      <a:fillRect/>
                    </a:stretch>
                  </pic:blipFill>
                  <pic:spPr>
                    <a:xfrm>
                      <a:off x="0" y="0"/>
                      <a:ext cx="5328000" cy="3041655"/>
                    </a:xfrm>
                    <a:prstGeom prst="rect"/>
                  </pic:spPr>
                </pic:pic>
              </a:graphicData>
            </a:graphic>
          </wp:inline>
        </w:drawing>
      </w:r>
    </w:p>
    <w:p>
      <w:pPr>
        <w:pStyle w:val="Caption"/>
        <w:jc w:val="center"/>
      </w:pPr>
      <w:r>
        <w:rPr>
          <w:b/>
          <w:color w:val="404040"/>
        </w:rPr>
        <w:t>The healthcare worker is moving toward the exit, drawing the curtain aside, and preparing to leave the patient resting comfortably in bed.</w:t>
      </w:r>
    </w:p>
    <w:p>
      <w:pPr/>
      <w:r>
        <w:br/>
      </w:r>
    </w:p>
    <w:p>
      <w:pPr>
        <w:pStyle w:val="ListNumber2"/>
        <w:keepNext/>
        <w:keepLines/>
      </w:pP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r</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55" name="Picture 55"/>
            <wp:cNvGraphicFramePr>
              <a:graphicFrameLocks noChangeAspect="1"/>
            </wp:cNvGraphicFramePr>
            <a:graphic>
              <a:graphicData uri="http://schemas.openxmlformats.org/drawingml/2006/picture">
                <pic:pic>
                  <pic:nvPicPr>
                    <pic:cNvPr id="0" name="image.jpg"/>
                    <pic:cNvPicPr/>
                  </pic:nvPicPr>
                  <pic:blipFill>
                    <a:blip r:embed="rId45"/>
                    <a:stretch>
                      <a:fillRect/>
                    </a:stretch>
                  </pic:blipFill>
                  <pic:spPr>
                    <a:xfrm>
                      <a:off x="0" y="0"/>
                      <a:ext cx="5328000" cy="3041655"/>
                    </a:xfrm>
                    <a:prstGeom prst="rect"/>
                  </pic:spPr>
                </pic:pic>
              </a:graphicData>
            </a:graphic>
          </wp:inline>
        </w:drawing>
      </w:r>
    </w:p>
    <w:p>
      <w:pPr>
        <w:pStyle w:val="Caption"/>
        <w:jc w:val="center"/>
      </w:pPr>
      <w:r>
        <w:rPr>
          <w:b/>
          <w:color w:val="404040"/>
        </w:rPr>
        <w:t>The healthcare worker stands near the bed, with the patient mannequin resting comfortably and the area tidy. The linen hamper is visible.</w:t>
      </w:r>
    </w:p>
    <w:p>
      <w:pPr>
        <w:pStyle w:val="Heading1"/>
        <w:keepNext/>
        <w:keepLines/>
        <w:outlineLvl w:val="0"/>
      </w:pPr>
      <w:r>
        <w:rPr>
          <w:b/>
          <w:color w:val="404040"/>
          <w:sz w:val="32"/>
          <w:rFonts w:ascii="Inter" w:hAnsi="Inter" w:eastAsia="Noto Sans CJK JP" w:cs="Noto Sans CJK JP"/>
        </w:rPr>
        <w:t>Post-procedure steps and final documentation</w:t>
      </w:r>
    </w:p>
    <w:p>
      <w:pP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r>
        <w:br/>
      </w:r>
    </w:p>
    <w:p>
      <w:pPr>
        <w:pStyle w:val="ListNumber2"/>
      </w:pP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h</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h</w:t>
      </w:r>
      <w:r>
        <w:rPr>
          <w:b/>
          <w:color w:val="404040"/>
          <w:sz w:val="24"/>
          <w:rFonts w:ascii="Inter" w:hAnsi="Inter" w:eastAsia="Noto Sans CJK JP" w:cs="Noto Sans CJK JP"/>
        </w:rPr>
        <w:t>y</w:t>
      </w:r>
      <w:r>
        <w:rPr>
          <w:b/>
          <w:color w:val="404040"/>
          <w:sz w:val="24"/>
          <w:rFonts w:ascii="Inter" w:hAnsi="Inter" w:eastAsia="Noto Sans CJK JP" w:cs="Noto Sans CJK JP"/>
        </w:rPr>
        <w:t>g</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Number2"/>
      </w:pP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s</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Number2"/>
      </w:pP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w</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k</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Number2"/>
      </w:pP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g</w:t>
      </w:r>
      <w:r>
        <w:rPr>
          <w:b/>
          <w:color w:val="404040"/>
          <w:sz w:val="24"/>
          <w:rFonts w:ascii="Inter" w:hAnsi="Inter" w:eastAsia="Noto Sans CJK JP" w:cs="Noto Sans CJK JP"/>
        </w:rPr>
        <w:t>h</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ListNumber2"/>
      </w:pPr>
      <w:r>
        <w:rPr>
          <w:b/>
          <w:color w:val="404040"/>
          <w:sz w:val="24"/>
          <w:rFonts w:ascii="Inter" w:hAnsi="Inter" w:eastAsia="Noto Sans CJK JP" w:cs="Noto Sans CJK JP"/>
        </w:rPr>
        <w:t>O</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o</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v</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ListNumber2"/>
      </w:pP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h</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h</w:t>
      </w:r>
      <w:r>
        <w:rPr>
          <w:b/>
          <w:color w:val="404040"/>
          <w:sz w:val="24"/>
          <w:rFonts w:ascii="Inter" w:hAnsi="Inter" w:eastAsia="Noto Sans CJK JP" w:cs="Noto Sans CJK JP"/>
        </w:rPr>
        <w:t>y</w:t>
      </w:r>
      <w:r>
        <w:rPr>
          <w:b/>
          <w:color w:val="404040"/>
          <w:sz w:val="24"/>
          <w:rFonts w:ascii="Inter" w:hAnsi="Inter" w:eastAsia="Noto Sans CJK JP" w:cs="Noto Sans CJK JP"/>
        </w:rPr>
        <w:t>g</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g</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y</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ListNumber2"/>
        <w:keepNext/>
        <w:keepLines/>
      </w:pP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o</w:t>
      </w:r>
      <w:r>
        <w:rPr>
          <w:b/>
          <w:color w:val="404040"/>
          <w:sz w:val="24"/>
          <w:rFonts w:ascii="Inter" w:hAnsi="Inter" w:eastAsia="Noto Sans CJK JP" w:cs="Noto Sans CJK JP"/>
        </w:rPr>
        <w:t>c</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56" name="Picture 56"/>
            <wp:cNvGraphicFramePr>
              <a:graphicFrameLocks noChangeAspect="1"/>
            </wp:cNvGraphicFramePr>
            <a:graphic>
              <a:graphicData uri="http://schemas.openxmlformats.org/drawingml/2006/picture">
                <pic:pic>
                  <pic:nvPicPr>
                    <pic:cNvPr id="0" name="image.jpg"/>
                    <pic:cNvPicPr/>
                  </pic:nvPicPr>
                  <pic:blipFill>
                    <a:blip r:embed="rId46"/>
                    <a:stretch>
                      <a:fillRect/>
                    </a:stretch>
                  </pic:blipFill>
                  <pic:spPr>
                    <a:xfrm>
                      <a:off x="0" y="0"/>
                      <a:ext cx="5328000" cy="3041655"/>
                    </a:xfrm>
                    <a:prstGeom prst="rect"/>
                  </pic:spPr>
                </pic:pic>
              </a:graphicData>
            </a:graphic>
          </wp:inline>
        </w:drawing>
      </w:r>
    </w:p>
    <w:p>
      <w:pPr>
        <w:pStyle w:val="Caption"/>
        <w:jc w:val="center"/>
      </w:pPr>
      <w:r>
        <w:rPr>
          <w:b/>
          <w:color w:val="404040"/>
        </w:rPr>
        <w:t>A blue slide titled "Post-Procedure Steps" lists the following instructions: Perform hand hygiene; Check on resident comfort and ask if anything else is needed; Ensure the bed is low and locked, check the brakes; Place the call light or signaling device within reach of the resident; Open the door and privacy curtain; Perform hand hygiene; Report abnormal findings to the nurse and document any care that needs to be in the resident record. No people or objects are visible—this is a text-based instructional slide.</w:t>
      </w:r>
    </w:p>
    <w:p>
      <w:pPr>
        <w:pStyle w:val="Heading1"/>
        <w:keepNext/>
        <w:keepLines/>
        <w:outlineLvl w:val="0"/>
      </w:pPr>
      <w:r>
        <w:rPr>
          <w:b/>
          <w:color w:val="404040"/>
          <w:sz w:val="32"/>
          <w:rFonts w:ascii="Inter" w:hAnsi="Inter" w:eastAsia="Noto Sans CJK JP" w:cs="Noto Sans CJK JP"/>
        </w:rPr>
        <w:t>Summary</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y</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p>
    <w:p>
      <w:pPr/>
      <w:r>
        <w:br w:type="page"/>
      </w:r>
    </w:p>
    <w:sectPr w:rsidR="00FC693F" w:rsidRPr="0006063C" w:rsidSect="00034616">
      <w:headerReference w:type="default" r:id="rId47"/>
      <w:footerReference w:type="default" r:id="rId4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rPr>
      <w:rFonts w:ascii="Inter" w:hAnsi="Inter" w:eastAsia="Noto Sans CJK JP" w:cs="Noto Sans CJK JP"/>
      <w:color w:val="404040"/>
    </w:r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jpg"/><Relationship Id="rId47" Type="http://schemas.openxmlformats.org/officeDocument/2006/relationships/header" Target="header1.xm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