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Empty a Catheter Bag: A Patient Care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Nursing assistant putting on gloves with supplies visible on the bedside table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Nursing assistant in gloves preparing to dispose of urine and clean the graduated cylinder in the resident's bathroom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Nursing assistant adjusting bed height for resident comfort and safety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224"/>
        <w:gridCol w:w="7416"/>
      </w:tblGrid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[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]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[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]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?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Reminder to follow agency policies before performing patient care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Catheter bag attached to the bed rail with the graduated cylinder placed on a barrier on the floor, ready for collection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Preparation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List of pre-procedure steps: gather supplies, knock, perform hand hygiene, introduce yourself, communicate respectfully, provide privacy, explain the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Emptying and cleaning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Nursing assistant standing by the bed, preparing to close the curtain for the resident's privacy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Nursing assistant in gloves pointing to the graduated cylinder on a barrier under the catheter bag, preparing to open the spout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Nursing assistant carefully holding the spout above the graduated cylinder to maintain aseptic technique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Nursing assistant reclamping the catheter bag after draining, with the graduated cylinder containing urine and the barrier still in place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Nursing assistant using an alcohol pad to clean the spout and holder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Nursing assistant placing the cleaned spout back into its holder, with the used alcohol pad on the barrier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Graduated cylinder with urine placed on a barrier on the overbed table, with hand sanitizer nearby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Disposal and completion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Nursing assistant adjusting the bed and positioning the catheter bag so it does not touch the floor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List of post-procedure steps: hand hygiene, check resident comfort, ensure bed is low and locked, place call light within reach, open door and curtain, repeat hand hygiene, report and document findings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Nursing assistant holding the spout over the graduated cylinder while urine drains, clamp open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Nursing assistant at the overbed table with the graduated cylinder and hand sanitizer visible, preparing to observe and record urine output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Nursing assistant standing in the room next to the graduated cylinder on the table, demonstrating the final odor assessment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Nursing assistant removing gloves after disposing of urine, with the graduated cylinder and supplies visible on the overbed table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Nursing assistant standing at the foot of the bed with clean hands, ready to document care and report findings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Open RN logo and resource information, including website link and Creative Commons license details.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