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Draw Up Medication from a Vial for Subcutaneous Injection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Formulation summary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Illustration of a heparin vial and syringe summarizing the medication class and uses: anticoagulant, used to prevent new clots and to stop existing clots from getting bigger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of a heparin vial and syringe listing the approved routes of administration: subcutaneous (SUBQ) and intravenous (IV), with oral (PO) route excluded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Ingredients &amp; equipment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8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</w:tbl>
    <w:p>
      <w:pPr>
        <w:keepNext/>
        <w:keepLines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a BD Eclipse 3 mL, 25-gauge, 5/8 inch syringe package, with alcohol prep pads and vials visible on a white surface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Compounding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Perform hand hygiene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washing hands at a sink, wearing a white coat and a watch, with water running over the hands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Verify the medication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Prepare the vial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using an alcohol prep pad to clean the top of a vial, with other supplies visible on a white surface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⚠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️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Prepare the syringe and needle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preparing supplies, including uncapping the needle and cleaning the vial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Draw air into the syringe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Insert the needle and inject air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Draw up medication from the vial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an inverted vial and syringe while drawing up medication, with clear labeling visible on the vial and syringe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Check for air bubbles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the inverted vial and syringe, checking the drawn medication for air bubbles before withdrawal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Remove and recap the needle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recapping a syringe needle using the swoop method, with supplies and vials visible on a white surface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⚠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️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Prepare for injection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provider standing next to a patient in a hospital bed, reviewing injection sites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Perform hand hygiene again and don gloves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Clean the injection site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provider wearing blue gloves, preparing to clean the injection site on a patient in a hospital bed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Administer the injection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holding a syringe at an angle, needle inserted into simulated skin and injecting medication, with the safety shield visible and a hospital bed and patient gown in the background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Withdraw the needle and activate the safety shield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withdrawing the syringe from the skin and preparing to activate the needle's safety shield, with the syringe and safety mechanism clearly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Dispose of the syringe properly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⚠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️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Quality control checks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Illustration of a heparin vial and syringe with a complete summary: medication class, uses, routes of administration, antidote (protamine sulfate), and side effects (bleeding)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⚠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️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Labeling requirements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Beyond-use dating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Storage &amp; handling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References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