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Do Perineal Care and Change an Incontinent Brief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4084080" cy="720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084080" cy="72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caregiver explains the glove-use policy during mannequin cleaning, with an instructional text overlay about conserving gloves for testing.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 &amp; Scope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4084080" cy="7200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84080" cy="72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caregiver repositions the mannequin's legs while ensuring the torso is properly aligned, with the mannequin lying on a hospital bed with a blue-backed pad underneath.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Patient Assessment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tbl>
      <w:tblPr>
        <w:tblW w:w="8640" w:type="dxa"/>
        <w:tblStyle w:val="TableGrid"/>
        <w:tblLook w:firstColumn="1" w:firstRow="1" w:lastColumn="0" w:lastRow="0" w:noHBand="0" w:noVBand="1" w:val="04A0"/>
        <w:jc w:val="center"/>
        <w:tblLayout w:type="fixed"/>
      </w:tblPr>
      <w:tblGrid>
        <w:gridCol w:w="4320"/>
        <w:gridCol w:w="4320"/>
      </w:tblGrid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"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?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"</w:t>
            </w:r>
          </w:p>
        </w:tc>
      </w:tr>
    </w:tbl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4084080" cy="7200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084080" cy="72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caregiver positions the diaper under the mannequin, with the pad already in place.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Care Protocol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Phase 1: Prepare the patient and remove the soiled brief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4084080" cy="7200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084080" cy="72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caregiver in blue gloves removes the soiled incontinent brief from a female mannequin patient lying on a hospital bed, with medical posters, a pink basin, and precaution signs visible in the background.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Phase 2: Prepare for perineal cleaning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4084080" cy="7200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084080" cy="72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caregiver folds a washcloth and prepares a pink basin for perineal care, with the mannequin patient ready on the bed.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Phase 3: Clean the perineal area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4084080" cy="7200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084080" cy="72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caregiver demonstrates the perineal cleaning technique on a mannequin, wiping the center area with a washcloth.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4084080" cy="7200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084080" cy="72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caregiver demonstrates correct soap usage and washcloth preparation at the bedside, showing only one drop of soap for the exam standard.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Phase 4: Maintain front-to-back technique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4084080" cy="7200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084080" cy="72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caregiver demonstrates the proper downward wiping technique on a mannequin, emphasizing front-to-back cleaning to avoid contamination, with medical posters and supplies visible in the background.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4084080" cy="7200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084080" cy="72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caregiver pauses to check on the mannequin patient, ensuring comfort and safety, with supplies and linens organized nearby.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Phase 5: Prepare and turn the patient for backside cleaning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4084080" cy="7200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084080" cy="72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caregiver holds a clean towel while preparing to turn the mannequin patient for backside cleaning, with an instructional text overlay summarizing the next steps.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4084080" cy="7200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084080" cy="72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caregiver demonstrates turning the mannequin patient by crossing the leg and preparing for a safe roll, with clear instructional overlays.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4084080" cy="7200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084080" cy="72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mannequin patient is turned on her side, exposing the backside for cleaning, with the caregiver ready with supplies and privacy maintained.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Phase 6: Clean the rectum and buttocks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?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4084080" cy="72000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084080" cy="72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caregiver demonstrates the proper technique for cleaning the rectum and buttocks of a mannequin, using a washcloth in a front-to-back motion, with the mannequin on her side and instructional overlays reinforcing glove use and cleaning direction.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Phase 7: Dry the area and replace the pad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4084080" cy="72000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084080" cy="72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caregiver uses a clean towel to pat the mannequin's buttocks dry, demonstrating proper drying technique and disposal of used materials.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4084080" cy="72000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084080" cy="72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caregiver prepares to place a new pad under the mannequin, ensuring the cotton side is facing up.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Phase 8: Position the pad and brief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4084080" cy="720000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084080" cy="72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caregiver holds a blue-backed pad, preparing to place it on the bed next to a female mannequin, in a clinical training room with posters and safety signs visible.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4084080" cy="720000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084080" cy="72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The caregiver checks the alignment of the diaper and pad under the mannequin.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4084080" cy="720000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084080" cy="72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The caregiver uncrosses the mannequin's legs, preparing to secure the diaper.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4084080" cy="720000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084080" cy="72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The caregiver secures the diaper fasteners on the mannequin, working from one side of the bed.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4084080" cy="720000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084080" cy="72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The caregiver makes final adjustments to the diaper and pad, ensuring a proper fit.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4084080" cy="720000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084080" cy="72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The caregiver gently turns the mannequin toward herself to check the alignment of the pad and diaper.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4084080" cy="720000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084080" cy="72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caregiver performs a final check, ensuring the pad and diaper are properly aligned under the mannequin.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Phase 9: Reposition and cover the patient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4084080" cy="720000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084080" cy="72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caregiver pulls the bed linens up over the mannequin, ensuring the linens are smooth and nothing is placed under the patient.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Phase 10: Remove gloves and finish the room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4084080" cy="720000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084080" cy="72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caregiver explains the glove removal technique while standing beside the bed with gloves on, with step-by-step post-care instructions visible on screen.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tbl>
      <w:tblPr>
        <w:tblW w:w="8640" w:type="dxa"/>
        <w:tblStyle w:val="TableGrid"/>
        <w:tblLook w:firstColumn="1" w:firstRow="1" w:lastColumn="0" w:lastRow="0" w:noHBand="0" w:noVBand="1" w:val="04A0"/>
        <w:jc w:val="center"/>
        <w:tblLayout w:type="fixed"/>
      </w:tblPr>
      <w:tblGrid>
        <w:gridCol w:w="1224"/>
        <w:gridCol w:w="7416"/>
      </w:tblGrid>
      <w:tr>
        <w:trPr>
          <w:cantSplit/>
        </w:trPr>
        <w:tc>
          <w:tcPr>
            <w:tcW w:w="1224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</w:p>
        </w:tc>
        <w:tc>
          <w:tcPr>
            <w:tcW w:w="7416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</w:tr>
      <w:tr>
        <w:trPr>
          <w:cantSplit/>
        </w:trPr>
        <w:tc>
          <w:tcPr>
            <w:tcW w:w="1224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1</w:t>
            </w:r>
          </w:p>
        </w:tc>
        <w:tc>
          <w:tcPr>
            <w:tcW w:w="7416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</w:tr>
      <w:tr>
        <w:trPr>
          <w:cantSplit/>
        </w:trPr>
        <w:tc>
          <w:tcPr>
            <w:tcW w:w="1224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2</w:t>
            </w:r>
          </w:p>
        </w:tc>
        <w:tc>
          <w:tcPr>
            <w:tcW w:w="7416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</w:tr>
      <w:tr>
        <w:trPr>
          <w:cantSplit/>
        </w:trPr>
        <w:tc>
          <w:tcPr>
            <w:tcW w:w="1224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3</w:t>
            </w:r>
          </w:p>
        </w:tc>
        <w:tc>
          <w:tcPr>
            <w:tcW w:w="7416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'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</w:tr>
      <w:tr>
        <w:trPr>
          <w:cantSplit/>
        </w:trPr>
        <w:tc>
          <w:tcPr>
            <w:tcW w:w="1224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4</w:t>
            </w:r>
          </w:p>
        </w:tc>
        <w:tc>
          <w:tcPr>
            <w:tcW w:w="7416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</w:p>
        </w:tc>
      </w:tr>
      <w:tr>
        <w:trPr>
          <w:cantSplit/>
        </w:trPr>
        <w:tc>
          <w:tcPr>
            <w:tcW w:w="1224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5</w:t>
            </w:r>
          </w:p>
        </w:tc>
        <w:tc>
          <w:tcPr>
            <w:tcW w:w="7416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</w:tr>
      <w:tr>
        <w:trPr>
          <w:cantSplit/>
        </w:trPr>
        <w:tc>
          <w:tcPr>
            <w:tcW w:w="1224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6</w:t>
            </w:r>
          </w:p>
        </w:tc>
        <w:tc>
          <w:tcPr>
            <w:tcW w:w="7416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x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</w:p>
        </w:tc>
      </w:tr>
    </w:tbl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4084080" cy="720000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084080" cy="72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caregiver holds the call button, preparing to place it in the mannequin's hand, with step-by-step post-care instructions displayed on screen.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Pain Management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?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Mobility Milestones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4084080" cy="720000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084080" cy="72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pad is partially placed under the mannequin, aligned with the upper hip, with the caregiver standing by the bed wearing gloves.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Complication Monitoring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4084080" cy="7200000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084080" cy="72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caregiver stands beside the bed, reviewing the checklist of final steps on screen.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4084080" cy="7200000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084080" cy="72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An instructional overlay reminds the caregiver to apply skin protector or barrier paste at this stage, with the mannequin positioned on her side in a clean, organized environment.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Discharge Criteria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Patient Education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?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4084080" cy="7200000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084080" cy="72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The caregiver has covered the mannequin with linens, ensuring privacy and comfort while checking the linens.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4084080" cy="7200000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084080" cy="72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Instructor faces the camera, signaling the end of the demonstration with a friendly gesture. Final checklist remains visible on the screen.</w:t>
      </w:r>
    </w:p>
    <w:p>
      <w:pPr/>
      <w:r>
        <w:br w:type="page"/>
      </w:r>
    </w:p>
    <w:sectPr w:rsidR="00FC693F" w:rsidRPr="0006063C" w:rsidSect="00034616">
      <w:headerReference w:type="default" r:id="rId30"/>
      <w:footerReference w:type="default" r:id="rId3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jpg"/><Relationship Id="rId25" Type="http://schemas.openxmlformats.org/officeDocument/2006/relationships/image" Target="media/image17.jpg"/><Relationship Id="rId26" Type="http://schemas.openxmlformats.org/officeDocument/2006/relationships/image" Target="media/image18.jpg"/><Relationship Id="rId27" Type="http://schemas.openxmlformats.org/officeDocument/2006/relationships/image" Target="media/image19.jpg"/><Relationship Id="rId28" Type="http://schemas.openxmlformats.org/officeDocument/2006/relationships/image" Target="media/image20.jpg"/><Relationship Id="rId29" Type="http://schemas.openxmlformats.org/officeDocument/2006/relationships/image" Target="media/image21.jpg"/><Relationship Id="rId30" Type="http://schemas.openxmlformats.org/officeDocument/2006/relationships/header" Target="header1.xml"/><Relationship Id="rId3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