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Do Passive Range of Motion Exercises on the Left Shoulder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Credits screen listing executive producer, research, film crew &amp; actors, and editing.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CNA at bedside asking the resident to report any discomfort during the ROM exercises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nurse holding a stethoscope, with text reminding CNAs to follow the Care Plan exactly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Care Plan clipboard showing detailed ROM instructions and a checklist of Range of Motion principles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Principles for Range of Motion, listing Skill Rules, The Opening, Glove Rules, Range of Motion technique, and The Closing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Opening and resident interaction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CNA at the bedside with the care plan visible, explaining the care being provided to the resident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Confirm the Care Plan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CNA at bedside reviewing the care plan to confirm the correct joints and side before starting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Perform the exercises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CNA performing the abduction/adduction movement, moving the resident's arm away from the side of the body and back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CNA supporting the resident's arm while performing flexion/extension, raising and lowering the arm toward the head of the bed and back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CNA supporting the resident's arm at two joints, providing smooth, slow, non-forceful movement through each repetition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CNA completing repetitions of the ROM exercise while checking with the resident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224"/>
        <w:gridCol w:w="7416"/>
      </w:tblGrid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Various CNA study materials and practice kits. Text: "To overcome your testing fear... you need the right Practice Gear! Order Today!"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Resident left covered with the top sheet at the completion of care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CNA at the bedside asking the resident about comfort and offering additional items before finishing care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CNA in the room with the care plan visible, completing the skill with clean hands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