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Do Oropharyngeal Suctioning: Patient Care Procedure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Purpose &amp; scope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Patient assessment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</w:p>
        </w:tc>
      </w:tr>
    </w:tbl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Care protocol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36911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69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in blue scrubs preparing equipment at the bedside while a patient in a hospital gown rests in bed with the head elevated in a semi-Fowler's position. Medical supplies are visible on the bedside table.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36911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69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Patient in bed with a drape over the chest and neck, wearing a nasal cannula.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3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36911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69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putting on gloves at the bedside table, which holds a bottle of sterile water, tissues, and other supplies while the patient remains draped and ready.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4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36911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69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connecting suction tubing to the suction machine while the patient rests in bed.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36911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69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a nurse holding the Yankauer catheter and suctioning sterile saline from a basin, with supplies and sterile water visible nearby.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6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'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,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7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'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36911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69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Nurse inserting the Yankauer catheter into the patient's mouth while the patient sits in a semi-Fowler's position, draped, and wearing a nasal cannula.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36911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69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the Yankauer catheter in the patient's mouth with a nurse's gloved hand applying suction.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8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9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36911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69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turning off the suction machine at the wall unit while the patient rests in bed, draped and comfortable.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36911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69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standing at the bedside offering care supplies to a patient in a hospital gown, lying in bed with a drape over the chest; the bedside table holds tissues, sterile water, and other supplies.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,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36911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69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standing beside the bed, preparing to assist the patient who remains in a semi-upright position with a drape on the chest.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3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4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36911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69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speaking to the patient at the bedside while holding the bed rail, preparing to assist with repositioning; the patient is alert and responsive.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36911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69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the patient's face with a nasal cannula, with the nurse's gloved hand visible on the bed rail preparing for oral care.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6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7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8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36911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69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at a sink in a clinical setting using a wall-mounted soap dispenser to perform hand hygiene.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9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36911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69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in blue scrubs documenting at a computer workstation, focused on entering patient information.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Pain management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Mobility milestones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Complication monitoring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Discharge criteria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Patient education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 w:type="page"/>
      </w:r>
    </w:p>
    <w:sectPr w:rsidR="00FC693F" w:rsidRPr="0006063C" w:rsidSect="00034616">
      <w:headerReference w:type="default" r:id="rId16"/>
      <w:footerReference w:type="default" r:id="rId1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header" Target="header1.xml"/><Relationship Id="rId1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