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 Tube Feeding via Nasogastric Tube: A Patient Care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of a nasogastric tube inserted from the nose to the stomach, highlighting the tube's route for delivering oral nutrition supplements and medication into the stomach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Precaution notice on avoiding tube blockage during feeding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and scope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Diagram showing the NG tube path from the nose to the stomach, labeled "Nose" and "Stomach"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Warning slide listing emergency symptoms and escalation instructions: contact your healthcare provider during office hours, or go to Accident and Emergency after hours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List of topics covered: what to prepare, feeding steps (wash hands, prop the patient up, check tube placement), and general precautions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measuring the external length of the feeding tube at the patient's nostril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turning a patient onto their left side in bed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syringe connected to the feeding tube, preparing to inject air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pH strip beside a color reference chart showing pH values from 1 to 12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Table listing proton-pump inhibitors, H2 antagonists, and antacids that can affect pH readings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Gather supplies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Table of items required per feed: oral nutrition supplement, 50 ml syringe, jug of water, pH strips, small bowl, small cups, measuring tape, medication, and feeding schedule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50 ml syringe, jug of water, oral nutrition supplement, and pH strips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Feed the oral nutrition supplement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nurse kinking the feeding tube before attaching the syringe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Water being poured from a measuring jug into a syringe connected to the feeding tube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nurse propping up a patient in bed to a 30-degree angle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Oral nutrition supplement being poured from a can into a syringe connected to the feeding tube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syringe flushing the feeding tube with water after a feed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Feed the medication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pill crusher with tablets and a blister pack of pills on a table, with a warning that some tablets and capsules should not be crushed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Supplement being poured into a syringe with a warning not to let the syringe run empty between top-ups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24-hour feeding schedule with handwritten entries, medication blister packs, and a measuring jug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syringe being prepared to flush the feeding tube with water before medication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Water being poured from a measuring jug into the syringe connected to the feeding tube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feeding schedule form with medication and a measuring jug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Precaution notice: do not mix medication with oral nutrition supplement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Precaution notice: administer only feeds prescribed by your healthcare professional, and consult the Nutrition Nurse Specialist for other options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Summary slide: feed diluted medication via syringe, flush with water after medication, observe precautions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clock graphic with the instruction to wait 15 to 30 minutes before retrying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water being poured into a syringe, showing the 20 ml mark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nasogastric tube taped securely to the nose and cheek, with hands adjusting the tape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Summary slide adding: flush with water after each feed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Summary slide: check tube placement, check gastric pH, start administering the oral nutrition supplement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End slide: "A supplementary training video for caregivers brought to you by the Singapore General Hospital Nursing Division" with hospital logo.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End slide: "A supplementary training video for caregivers brought to you by the Singapore General Hospital Nursing Division" with hospital logo.</w:t>
      </w:r>
    </w:p>
    <w:p>
      <w:pPr/>
      <w:r>
        <w:br w:type="page"/>
      </w:r>
    </w:p>
    <w:sectPr w:rsidR="00FC693F" w:rsidRPr="0006063C" w:rsidSect="00034616">
      <w:headerReference w:type="default" r:id="rId23"/>
      <w:footerReference w:type="default" r:id="rId2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header" Target="header1.xm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