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Do a Nasal Swab: Nasopharyngeal Swabbing Technique for COVID-19 Testing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Troubleshooting tips title screen for nasopharyngeal swab for COVID-19, shown with an anatomical illustration in the background.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Test overview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UCONN Health logo and website URL: HEALTH.UCONN.EDU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Specimen requirements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clinician in full PPE stands in a clinical exam room, ready to demonstrate the procedure, surrounded by medical equipment, exam chairs, and cabinets.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Equipment and supplies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Calibration and quality control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 steps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Prepare for the procedure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Clinician and patient both wearing masks; the clinician holds a swab and prepares for the procedure while the patient sits in full PPE view.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Confirm patient mask protocol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Estimate swab insertion length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Clinician placing the swab into the transport media tube while the patient observes; both are masked and the clinician is in full PPE.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Insert the swab with correct technique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clinician inserting the swab into the patient's nostril, demonstrating the correct angle parallel to the nasal floor.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Collect the sample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Clinician performing the swab on the patient, demonstrating correct technique and PPE usage.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Repeat on the other nostril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Handle the specimen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Medical illustration showing the swab at the correct depth in the nasopharynx, ready for sample collection.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Send the specimen for laboratory testing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Reference ranges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Result interpretation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Medical illustration showing the correct path of the swab, parallel to the nasal floor, reaching the nasopharynx.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Troubleshooting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Clinician in full PPE preparing to demonstrate correct head positioning while the patient sits upright with her head in a neutral position.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Clinician holding a swab and pausing to communicate with the patient about head position, while the patient remains seated, masked, and attentive.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Clinician demonstrating swab insertion while the patient is seated, showing proper technique and readiness to manage patient interference.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a gloved hand holding the swab near the patient's nostril, demonstrating careful technique in the event of resistance.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Clinician gently inserting the swab into the patient's nostril, demonstrating careful handling in case of anatomical resistance.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hyperlink r:id="rId17">
          <w:r>
            <w:rPr/>
            <w:t>h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7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7">
          <w:r>
            <w:rPr/>
            <w:t>a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7">
          <w:r>
            <w:rPr/>
            <w:t>l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7">
          <w:r>
            <w:rPr/>
            <w:t>t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7">
          <w:r>
            <w:rPr/>
            <w:t>h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7">
          <w:r>
            <w:rPr/>
            <w:t>.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7">
          <w:r>
            <w:rPr/>
            <w:t>u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7">
          <w:r>
            <w:rPr/>
            <w:t>c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7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7">
          <w:r>
            <w:rPr/>
            <w:t>n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7">
          <w:r>
            <w:rPr/>
            <w:t>n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7">
          <w:r>
            <w:rPr/>
            <w:t>.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7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7">
          <w:r>
            <w:rPr/>
            <w:t>d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7">
          <w:r>
            <w:rPr/>
            <w:t>u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8"/>
      <w:footerReference w:type="default" r:id="rId1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hyperlink" Target="https://health.uconn.edu" TargetMode="External"/><Relationship Id="rId18" Type="http://schemas.openxmlformats.org/officeDocument/2006/relationships/header" Target="header1.xm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