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Do a Head-to-Toe Assessment: Eyes, Ears, Nose, Throat, Mouth, Tongue, and Neck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 &amp; 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assessment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é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è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</w:tbl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Illustration comparing a healthy eye, a glaucoma-affected eye (cloudy), and a cataract-affected eye (cloudy lens), labeled "Glaucoma: common in elderly patients, cloudy eye appearance"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an eye showing a cataract with a blue halo around the perimeter and metal prongs visible after surgery, labeled "Cataract: blue halo on the perimeter and, after surgery, metal prongs in the eye"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an eye with yellow sclera, labeled "Jaundice in sclera: associated with liver diseases such as hepatitis or cirrhosis"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Diagram of an ear infection showing an inflamed tympanic membrane, redness, and narrowing of the ear canal, labeled "Ear infection: inflamed tympanic membrane with redness inside the ear canal upon inspection"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Diagram of Ménière's disease showing excess fluid in the inner ear, labeled "Ménière's disease: extra fluid in the inner ear causing loss of balance"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Image of the throat showing an inflamed uvula and white spots, labeled "Strep throat: an inflamed uvula and spots in the back of the throat could indicate strep"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instructing a patient to smile while observing for facial symmetry, medical equipment visible in the background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Care protocol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Pain management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Mobility milestones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Complication monitoring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é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è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</w:tbl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a patient's neck showing jugular vein distention, labeled "Jugular vein distention (JVD): fluid volume overload due to heart failure exacerbation. HF = heart failure = heavy fluid"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demonstrating a JVD assessment on a patient while pointing to the neck, labeled "Jugular vein distention (JVD): fluid volume overload due to heart failure exacerbation. HF = heart failure = heavy fluid"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Discharge criteria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education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Text disclaimer explaining that the content is for educational use only, addressing liability and noting collaborative production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Promotional screen showing links to the full video, quiz bank, and team credits, with "Subscribe here!" and "Click here" buttons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instructing patient to smile, observing for facial symmetry. Medical equipment visible in the background. On-screen text: "SMILE: With stroke or stroke history, weakness on one side."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mouth showing white coating on tongue. On-screen text: "TONGUE: Oral thrush: white coating on tongue. Pernicious anemia (B12 deficiency): red, beefy tongue."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mouth showing red, beefy tongue. On-screen text: "TONGUE: Oral thrush: white coating on tongue. Pernicious anemia (B12 deficiency): red, beefy tongue."</w:t>
      </w:r>
    </w:p>
    <w:p>
      <w:pPr/>
      <w:r>
        <w:br w:type="page"/>
      </w:r>
    </w:p>
    <w:sectPr w:rsidR="00FC693F" w:rsidRPr="0006063C" w:rsidSect="00034616">
      <w:headerReference w:type="default" r:id="rId15"/>
      <w:footerReference w:type="defaul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