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Standard Operating Procedure: Safe Disposal of Needles and Other Sharps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concluding the guide and summarizing the safe disposal process for needles and sharps, seated in a living room with a beige couch, yellow and gray pillows, a modern painting, and a white floor lamp.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/ materials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screwing the blue lid onto the labeled bleach bottle, demonstrating how to securely seal the homemade sharps container.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Safety notes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Text on a black background reading "Homemade Sharps Containers."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Step-by-step procedures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Method 1: Using a BD Needle Clipper (portable disposal)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holding a syringe with a visible needle, preparing to insert it into the BD Needle Clipper.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Person holding a blue BD Needle Clipper and demonstrating how to open it by pressing the sides. The device is shown in a living room setting with a couch and pillows in the background.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demonstrating the process of inserting the needle into the BD Needle Clipper, showing both the device and the syringe.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Method 2: Using a commercial sharps container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Red BD Sharps Collector container with a yellow label displaying the words "Sharps Container" against a black background.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holding a red BD Home Sharps Container with a yellow biohazard label, demonstrating proper sharps disposal.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securing the lid on a full BD Home Sharps Container.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Method 3: Creating and using a homemade sharps container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holding a clean, empty Clorox bleach bottle labeled "Sharps" in red marker, shown as an example of a homemade sharps container, in a living room setting with a couch, pillows, and a lamp in the background.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pointing to the sharps container, emphasizing its role in safe disposal.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S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a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f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N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d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l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D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i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s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p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s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a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l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.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r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g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gesturing while explaining that sharps containers must be firmly sealed and never recycled. The labeled bleach bottle is not visible in this frame.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Additional disposal options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S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a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f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N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d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l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D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i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s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p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s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a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l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.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r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g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Person dropping a used sharp into the labeled bleach bottle, holding the container upright with the lid removed.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explaining that drop-off locations and home pickup services exist for sharps disposal, seated in a living room with a beige couch, yellow and gray pillows, a modern painting, and a white floor lamp.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/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Packaging and device of the BD Safe-Clip Needle Clipping &amp; Storage Device shown against a black background with the text "BD Needle Clipper." The packaging indicates it stores 1,500 needles and is portable.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S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a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f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N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d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l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D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i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s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p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s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a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l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.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r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5">
          <w:r>
            <w:rPr/>
            <w:t>g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Website address "SAFENEEDLEDISPOSAL.ORG" displayed prominently on screen while the presenter explains its use.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0"/>
      <w:footerReference w:type="default" r:id="rId2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hyperlink" Target="https://safeneedledisposal.org" TargetMode="External"/><Relationship Id="rId16" Type="http://schemas.openxmlformats.org/officeDocument/2006/relationships/image" Target="media/image7.jpg"/><Relationship Id="rId17" Type="http://schemas.openxmlformats.org/officeDocument/2006/relationships/image" Target="media/image8.jpg"/><Relationship Id="rId18" Type="http://schemas.openxmlformats.org/officeDocument/2006/relationships/image" Target="media/image9.jpg"/><Relationship Id="rId19" Type="http://schemas.openxmlformats.org/officeDocument/2006/relationships/image" Target="media/image10.jpg"/><Relationship Id="rId20" Type="http://schemas.openxmlformats.org/officeDocument/2006/relationships/header" Target="header1.xm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