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Check NG Tube Placement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br/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Study Synopsis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'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—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–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Blue screen with white text disclaimer from Children's Hospital Colorado stating that the information is for educational purposes only and does not replace medical advice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Background &amp; Rationale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Study Design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(</w:t>
      </w:r>
      <w:r>
        <w:rPr>
          <w:b/>
          <w:color w:val="404040"/>
          <w:sz w:val="24"/>
          <w:rFonts w:ascii="Inter" w:hAnsi="Inter" w:eastAsia="Noto Sans CJK JP" w:cs="Noto Sans CJK JP"/>
        </w:rPr>
        <w:t>"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"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)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"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Black background showing the labeled items needed for the check: syringe, pH paper, and dressing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Eligibility Criteria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Inclusion Criteria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Exclusion Criteria (Procedure Must Stop / Tube Must Be Removed)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9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Study Endpoints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Schedule of Assessments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880"/>
        <w:gridCol w:w="2880"/>
        <w:gridCol w:w="2880"/>
      </w:tblGrid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6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6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7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–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&gt;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7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9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;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9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: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7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Person in a green shirt holding a syringe and NG tube, preparing to attach the syringe to the tube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Person holding the syringe attached to the NG tube while pulling back to withdraw stomach contents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Person holding pH paper next to a color chart, comparing the test strip color to the chart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Child sitting at a table while the NG tube is secured to their cheek with a dressing; a glass of water, a jar with a straw, a mirror, and hand sanitizer are visible nearby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Statistical Considerations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Safety Reporting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9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Blue background with white icons of an adult and child alongside the text: "Coughing or gagging non-stop, Turning blue"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Blue background with white icons of an adult and child alongside the text: "Coughing or gagging non-stop, Turning blue, Having trouble breathing, Fussier than usual, Change in their voice or ability to speak"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Blue background with white text reading "For more information, visit childrenscolorado.org/ngtube" alongside the Children's Hospital Colorado logo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z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 w:type="page"/>
      </w:r>
    </w:p>
    <w:sectPr w:rsidR="00FC693F" w:rsidRPr="0006063C" w:rsidSect="00034616">
      <w:headerReference w:type="default" r:id="rId14"/>
      <w:footerReference w:type="defaul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b/>
      <w:bCs/>
      <w:color w:val="404040"/>
      <w:sz w:val="26"/>
      <w:szCs w:val="26"/>
      <w:rFonts w:ascii="Inter" w:hAnsi="Inter" w:eastAsia="Noto Sans CJK JP" w:cs="Noto Sans CJK 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header" Target="header1.xml"/><Relationship Id="rId1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