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Change an Ostomy Bag: Patient Care Procedure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Close-up of supplies including gloves, measurement board, towel, pouching system with wafer, clip, pen, and ostomy scissors held above the towel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purple screen with the website RegisteredNurseRN.com, buttons for "More Videos" and "Subscribe," and a reminder to "Thumbs Up Share." This indicates the end of the instructional video.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Purpose and scope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gloved hand holding the ostomy bag, demonstrating control and stabilization during the burping process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Patient assessment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tbl>
      <w:tblPr>
        <w:tblW w:w="8640" w:type="dxa"/>
        <w:tblStyle w:val="TableGrid"/>
        <w:tblLook w:firstColumn="1" w:firstRow="1" w:lastColumn="0" w:lastRow="0" w:noHBand="0" w:noVBand="1" w:val="04A0"/>
        <w:jc w:val="center"/>
        <w:tblLayout w:type="fixed"/>
      </w:tblPr>
      <w:tblGrid>
        <w:gridCol w:w="4320"/>
        <w:gridCol w:w="4320"/>
      </w:tblGrid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;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-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-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3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5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x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;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-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(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)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-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(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)</w:t>
            </w:r>
          </w:p>
        </w:tc>
      </w:tr>
    </w:tbl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 hand pointing to the wafer on the pouch next to a stoma model, with all supplies ready for use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Both gloved hands pressing down on the applied ostomy pouch, performing a final check to ensure secure adhesion, with the stoma model visible underneath</w:t>
      </w:r>
    </w:p>
    <w:p>
      <w:pPr>
        <w:pStyle w:val="ListBullet2"/>
      </w:pPr>
    </w:p>
    <w:p>
      <w:pPr>
        <w:pStyle w:val="ListBullet2"/>
      </w:pPr>
    </w:p>
    <w:p>
      <w:pPr>
        <w:pStyle w:val="ListBullet2"/>
      </w:pP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Care protocol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tbl>
      <w:tblPr>
        <w:tblW w:w="8640" w:type="dxa"/>
        <w:tblStyle w:val="TableGrid"/>
        <w:tblLook w:firstColumn="1" w:firstRow="1" w:lastColumn="0" w:lastRow="0" w:noHBand="0" w:noVBand="1" w:val="04A0"/>
        <w:jc w:val="center"/>
        <w:tblLayout w:type="fixed"/>
      </w:tblPr>
      <w:tblGrid>
        <w:gridCol w:w="2880"/>
        <w:gridCol w:w="2880"/>
        <w:gridCol w:w="2880"/>
      </w:tblGrid>
      <w:tr>
        <w:trPr>
          <w:cantSplit/>
        </w:trPr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</w:tr>
      <w:tr>
        <w:trPr>
          <w:cantSplit/>
        </w:trPr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1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;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;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</w:p>
        </w:tc>
      </w:tr>
      <w:tr>
        <w:trPr>
          <w:cantSplit/>
        </w:trPr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2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;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;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</w:p>
        </w:tc>
      </w:tr>
      <w:tr>
        <w:trPr>
          <w:cantSplit/>
        </w:trPr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3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;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;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;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</w:p>
        </w:tc>
      </w:tr>
      <w:tr>
        <w:trPr>
          <w:cantSplit/>
        </w:trPr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4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z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;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</w:p>
        </w:tc>
      </w:tr>
      <w:tr>
        <w:trPr>
          <w:cantSplit/>
        </w:trPr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5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;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;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</w:tr>
      <w:tr>
        <w:trPr>
          <w:cantSplit/>
        </w:trPr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6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-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</w:tr>
    </w:tbl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Presenter in front of a whiteboard with digestive system diagram and disclaimer text at the bottom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 gloved hand using ostomy scissors to smooth the cut edge of the skin barrier wafer attached to a beige ostomy pouch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gloved hand pointing to the stoma on a model, with the prepared skin barrier and pouch positioned nearby, ready for application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Phase 1: Gather supplies and prepare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–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–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–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–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–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–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–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–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</w:p>
    <w:p>
      <w:pPr>
        <w:pStyle w:val="ListBullet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–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All supplies laid out on a clean towel: gloves, stoma aperture measurement board, towel, one-piece pouching system with wafer, clip, pen, and scissors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hand holding the closure clip above the pouching system, with all other supplies visible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</w:p>
    <w:p>
      <w:pPr>
        <w:pStyle w:val="ListBullet2"/>
      </w:pPr>
    </w:p>
    <w:p>
      <w:pPr>
        <w:pStyle w:val="ListBullet2"/>
      </w:pPr>
    </w:p>
    <w:p>
      <w:pPr>
        <w:pStyle w:val="ListBullet2"/>
      </w:pPr>
    </w:p>
    <w:p>
      <w:pPr>
        <w:pStyle w:val="ListBullet2"/>
      </w:pPr>
    </w:p>
    <w:p>
      <w:pPr>
        <w:pStyle w:val="ListBullet2"/>
      </w:pPr>
    </w:p>
    <w:p>
      <w:pPr>
        <w:pStyle w:val="ListBullet2"/>
      </w:pPr>
    </w:p>
    <w:p>
      <w:pPr>
        <w:pStyle w:val="ListBullet2"/>
      </w:pP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Phase 2: Remove the old pouch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Gloved hands gently lifting the ostomy pouch away from the skin, demonstrating careful removal technique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All supplies arranged on a towel: gloves, measurement board, folded towel, pouching system, clip, pen, and scissors</w:t>
      </w:r>
    </w:p>
    <w:p>
      <w:pPr>
        <w:pStyle w:val="ListBullet2"/>
      </w:pPr>
    </w:p>
    <w:p>
      <w:pPr>
        <w:pStyle w:val="ListBullet2"/>
      </w:pPr>
    </w:p>
    <w:p>
      <w:pPr>
        <w:pStyle w:val="ListBullet2"/>
      </w:pPr>
    </w:p>
    <w:p>
      <w:pPr>
        <w:pStyle w:val="ListBullet2"/>
        <w:keepNext/>
        <w:keepLines/>
      </w:pP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Gloved hands holding the ostomy pouch while encouraging patient involvement in the process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Gloved hands holding the ostomy pouch, towel and stoma model visible, illustrating odor management considerations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Phase 3: Clean and dry the stoma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Gloved hands holding a full ostomy pouch attached to a stoma model, towel underneath for protection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Gloved hands holding a full ostomy pouch attached to a stoma model, showing a pouch that needs to be emptied or changed</w:t>
      </w:r>
    </w:p>
    <w:p>
      <w:pPr>
        <w:pStyle w:val="ListBullet2"/>
      </w:pPr>
    </w:p>
    <w:p>
      <w:pPr>
        <w:pStyle w:val="ListBullet2"/>
      </w:pPr>
    </w:p>
    <w:p>
      <w:pPr>
        <w:pStyle w:val="ListBullet2"/>
      </w:pPr>
    </w:p>
    <w:p>
      <w:pPr>
        <w:pStyle w:val="ListBullet2"/>
      </w:pPr>
    </w:p>
    <w:p>
      <w:pPr>
        <w:pStyle w:val="ListBullet2"/>
      </w:pPr>
    </w:p>
    <w:p>
      <w:pPr>
        <w:pStyle w:val="ListBullet2"/>
        <w:keepNext/>
        <w:keepLines/>
      </w:pP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 gloved hand cleaning the stoma directly, focusing on removing residue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Both gloved hands cleaning the stoma, with on-screen text noting that stomas can become sensitive if infected or irritated but generally don't hurt when touched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 gloved hand patting the area around the stoma dry with a towel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 gloved hand preparing the area around the stoma, indicating where hair may need to be trimmed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Both gloved hands being removed after cleaning, above a towel and stoma model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Phase 4: Measure and cut the new skin barrier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gloved hand gently cleaning the skin around a stoma on a mannequin, with a white towel underneath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gloved hand positioning a towel over the patient to protect against accidental leakage, with hand sanitizer visible</w:t>
      </w:r>
    </w:p>
    <w:p>
      <w:pPr>
        <w:pStyle w:val="ListBullet2"/>
      </w:pPr>
    </w:p>
    <w:p>
      <w:pPr>
        <w:pStyle w:val="ListBullet2"/>
      </w:pPr>
    </w:p>
    <w:p>
      <w:pPr>
        <w:pStyle w:val="ListBullet2"/>
      </w:pPr>
    </w:p>
    <w:p>
      <w:pPr>
        <w:pStyle w:val="ListBullet2"/>
      </w:pPr>
    </w:p>
    <w:p>
      <w:pPr>
        <w:pStyle w:val="ListBullet2"/>
      </w:pPr>
    </w:p>
    <w:p>
      <w:pPr>
        <w:pStyle w:val="ListBullet2"/>
      </w:pPr>
    </w:p>
    <w:p>
      <w:pPr>
        <w:pStyle w:val="ListBullet2"/>
      </w:pPr>
    </w:p>
    <w:p>
      <w:pPr>
        <w:pStyle w:val="ListBullet2"/>
      </w:pPr>
    </w:p>
    <w:p>
      <w:pPr>
        <w:pStyle w:val="ListBullet2"/>
      </w:pPr>
    </w:p>
    <w:p>
      <w:pPr>
        <w:pStyle w:val="ListBullet2"/>
        <w:keepNext/>
        <w:keepLines/>
      </w:pP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 blue stoma aperture measurement board being used to measure the stoma, with an on-screen note about stoma size changes over time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 gloved hand pointing to the cut opening on a skin barrier wafer, showing the measurement lines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 gloved hand holding a blue stoma aperture measurement board over the stoma, checking for the correct fit; the board has multiple circular cutouts labeled with diameters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 gloved hand aligning the 45 mm opening of the measurement board over the stoma to confirm the fit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 gloved hand holding the measurement board over a skin barrier wafer, aligning the 45 mm opening; the wafer has concentric circles labeled with diameters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 gloved hand pointing with a marker to the 45 mm line on a skin barrier wafer marked with concentric measurement circles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 gloved hand using ostomy scissors to cut the skin barrier wafer along the 45 mm line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Both gloved hands holding the skin barrier and ostomy scissors, continuing to cut along the marked line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2" name="Picture 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Both gloved hands finishing the cut on the skin barrier, ensuring a clean and accurate opening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Phase 5: Apply the new pouching system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3" name="Picture 3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 gloved hand holding the closure clip and the end of the ostomy pouch, preparing to attach the clip; the stoma model is visible nearby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4" name="Picture 3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gloved hand demonstrating how to attach the closure clip to the end of the ostomy pouch, with the stoma model visible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5" name="Picture 3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the stoma with visible redness around the peristomal skin, gloved hands preparing for the next step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6" name="Picture 3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Close-up of the stoma showing visible redness and irritation around the peristomal skin, indicating skin breakdown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7" name="Picture 3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Both gloved hands pressing and smoothing the ostomy pouch and skin barrier onto the stoma model, ensuring a secure and wrinkle-free fit</w:t>
      </w:r>
    </w:p>
    <w:p>
      <w:pPr>
        <w:pStyle w:val="ListBullet2"/>
      </w:pPr>
    </w:p>
    <w:p>
      <w:pPr>
        <w:pStyle w:val="ListBullet2"/>
      </w:pPr>
    </w:p>
    <w:p>
      <w:pPr>
        <w:pStyle w:val="ListBullet2"/>
      </w:pPr>
    </w:p>
    <w:p>
      <w:pPr>
        <w:pStyle w:val="ListBullet2"/>
      </w:pPr>
    </w:p>
    <w:p>
      <w:pPr>
        <w:pStyle w:val="ListBullet2"/>
      </w:pP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Phase 6: Burp the bag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8" name="Picture 3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 gloved hand positioned near an inflated ostomy bag attached to a stoma model, ready to release trapped gas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9" name="Picture 3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gloved hand holding the end of the ostomy bag, unclipping it to release trapped gas, while the other hand stabilizes the area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</w:p>
    <w:p>
      <w:pPr>
        <w:pStyle w:val="ListBullet2"/>
      </w:pPr>
    </w:p>
    <w:p>
      <w:pPr>
        <w:pStyle w:val="ListBullet2"/>
      </w:pPr>
    </w:p>
    <w:p>
      <w:pPr>
        <w:pStyle w:val="ListBullet2"/>
      </w:pP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Pain management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Mobility milestones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Complication monitoring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0" name="Picture 4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Gloved hands holding a full ostomy pouch, stoma model visible, with a towel underneath for protection</w:t>
      </w:r>
    </w:p>
    <w:p>
      <w:pPr>
        <w:pStyle w:val="ListBullet2"/>
      </w:pPr>
    </w:p>
    <w:p>
      <w:pPr>
        <w:pStyle w:val="ListBullet2"/>
      </w:pP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1" name="Picture 4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gloved hand pressing gently on the ostomy bag to check that it is not over-inflated and to verify visibility past any clothing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Discharge criteria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2" name="Picture 4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Hands resting on the towel with gloves and supplies visible, ready to begin the procedure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Patient education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3" name="Picture 4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 hand holding the stoma aperture measurement board, showing how it is used for sizing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4" name="Picture 4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Stoma exposed after pouch removal, with a gloved hand holding a washcloth ready to clean the area</w:t>
      </w:r>
    </w:p>
    <w:p>
      <w:pPr/>
      <w:r>
        <w:br w:type="page"/>
      </w:r>
    </w:p>
    <w:sectPr w:rsidR="00FC693F" w:rsidRPr="0006063C" w:rsidSect="00034616">
      <w:headerReference w:type="default" r:id="rId32"/>
      <w:footerReference w:type="default" r:id="rId33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404040"/>
      <w:sz w:val="26"/>
      <w:szCs w:val="26"/>
      <w:rFonts w:ascii="Inter" w:hAnsi="Inter" w:eastAsia="Noto Sans CJK JP" w:cs="Noto Sans CJK 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image" Target="media/image14.jpg"/><Relationship Id="rId23" Type="http://schemas.openxmlformats.org/officeDocument/2006/relationships/image" Target="media/image15.jpg"/><Relationship Id="rId24" Type="http://schemas.openxmlformats.org/officeDocument/2006/relationships/image" Target="media/image16.jpg"/><Relationship Id="rId25" Type="http://schemas.openxmlformats.org/officeDocument/2006/relationships/image" Target="media/image17.jpg"/><Relationship Id="rId26" Type="http://schemas.openxmlformats.org/officeDocument/2006/relationships/image" Target="media/image18.jpg"/><Relationship Id="rId27" Type="http://schemas.openxmlformats.org/officeDocument/2006/relationships/image" Target="media/image19.jpg"/><Relationship Id="rId28" Type="http://schemas.openxmlformats.org/officeDocument/2006/relationships/image" Target="media/image20.jpg"/><Relationship Id="rId29" Type="http://schemas.openxmlformats.org/officeDocument/2006/relationships/image" Target="media/image21.jpg"/><Relationship Id="rId30" Type="http://schemas.openxmlformats.org/officeDocument/2006/relationships/image" Target="media/image22.jpg"/><Relationship Id="rId31" Type="http://schemas.openxmlformats.org/officeDocument/2006/relationships/image" Target="media/image23.jpg"/><Relationship Id="rId32" Type="http://schemas.openxmlformats.org/officeDocument/2006/relationships/header" Target="header1.xml"/><Relationship Id="rId3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