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Change a Tracheostomy Tube: Patient Care Procedure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224"/>
        <w:gridCol w:w="7416"/>
      </w:tblGrid>
      <w:tr>
        <w:trPr>
          <w:cantSplit/>
        </w:trPr>
        <w:tc>
          <w:tcPr>
            <w:tcW w:w="1224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</w:p>
        </w:tc>
        <w:tc>
          <w:tcPr>
            <w:tcW w:w="7416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1224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7416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1224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7416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1224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7416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1224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7416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1224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7416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1224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7416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  <w:tr>
        <w:trPr>
          <w:cantSplit/>
        </w:trPr>
        <w:tc>
          <w:tcPr>
            <w:tcW w:w="1224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  <w:tc>
          <w:tcPr>
            <w:tcW w:w="7416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person washing hands under running water at a sink, with a soap or sanitizer dispenser mounted on the wall nearby.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wiping a wooden work surface with a white cloth or disinfecting wipe.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All required supplies for a trach tube change laid out on a clean surface: two trach tube packages, non-sterile gloves, a suction machine, a catheter, lubricating jelly, scissors, tweezers, and a syringe.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caregiver holding a trach tube and inflating the cuff with a syringe to check for proper inflation.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gloved caregiver applying lubricating jelly to the trach tube, with all supplies visible on the work surface.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using a suction catheter on a patient lying in bed with a visible trach tube in place.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1: Confirm patient readiness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2: Remove the existing tube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caregivers wearing blue gloves: one stabilizes the trach tube at the neck while the other uses scissors to cut the trach tie. The patient lies in bed, connected to a ventilator.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uses a syringe to deflate the cuff of the trach tube while another caregiver stabilizes the tube. The patient lies in bed with ventilator tubing attached.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Caregivers disconnect the ventilator tubing from the trach tube while stabilizing the tube at the neck. The patient remains lying in bed.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gently removes the trach tube from the stoma, following the curve of the tube. On-screen text: "Pulling motion follows the curve of the trach tube."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3: Insert the new tube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inserts the new trach tube into the stoma, following the curve of the tube. On-screen text: "Pushing motion follows the curve of the trach tube."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reconnects the ventilator tubing to the newly inserted trach tube while stabilizing the tube at the neck.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inflates the cuff of the new trach tube with a syringe while another caregiver stabilizes the tube. The patient lies in bed with ventilator tubing attached.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4: Secure the tube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caregivers wearing blue gloves: one attaches a Velcro trach tie around the patient's neck, securing it to the trach tube. On-screen text: "Velcro Trach Tie."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caregivers adjust the trach tie around the patient's neck, ensuring it lies flat. On-screen text: "Beaded Chain."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applies lubricating gel to a trach tube at a prepared medical station. On-screen text: "NEVER force a trach tube into the stoma."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caregiver uses a stethoscope to listen to the patient's chest while another stabilizes the trach tube. On-screen text: "Hear air moving through trach tube?"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uses a stethoscope to listen to the patient's chest while another stabilizes the trach tube. On-screen text: "Hear air moving in the lungs?"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stabilizes the trach tube at the patient's neck while the patient lies in bed, following a coughing episode.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caregiver uses a suction catheter to clear the patient's airway while another stabilizes the trach tube.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Summary of available care services: Respiratory Therapy, Infusion Nursing and Pharmacy, Home Care Nursing, and Clinical Support.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21"/>
      <w:footerReference w:type="default" r:id="rId2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header" Target="header1.xm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