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Calibrate a Blood Pressure Monitor: Standard Operating Procedure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Understand why accuracy matters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Identify your device type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doctor stands next to a patient bed, with an electronic blood pressure monitor on a cart and a manual wall-mounted aneroid sphygmomanometer nearby. The electronic device has a digital display and labeled buttons in a clinical exam room.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Recognize the difference between home and clinical devices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wall-mounted aneroid sphygmomanometer labeled "Welch Allyn" with a black dial and red needle, showing measurement markings from 0 to 300 mmHg.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Understand what calibration means for home devices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Check your device's accuracy against a clinical unit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an electronic blood pressure monitor showing the START and STOP buttons along with other labeled controls and indicators.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Interpret the comparison results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Choose the right blood pressure monitor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an electronic blood pressure monitor on a cart, showing labeled buttons (START, STOP), dials, and a digital display, positioned next to a patient bed in a clinical exam room.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Ensure proper cuff fit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an arm wearing an OMRON blood pressure cuff, showing the size range (17–23 cm) and model number (HEM-CX19) properly positioned on the upper arm.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Position your arm correctly during measurement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doctor in a white coat demonstrates the correct arm position by placing her hand over her heart, standing next to a blood pressure monitor in a clinical exam room.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Avoid common positioning errors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doctor demonstrates both the hand-over-heart position and an arm-lowered position, illustrating correct and incorrect arm placement for blood pressure measurement.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Record all readings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doctor stands next to a blood pressure monitor, emphasizing the importance of device quality and proper fit in a well-lit clinical exam room.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6"/>
      <w:footerReference w:type="defaul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