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Patient Care Procedure: How to Apply Compression Stockings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Holding the stocking at the ankle and smoothly pulling it off the foot while supporting the leg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 &amp; Scope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clinical setting, providing closing remarks and offering further support or contact information. Medical supplies and informational posters are visible in the background.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Assessment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tbl>
      <w:tblPr>
        <w:tblW w:w="8640" w:type="dxa"/>
        <w:tblStyle w:val="TableGrid"/>
        <w:tblLook w:firstColumn="1" w:firstRow="1" w:lastColumn="0" w:lastRow="0" w:noHBand="0" w:noVBand="1" w:val="04A0"/>
        <w:jc w:val="center"/>
        <w:tblLayout w:type="fixed"/>
      </w:tblPr>
      <w:tblGrid>
        <w:gridCol w:w="4320"/>
        <w:gridCol w:w="4320"/>
      </w:tblGrid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(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)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x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u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"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,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m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Next/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l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</w:tr>
      <w:tr>
        <w:trPr>
          <w:cantSplit/>
        </w:trPr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</w:p>
        </w:tc>
        <w:tc>
          <w:tcPr>
            <w:tcW w:w="4320" w:type="dxa"/>
            <w:tcBorders>
              <w:start w:sz="6" w:val="single" w:color="BFBFBF" w:space="0"/>
              <w:top w:sz="6" w:val="single" w:color="BFBFBF" w:space="0"/>
              <w:end w:sz="6" w:val="single" w:color="BFBFBF" w:space="0"/>
              <w:bottom w:sz="6" w:val="single" w:color="BFBFBF" w:space="0"/>
            </w:tcBorders>
          </w:tcPr>
          <w:p>
            <w:pPr>
              <w:keepLines/>
            </w:pP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k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p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v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o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d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w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s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n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g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t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h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e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 xml:space="preserve"> 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f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a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b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r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i</w:t>
            </w:r>
            <w:r>
              <w:rPr>
                <w:color w:val="404040"/>
                <w:sz w:val="24"/>
                <w:rFonts w:ascii="Inter" w:hAnsi="Inter" w:eastAsia="Noto Sans CJK JP" w:cs="Noto Sans CJK JP"/>
              </w:rPr>
              <w:t>c</w:t>
            </w:r>
          </w:p>
        </w:tc>
      </w:tr>
    </w:tbl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Putting on textured rubber gloves before continuing the application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Care protocol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tugging and adjusting the stocking above the heel for a snug fit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Demonstration of the toe tunnel and heel pocket on a stocking prepared for application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j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Gloved hands flattening and smoothing the stocking along the lower leg for even distribution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Stocking pulled up the leg with gloved hands smoothing the fabric into place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Measuring and positioning the top band two fingers below the knee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Pain management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Mobility milestones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Complication monitoring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-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Removing gloves after the stocking is in place, preparing to position the top band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Whisking out a wrinkle in the stocking with a gentle upward motion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Discharge criteria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Stocking fitted smoothly and free of wrinkles on the leg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Patient education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Grasping the top band of the stocking to prepare for removal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;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Gloved hands making final adjustments around the toes and heel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Supporting the leg while gently sliding the stocking down over the heel, keeping the fabric flat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Instructor in a clinical setting, concluding the demonstration and thanking the viewer. Medical supplies and informational posters are visible in the background.</w:t>
      </w:r>
    </w:p>
    <w:p>
      <w:pPr/>
      <w:r>
        <w:br w:type="page"/>
      </w:r>
    </w:p>
    <w:sectPr w:rsidR="00FC693F" w:rsidRPr="0006063C" w:rsidSect="00034616">
      <w:headerReference w:type="default" r:id="rId19"/>
      <w:footerReference w:type="default" r:id="rId2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header" Target="header1.xm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