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apply a condom catheter: patient care procedure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holding the rolled condom catheter, ready to apply it to the mannequin patient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standing beside mannequin patient, whiteboard with class welcome and instructor info, supplies on table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 &amp; 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pointing to the mannequin patient, emphasizing final care steps and privacy, with the whiteboard and supplies visible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demonstrating hand hygiene and discussing cleanup and safety reminders, with the mannequin patient in bed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Patient assessment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Mannequin patient with the genital area cleaned and dried, ready for catheter application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Care protocol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1: Preparation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explaining the procedure and showing the condom catheter, with a mannequin patient in a hospital bed and a whiteboard in the background reading "Welcome to Class, Instructor Eunice Mathis, www.FLtraining.com"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2: Skin preparation and application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holding two different sizes of condom catheters in their packaging, selecting the appropriate size for the patient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with gloved hands preparing the patient, with supplies visible on the table and the mannequin draped to expose only the genital area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the nurse cleansing the penis of the mannequin with a wipe while wearing gloves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holding an unopened condom catheter package with supplies visible on the table and the mannequin ready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displaying the condom catheter and adhesive strip inside the opened package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holding the condom catheter and adhesive strip, explaining differences between product options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applying the condom catheter to the mannequin, rolling it down the shaft with gloved hands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3: Securing the catheter and connecting drainage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disposing of used cleansing materials, close-up of gloved hands and the mannequin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with gloved hands pressing around the base of the condom catheter on the mannequin to ensure adhesive contact, with the patient draped and supplies visible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holding the adhesive securing tape, preparing to apply it to the condom catheter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checking the catheter placement and patient comfort, hands near the catheter site on the mannequin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holding the drainage tubing and removing the protective cover, preparing to connect it to the catheter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connecting the drainage tubing to the external catheter, positioning it toward the side of the bed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positioning the drainage bag and tubing off the side of the bed, ensuring straight alignment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inspecting and adjusting the tubing to ensure it is straight and unobstructed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with gloved hands performing a final check near the patient, with the drainage system in place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4: End-of-shift care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holding up a standard urine collection bag with a curved hook area, demonstrating its use for non-ambulatory patients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in gloves preparing catheter supplies at the bedside, with the mannequin patient, catheter, and supplies visible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holding catheter drainage bag and tubing, demonstrating proper handling and positioning at the bedside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removing gloves, emphasizing hand hygiene and final safety checks, with supplies visible on the table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Pain management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standing by the bed, checking that the drainage tubing clamp is open, with the catheter in place on the mannequin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Mobility milestones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</w:tbl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Complication monitoring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holding the securing tape, demonstrating proper tension before wrapping it around the catheter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Discharge criteria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lowering the catheter tubing and drainage bag, ensuring proper placement and patient comfort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Patient education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with gloved hands displaying all supplies on a table next to a mannequin patient, including drainage bags, catheters, and cleansing wipes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Black screen with white text: Florida Training, www.FLtraining.com, www.NurseEunice.com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Black screen with white text: Florida Training, www.FLtraining.com, www.NurseEunice.com</w:t>
      </w:r>
    </w:p>
    <w:p>
      <w:pPr/>
      <w:r>
        <w:br w:type="page"/>
      </w:r>
    </w:p>
    <w:sectPr w:rsidR="00FC693F" w:rsidRPr="0006063C" w:rsidSect="00034616">
      <w:headerReference w:type="default" r:id="rId24"/>
      <w:footerReference w:type="default" r:id="rId2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header" Target="header1.xml"/><Relationship Id="rId2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