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Administer Oral Medication to a Patient: A Clinical Procedure Guide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holding a patient folder at the bedside, preparing to verify the patient's identity before medication administration. A medical trolley and privacy curtains are visible in the background.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reviewing a patient folder at the bedside to confirm the prescribed medications and dosages, with a medication trolley visible nearby.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Gather equipment and supplies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medical trolley set up with metal bowls, a cup, a mortar and pestle, medication sachets, a bottle, a spoon, and towels, positioned beside a hospital bed with privacy curtains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Prepare yourself before handling medication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putting on a second glove at the medication preparation area, with a kidney dish and other supplies visible nearby.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Crush tablets for a patient who cannot swallow them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medication supplies on the trolley, including syrup, boxed tablets, a mortar and pestle, a bowl with a spoon, and a cup, with gloved hands actively preparing the crushed medication.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crushed medication powder sitting in a small bowl on the trolley, surrounded by other preparation supplies.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4: Mix the crushed medication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pouring water from a bottle into a cup containing crushed medication, with a second empty cup and saucer prepared for rinsing.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5: Position the patient at the bedside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assisting a patient into a seated, upright position in bed, with privacy curtains and medical equipment visible in the background.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placing a dark towel over the patient's chest to protect their clothing while they sit upright in bed.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6: Administer the crushed and dissolved medication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holding a cup and saucer with the prepared medication mixture, standing beside a patient who is seated upright with a protective towel over their chest.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offering a second cup of water to the patient after the medication has been taken, so the patient can rinse their mouth.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7: Assist the patient to rinse and reposition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holding a cup to the patient's mouth so they can rinse, with the patient upright and a towel placed around their neck.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adjusting the blanket of a reclined patient after mouth rinsing, with privacy screens and equipment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8: Prepare a second medication and its equipment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medical tray organized with medication boxes, a bottle of water, two cups, a saucer, a towel, and two bowls of water, ready for medication administration.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rinsing a cup in a bowl of clean water on the medical tray.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9: Verify the medication before pouring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holding up a bottle of liquid medication to verify the label and expiration date, with the patient visible in the background.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holding up a medication bottle while checking off the five rights before administering the dose.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10: Confirm and open the medication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holding a bottle of syrup up to the light to check its color and clarity before administration.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holding up a medication bottle to check the label against the patient's identity.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demonstrating proper technique for opening a medication bottle, holding the cap and bottle separately.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11: Measure the dose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holding a brown medication bottle at eye level to inspect the label and liquid level, with the patient and a "STATION 1" sign visible in the room.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pouring syrup from a brown bottle into a small saucer using a measuring device.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12: Bring the medication to the bedside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placing a closed medication bottle on a tray alongside a water bottle, cups, and medication boxes.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assisting the patient into an upright sitting position, adjusting shoulders and blanket.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placing a dark bib over the patient's chest in preparation for medication administration.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13: Offer and give the syrup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holding a saucer with syrup, offering it to the upright patient who is wearing a protective bib.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assisting the patient in drinking the syrup by holding the saucer to their mouth.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14: Return the patient to a comfortable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helping the patient recline back in bed after medication administration.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15: Clean and reorganize equipment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adjusting the blanket and supporting the patient while checking their lateral positioning.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rinsing a saucer in a metal bowl on the medical tray, with the tray's other supplies and the patient visible nearby.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placing a clean saucer back on the tray, which holds a water bottle, medication bottle, boxes, cups, and towels.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medical tray organized with medication, water, cups, and towels beside the patient's bed in a clean, orderly environment.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16: Document the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retrieving or organizing documentation materials near the patient's bed.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holding a pen and a blue chart, preparing to document the medication administration.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holding a pen and chart, emphasizing the importance of documenting the procedure right after it is completed.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continuing to document the medication administration in the patient's chart.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17: Final water offer and clean-up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standing beside the patient's bed, holding a blue chart and gesturing while explaining the medication administration record, with the tray, cups, and water bottle visible nearby.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4084080" cy="7200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8408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standing beside the upright patient, holding an empty cup and saucer and preparing to clear away used items while observing the patient for any reaction.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34"/>
      <w:footerReference w:type="default" r:id="rId3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header" Target="header1.xm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