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Administer Medication Through a Feeding Tube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Nurse holding a medication bottle and cup at eye level beside a patient's bed with a feeding tube. Supplies, including a water cup and absorbent pad, are visible on the table.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 &amp; Scope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Nurse placing stethoscope earpieces in her ears before listening to the patient's abdomen, with on-screen text describing bowel sound assessment. Patient mannequin with NG tube is in the bed.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Patient Assessment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4320"/>
        <w:gridCol w:w="4320"/>
      </w:tblGrid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'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6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Nurse standing beside a patient's hospital bed, holding a medication bottle, with on-screen text listing the Five Rights of Medication Administration: right patient, right drug, right dose, right time. Supplies including a medication cup, water cup, and absorbent pad are on the table, with an allergy alert sign visible in the background.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Nurse holding stethoscope, explaining bowel sound findings. Patient mannequin with NG tube is in bed. Supplies and medical equipment are visible.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Care Protocol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–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–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'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–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–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–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–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Nurse adjusting the bed to place the patient in High Fowler's position, with the definition displayed on screen. Patient mannequin with NG tube is in the bed.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Nurse with gloves and an absorbent pad placed on the patient's chest, medication cup and water cup on the table. Patient mannequin with NG tube is in the bed.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Nurse in navy scrubs holding the NG tube and demonstrating removal of the cap, with on-screen text "Feeding Tube Medication Steps: 1. Check Placement." Patient mannequin is in the bed with supplies nearby.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Nurse holding up the NG tube and 60 mL syringe, demonstrating the aspiration process, with on-screen text "Feeding Tube Medication Steps: 1. Check Placement."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Nurse returning the aspirate to the stomach using the syringe and NG tube, with on-screen text "Feeding Tube Medication Steps: 1. Check Placement, 2. Assess Gastric Content."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Nurse holding the syringe while explaining documentation and readiness, with on-screen text "Feeding Tube Medication Steps: 1. Check Placement, 2. Assess Gastric Content."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Nurse demonstrating clamping the tube with gloved hands beside a patient mannequin in a hospital bed, with on-screen steps 1 and 2 displayed.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Nurse holding a syringe without a plunger, preparing to attach it to the feeding tube, with on-screen steps 1 and 2 displayed.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Nurse holding a syringe filled with water, demonstrating the flush, with on-screen steps 1 and 2 displayed.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Nurse holding the syringe upright, ready to pour medication into it, with on-screen steps 1 and 2 displayed.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Close-up of gloved hands holding a syringe filled with water, finger pointing to the measurement, with on-screen text now showing step 3: "Flush With Water: 30 CC."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Close-up of nurse holding a syringe with water, with on-screen text now showing steps for "Put 5 CC of Medication Into Tube" and "Flush With Water Again: 30 CC."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Nurse demonstrating drawing up fluid with the plunger in the syringe, with on-screen steps 1 through 5 displayed.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Nurse in blue scrubs holding a syringe with plunger over a red cup, preparing to push water into a feeding tube connected to a mannequin. A medicine cup and supplies are on the table.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Close-up of gloved hands holding a large syringe connected to a yellow feeding tube, slowly instilling water. Hospital bed rail and patient mannequin visible.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Nurse at the bedside holding the feeding tube and syringe, explaining the next steps. Red cup, medicine cup, and syringe are on the table.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Nurse clamping the feeding tube, with on-screen text highlighting step 6: "Clamp." Supplies on the table, mannequin in bed.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Nurse holding the syringe while demonstrating rinsing, with on-screen text highlighting step 8: "Rinse Equipment." Supplies on the table, mannequin in bed.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Nurse removing gloves at the bedside, syringe and supplies on the table, mannequin in bed.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Nurse at the bedside with documentation prompts displayed: "Medication: Dose &amp; Tolerance" and "Residuals: Gastric Content." Supplies on the table, mannequin in bed.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Nurse at the bedside with documentation prompts displayed: "Medication: Dose &amp; Tolerance," "Residuals: Gastric Content," and "Input: Flush &amp; Medication." Supplies on the table, mannequin in bed.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Pain Management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2160"/>
        <w:gridCol w:w="2160"/>
        <w:gridCol w:w="2160"/>
        <w:gridCol w:w="2160"/>
      </w:tblGrid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3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: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3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</w:tr>
    </w:tbl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Mobility Milestones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4320"/>
        <w:gridCol w:w="4320"/>
      </w:tblGrid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'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6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–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9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'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'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3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–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6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Nurse wearing gloves and explaining High Fowler's position, with on-screen text defining it as the head of the bed elevated to 60–90 degrees. Patient mannequin with NG tube is in the bed.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Nurse gesturing while on-screen text highlights step 7: "Maintain High Fowler's Position for 30–60 Minutes." Patient mannequin is upright in bed.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Complication Monitoring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2880"/>
        <w:gridCol w:w="2880"/>
        <w:gridCol w:w="2880"/>
      </w:tblGrid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8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'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3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–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6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Nurse holding a stethoscope, preparing to assess bowel sounds, with on-screen text explaining the importance of bowel sound assessment. Patient mannequin with an NG tube is in the bed with supplies nearby.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Nurse holding the syringe with aspirated gastric content, explaining the findings, with on-screen text "Feeding Tube Medication Steps: 1. Check Placement." Patient mannequin is in the bed.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Nurse holding the syringe while emphasizing the importance of returning gastric content, with on-screen text "Feeding Tube Medication Steps: 1. Check Placement, 2. Assess Gastric Content."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Nurse in navy scrubs holding the NG tube and 60 mL syringe beside a patient mannequin, with on-screen text "Feeding Tube Medication Steps: 1. Check Placement, 2. Assess Gastric Content." Supplies visible on the overbed table.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Nurse holding the tube high above the mannequin, demonstrating rapid drainage when held too high, with step 3 highlighted on screen.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Nurse emphasizing aspiration prevention with gloved hands, with on-screen steps 6 and 7 visible. Mannequin upright in bed.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Discharge Criteria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End screen with "FOLLOW US @WeberStateU", "Thanks for watching!", "CLICK HERE TO SUBSCRIBE", and "NEXT VIDEO" prompts.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Patient Education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Nurse at the bedside gesturing toward documentation prompts for Medication: Dose &amp; Tolerance, Residuals: Gastric Content, and Input: Flush &amp; Medication. Supplies on the table, mannequin in bed.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Nurse standing beside the patient mannequin in the hospital bed, near a bedside table with a red cup, syringe, and absorbent pad, engaging with the patient to ensure comfort.</w:t>
      </w:r>
    </w:p>
    <w:p>
      <w:pPr/>
      <w:r>
        <w:br w:type="page"/>
      </w:r>
    </w:p>
    <w:sectPr w:rsidR="00FC693F" w:rsidRPr="0006063C" w:rsidSect="00034616">
      <w:headerReference w:type="default" r:id="rId32"/>
      <w:footerReference w:type="default" r:id="rId3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header" Target="header1.xml"/><Relationship Id="rId3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