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Write a HACCP Plan for Food Safety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6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graphic of the Earth surrounded by figures representing people, with the caption "600 million people affected annually"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Prerequisites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An illustration of a microscope, a virus, and prescription medicine representing the relationship between technology, pathogens, and medicine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timeline graphic spanning 1960 to 2010, marking the era of increased global travel and trade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graph comparing E. coli cases and large-scale shipping volume from 1960 to 2010, both trending upward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magnified image of E. coli listed alongside common food poisoning symptoms, kidney damage, and antibiotic resistance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Process scope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Hazard analysis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Red banner with the number 1 and the text "Conduct Hazard Analysis"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4320"/>
        <w:gridCol w:w="4320"/>
      </w:tblGrid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An illustration of a consumer holding groceries and a businessperson holding a briefcase, each paired with a safety and credibility meter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Critical control points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chart listing Biological, Chemical, and Physical hazards with specific examples under each category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2160"/>
        <w:gridCol w:w="2160"/>
        <w:gridCol w:w="2160"/>
        <w:gridCol w:w="2160"/>
      </w:tblGrid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: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°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7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4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°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4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7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°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worker in a storage room with organized shelving of food containers, illustrating a storage environment as a potential critical control point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Monitoring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monitoring protocol checklist on a clipboard listing parameter ranges, acceptable time out of range, and reading rate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7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4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4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7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monitoring protocol checklist with an added facility map and the question "How many loggers of each type?"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laptop paired with a wireless data logger and two temperature probes, showing on-screen statistics of Min 3.30, Max 7.04, and Avg 4.57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Corrective actions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slide listing example critical control points: Prepping/Cutting Station, Walk-in Cooler, Walk-in Freezer, Packaging, and Shipping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data logger display beside a cartoon figure discarding "Plan A" and holding "Plan B," representing a corrective actions protocol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Verification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diagram showing a data logger and the flow from butcher to truck to supermarket, labeled "Monitor every stage"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Records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4320"/>
        <w:gridCol w:w="4320"/>
      </w:tblGrid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blue slide reading "Hazards" with three columns for Biological, Chemical, and Physical hazard categories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clipboard titled "HACCP Documents" showing the first two required items, HACCP Plan and Hazard Analysis, with space for additional entries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What's next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laptop screen showing monitoring software with temperature and humidity graphs, data tables, and logger statistics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(</w:t>
      </w:r>
      <w:r>
        <w:rPr>
          <w:b/>
          <w:color w:val="404040"/>
          <w:sz w:val="24"/>
          <w:rFonts w:ascii="Inter" w:hAnsi="Inter" w:eastAsia="Noto Sans CJK JP" w:cs="Noto Sans CJK JP"/>
        </w:rPr>
        <w:t>6</w:t>
      </w:r>
      <w:r>
        <w:rPr>
          <w:b/>
          <w:color w:val="404040"/>
          <w:sz w:val="24"/>
          <w:rFonts w:ascii="Inter" w:hAnsi="Inter" w:eastAsia="Noto Sans CJK JP" w:cs="Noto Sans CJK JP"/>
        </w:rPr>
        <w:t>0</w:t>
      </w:r>
      <w:r>
        <w:rPr>
          <w:b/>
          <w:color w:val="404040"/>
          <w:sz w:val="24"/>
          <w:rFonts w:ascii="Inter" w:hAnsi="Inter" w:eastAsia="Noto Sans CJK JP" w:cs="Noto Sans CJK JP"/>
        </w:rPr>
        <w:t>3</w:t>
      </w:r>
      <w:r>
        <w:rPr>
          <w:b/>
          <w:color w:val="404040"/>
          <w:sz w:val="24"/>
          <w:rFonts w:ascii="Inter" w:hAnsi="Inter" w:eastAsia="Noto Sans CJK JP" w:cs="Noto Sans CJK JP"/>
        </w:rPr>
        <w:t>)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4</w:t>
      </w:r>
      <w:r>
        <w:rPr>
          <w:b/>
          <w:color w:val="404040"/>
          <w:sz w:val="24"/>
          <w:rFonts w:ascii="Inter" w:hAnsi="Inter" w:eastAsia="Noto Sans CJK JP" w:cs="Noto Sans CJK JP"/>
        </w:rPr>
        <w:t>5</w:t>
      </w:r>
      <w:r>
        <w:rPr>
          <w:b/>
          <w:color w:val="404040"/>
          <w:sz w:val="24"/>
          <w:rFonts w:ascii="Inter" w:hAnsi="Inter" w:eastAsia="Noto Sans CJK JP" w:cs="Noto Sans CJK JP"/>
        </w:rPr>
        <w:t>6</w:t>
      </w:r>
      <w:r>
        <w:rPr>
          <w:b/>
          <w:color w:val="404040"/>
          <w:sz w:val="24"/>
          <w:rFonts w:ascii="Inter" w:hAnsi="Inter" w:eastAsia="Noto Sans CJK JP" w:cs="Noto Sans CJK JP"/>
        </w:rPr>
        <w:t>-</w:t>
      </w:r>
      <w:r>
        <w:rPr>
          <w:b/>
          <w:color w:val="404040"/>
          <w:sz w:val="24"/>
          <w:rFonts w:ascii="Inter" w:hAnsi="Inter" w:eastAsia="Noto Sans CJK JP" w:cs="Noto Sans CJK JP"/>
        </w:rPr>
        <w:t>2</w:t>
      </w:r>
      <w:r>
        <w:rPr>
          <w:b/>
          <w:color w:val="404040"/>
          <w:sz w:val="24"/>
          <w:rFonts w:ascii="Inter" w:hAnsi="Inter" w:eastAsia="Noto Sans CJK JP" w:cs="Noto Sans CJK JP"/>
        </w:rPr>
        <w:t>0</w:t>
      </w:r>
      <w:r>
        <w:rPr>
          <w:b/>
          <w:color w:val="404040"/>
          <w:sz w:val="24"/>
          <w:rFonts w:ascii="Inter" w:hAnsi="Inter" w:eastAsia="Noto Sans CJK JP" w:cs="Noto Sans CJK JP"/>
        </w:rPr>
        <w:t>1</w:t>
      </w:r>
      <w:r>
        <w:rPr>
          <w:b/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screen displaying MadgeTech support contact details, including the website and phone number, alongside the company logo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screen showing MadgeTech contact information with a prompt to explore the full line of data loggers, including a highlighted shock-monitoring option</w:t>
      </w:r>
    </w:p>
    <w:p>
      <w:pPr/>
      <w:r>
        <w:br w:type="page"/>
      </w:r>
    </w:p>
    <w:sectPr w:rsidR="00FC693F" w:rsidRPr="0006063C" w:rsidSect="00034616">
      <w:headerReference w:type="default" r:id="rId20"/>
      <w:footerReference w:type="default" r:id="rId2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jpg"/><Relationship Id="rId18" Type="http://schemas.openxmlformats.org/officeDocument/2006/relationships/image" Target="media/image10.jpg"/><Relationship Id="rId19" Type="http://schemas.openxmlformats.org/officeDocument/2006/relationships/image" Target="media/image11.jpg"/><Relationship Id="rId20" Type="http://schemas.openxmlformats.org/officeDocument/2006/relationships/header" Target="header1.xm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