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Use a Three-Compartment Sink: Food Safety HACCP Plan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the "WASH / LAVAR" sign showing the water fill line and the Kirby Chemical Company logo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Kirby Chemical Company logo, www.kirbysupply.com, "Foodservice Equipment 'Solutions'" tagline on gray background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Process Scope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Staff member placing a green cutting board near the sink, with the "Ultra Suds" container loaded into the wall-mounted dispenser and utensils hanging above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Empty metal drying rack on the stainless steel counter, with staff preparing to place items on it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Sanitized metal mixing bowl and rectangular pan placed on the drying rack to air dry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Hazard Analysis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2160"/>
        <w:gridCol w:w="2160"/>
        <w:gridCol w:w="2160"/>
        <w:gridCol w:w="2160"/>
      </w:tblGrid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"RINSE / ENJUAGAR" sign showing the water fill line and the Kirby Chemical Company logo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Critical Control Points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1728"/>
        <w:gridCol w:w="1728"/>
        <w:gridCol w:w="1728"/>
        <w:gridCol w:w="1728"/>
        <w:gridCol w:w="1728"/>
      </w:tblGrid>
      <w:tr>
        <w:trPr>
          <w:cantSplit/>
        </w:trPr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</w:tr>
      <w:tr>
        <w:trPr>
          <w:cantSplit/>
        </w:trPr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</w:tr>
      <w:tr>
        <w:trPr>
          <w:cantSplit/>
        </w:trPr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</w:tr>
      <w:tr>
        <w:trPr>
          <w:cantSplit/>
        </w:trPr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3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Staff member opening the pink "Ultra Suds" cleaning solution container at the three-compartment sink, with utensils on the wall and a green cutting board and metal bowl on the counter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Staff member turning the blue-handled knob on the wall-mounted chemical dispenser above the sink, with utensils and pots hanging nearby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Staff member scrubbing a metal mixing bowl in soapy water with a yellow and green sponge in the wash compartment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Green cutting board placed in the sanitize compartment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Staff member rinsing a metal pan in clear water using a sponge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Staff member scrubbing a green cutting board with a yellow and green sponge in the soapy wash compartment, with a flexible hose visible above the sink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Monitoring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Staff member rinsing a metal container in the rinse compartment, agitating it by hand in clear water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2160"/>
        <w:gridCol w:w="2160"/>
        <w:gridCol w:w="2160"/>
        <w:gridCol w:w="2160"/>
      </w:tblGrid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Hand holding a test strip up to the sanitizer instruction chart on the wall, with the on-screen label "Check Levels" and the Kirby Chemical Company logo visible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holding the "NOBLE" test strip container near the sink, comparing the strip color to the reference chart on the container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Corrective Actions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Staff member submerging a green cutting board fully in the sanitize compartment using both hands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Kirby Chemical Company logo, www.kirbysupply.com, "Foodservice Equipment 'Solutions'" tagline on gray background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Records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Title screen with logo, "Using a Three Compartment Sink", and "Sean Hawkins"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White screen with bold red text "Proper Procedures"</w:t>
      </w:r>
    </w:p>
    <w:p>
      <w:pPr/>
      <w:r>
        <w:br w:type="page"/>
      </w:r>
    </w:p>
    <w:sectPr w:rsidR="00FC693F" w:rsidRPr="0006063C" w:rsidSect="00034616">
      <w:headerReference w:type="default" r:id="rId17"/>
      <w:footerReference w:type="default" r:id="rId1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header" Target="header1.xml"/><Relationship Id="rId1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