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Food Thermometer in Food Service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 showing "How to Use a Thermometer" and the statement "This video will cover the topic of thermometer use in depth."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stating that cooks must use the correct thermometer when preparing food.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the text: "Digital thermometers measure one half inch deep for 5 seconds."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Trays of raw meats, including hamburger patties, steaks, chicken breasts, chicken thighs, and bacon, ready for temperature checking.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the text: "Dial thermometers are best for thick foods."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Review screen reminding cooks to always wash thermometers between uses.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Understand the temperature danger zone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Kitchen scene showing a thermometer graphic that marks 41°F to 135°F as the danger zone, with text warning that food must not remain there longer than 2 hours.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Choose the right thermometer for the food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Dial thermometer and digital thermometer laid out on metal surfaces, showing which tool to use for thick foods and which for thin foods.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 thermometer and digital thermometer on metal surfaces, labeled "Dial Thermometer for Thick Foods".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Confirm which foods require a thermometer check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whole chickens roasting in an oven, showing the correct side placement for thermometer insertion.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Confirm your thermometer's measurement range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Metal stem (dial) thermometer inserted into a piece of cooked chicken, with text noting that food thermometers must measure from 0°F to 220°F.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Calibrate the thermometer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 thermometer held in a cup of ice water, with text stating that thermometers in ice should read 32°F.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Clean and sanitize the thermometer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Food service workers in a commercial kitchen, with text warning never to use a dirty thermometer and to always clean it between uses.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Insert the thermometer correctly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Review screen reminding cooks to know the correct cooking temperature for each type of food.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Take a reading with a dial thermometer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Cooked chickens in an oven with a dial thermometer inserted at an angle, with text noting that a dial thermometer should go at least two inches into the food.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Take a reading with a digital thermometer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Digital thermometer inserted about a half inch into a steak on a grill, with text noting that a digital thermometer should go about a half inch into the food.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Review slide stating that thermometers are the best way to tell if food is safe to eat.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Review screen stating that there are two types of probe thermometers: dial and digital.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the text: "Know the proper techniques for each type of thermometer."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with credits for the "Basic Food Safety" video series, listing production staff and licensing information.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credits for the "Basic Food Safety" video series, listing production staff and licensing information.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