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Turkey Fryer How-To: A Complete Guide to Deep Frying a Whole Turkey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Logo for "Today's TURKEY Serve up something unexpected" with ServeTurkey.org and production credit to The Culinary Institute of America and the National Turkey Federation.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precautions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connects a propane hose to a tank next to a fryer stand.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instructions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Gather your equipment and ingredients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box labeled "Heavenly Chef Premium Strength Peanut Oil" (35 lbs/15.88 kg) sits next to a clear container of water on the ground outdoors.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Set up your frying station outdoors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chef attire and apron, wearing long black oven mitts, handles a large metal fryer pot on a propane burner outdoors with visible flames beneath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Select your frying oil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Remove wrapping and giblets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Prepare your workstation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Measure your oil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Determine your oil level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whole cooked turkey being lifted from a fryer basket, with the text "HOW TO DEEP FRY A TURKEY FROM THE CULINARY INSTITUTE OF AMERICA" overlaid.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Remove water and add oil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box of peanut oil sits ready for measuring before frying.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Heat the oil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white chef coat removes wrapping from a raw turkey.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Prepare your turkey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pats a raw turkey dry with paper towels.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Lower the turkey into the oil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dumps water from a large fryer pot outdoors, near trees.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Cook the turkey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in a chef coat and long black oven mitts slowly lowers a raw turkey into a large outdoor fryer pot filled with hot oil, with a propane tank visible nearby.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large metal fryer pot shows bubbling oil with a turkey submerged inside.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Remove and drain the turkey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lowers a turkey into a large fryer pot filled with water outdoors.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whole deep-fried turkey rests breast side down and legs up on a perforated rack in a large black roasting pan, ready to drain and rest.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Carve and serve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lights a propane burner connected to a large fryer pot outdoors.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