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Thaw Frozen Food Safely: HACCP Plan for Raw Steak Handling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Process scope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/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Clean, organized kitchen with utensils, a refrigerator, and a stove, set up for food preparation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family of three seated at a dining table, enjoying a meal that includes cooked steaks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Hazard analysis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Packaged raw steaks labeled "Value Pack" and "Butcher Shop" on a countertop, shown with a magnified bacteria illustration highlighting bacterial presence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Critical control points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z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—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-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using a microwave, with a thermometer graphic showing the 40°F to 140°F "danger zone"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carrying a plate of steaks toward the refrigerator, demonstrating the refrigerator thawing method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placing raw steaks near a plastic bag in preparation for sealing before thawing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Hands submerging a sealed plastic bag of steaks in a sink filled with cold water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person transferring thawed steaks from a plastic bag into a pan on the stove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steak cooking in a green pan, with a thermometer reading 141.5°F next to a "145°F Safe Temperature" label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Three cooked steaks resting on a plate beside a grill pan, with a clock graphic marking a 3-minute rest time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Monitoring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2160"/>
        <w:gridCol w:w="2160"/>
        <w:gridCol w:w="2160"/>
        <w:gridCol w:w="2160"/>
      </w:tblGrid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q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2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–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;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: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0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1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4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5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°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y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3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</w:p>
        </w:tc>
        <w:tc>
          <w:tcPr>
            <w:tcW w:w="216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submerging a whole poultry package in cold water in the sink, illustrating longer thawing times for larger items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Corrective actions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F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d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S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a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f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e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t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y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.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g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o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hyperlink r:id="rId14">
          <w:r>
            <w:rPr/>
            <w:t>v</w:t>
          </w:r>
        </w:hyperlink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Food safety graphic with icons for Clean, Separate, Cook, and Chill, alongside the FoodSafety.gov web address and the USDA Meat and Poultry Hotline number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Records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yperlink" Target="https://www.foodsafety.gov" TargetMode="External"/><Relationship Id="rId15" Type="http://schemas.openxmlformats.org/officeDocument/2006/relationships/image" Target="media/image6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