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Restaurant Kitchen Inspection Checklist: Handwashing and Refrigeration Safety Procedures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Green screen with black text: "View restaurant inspection reports online at www.algomapublichealth.com"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materials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stirring and measuring the temperature of soup in a hot holding unit with a probe thermometer, with the unit lid open and kitchen equipment visible in the background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Inspecting the handwashing station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Verify the handwashing station is properly equipped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hands being washed under running water at a stainless steel sink, with the handwash sink requirements listed: hot and cold running water, liquid hand soap, paper towel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Wash your hands thoroughly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standing in front of a walk-in refrigerator door, with a sign showing "Temperature Danger Zone: 4°C to 60°C"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Dry your hands and dispose of the paper towel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Reviewing refrigeration temperature safety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Know the temperature danger zone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Keep cold foods cold and hot foods hot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Check the walk-in refrigerator's external thermometer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entering a walk-in refrigerator, with a thermometer visible on the wall and an emergency eye wash sign nearby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Probe hazardous foods for internal temperature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drying their hands with paper towel at the handwashing station, with the requirements listed on screen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Verifying refrigerator performance and storage conditions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Sanitize the probe thermometer before use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Measure food temperature at its thickest point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metal shelving inside a walk-in refrigerator, holding various food containers and jars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Confirm the refrigeration unit is functioning correctly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11: Inspect refrigerator shelving units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holding a thermometer in a commercial kitchen, explaining the temperature danger zone, with kitchen equipment and posted instructions in the background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12: Assess overall shelf condition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inspecting shelving and food storage inside a walk-in refrigerator, with containers and boxes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13: Store foods correctly to prevent cross-contamination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holding a thermometer and an alcohol swab inside a walk-in refrigerator, with a reminder about hazardous foods visible on screen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standing at the entrance of a walk-in refrigerator, with on-screen text reading "Always store raw meat below ready-to-eat foods. (example - lettuce, tomatoes, fruits)"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Confirming hot holding temperatures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14: Prepare to measure hot holding food temperature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standing in front of a walk-in refrigerator, with on-screen text reading "Keep cold foods cold at 4°C or below. Keep hot foods hot at 60°C or above."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holding a thermometer in a commercial kitchen, preparing to measure hot food temperature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15: Stir and measure hot holding food temperature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hands holding a thermometer and alcohol swab near a white bucket and metal shelving in a walk-in refrigerator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16: Verify food is held above the temperature danger zone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checking a thermometer inside a walk-in refrigerator, preparing to measure food temperature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17: Cook food to the proper internal temperature before hot holding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holding a thermometer inside a walk-in refrigerator, with on-screen text reading "Hazardous foods are capable of growing harmful bacteria that can make us sick. Example: raw meat or dairy products"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18: Reinforce proper cooking and holding temperatures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holding a thermometer and emphasizing proper cooking and holding temperatures, with on-screen text reading "Always cook food to the proper internal temperature before hot holding."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Following the three-compartment sink dishwashing method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19: Wash, rinse, and sanitize dishware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holding a thermometer over a hot holding unit, confirming the food is above the temperature danger zone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washing dishes in the first compartment of a three-compartment stainless steel sink filled with soapy water, with a faucet and hoses visible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second compartment of a three-compartment sink, showing a hand rinsing dishes in clean water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Preventing cross-contamination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20: Use separate cutting tools for raw and ready-to-eat foods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explaining the importance of cooking food to the proper internal temperature before hot holding, with on-screen text reading "Always cook food to the proper internal temperature before hot holding."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Chef's hands using a yellow-handled knife on a red cutting board, with a green cutting board visible in the background, labeled "Cross Contamination"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chef cutting raw meat or fish on a red cutting board on a stainless steel countertop, labeled "Cross Contamination"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Additional resources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Algoma Public Health logo and text: "Algoma PUBLIC HEALTH Santé publique Algoma" on a white background. No other objects or people are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 and verification checklist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standing at a designated hand wash station, with visible paper towel and soap dispensers and signage reading "Hand Wash Station Only"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standing in a commercial kitchen, preparing to discuss hot holding procedures, with stainless steel counters and kitchen equipment visible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Completely black screen, indicating the end of the video. No objects, people, or text are visible.</w:t>
      </w:r>
    </w:p>
    <w:p>
      <w:pPr/>
      <w:r>
        <w:br w:type="page"/>
      </w:r>
    </w:p>
    <w:sectPr w:rsidR="00FC693F" w:rsidRPr="0006063C" w:rsidSect="00034616">
      <w:headerReference w:type="default" r:id="rId22"/>
      <w:footerReference w:type="default" r:id="rId2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header" Target="header1.xm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