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Reset Ice Machine: Scotsman Prodigy Plus (Code 3 Lockout)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instructions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Identify the lockout condition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Control panel of the Scotsman ice machine showing code 3, blinking red status and water lights, and the technician section with codes and descriptions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Understand the cause of Code 3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Replace the water filter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Verify the machine model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z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Model number description overlaid on the Scotsman ice machine, showing a breakdown of the model code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Check the lower remote panel (if equipped)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Lower remote panel of the Scotsman ice machine showing blinking red status and water lights, with the model number description overlay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Reset the controller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Instruction overlay showing how to press and release the red Off button on the Scotsman control panel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the control panel indicators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Review the indicator lights and their meanings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Control panel showing only the power light illuminated, the status light off, and the display reading zero, indicating the machine is off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Understand the status light function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pointing to the status light on the control panel, with only the power light illuminated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Understand the water and de-scale lights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pointing to the water and de-scale lights, with only the power light illuminated and the de-scale light off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Restarting the machine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Turn the machine back on to reset the unit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Control panel with the display showing zero, ready to be turned 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Observe the startup sequence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Display showing a blinking "F" after pressing the On button, indicating a pending freeze cycle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Reference the error code chart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error code chart on the controller, with a hand pointing to the chart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Wait for the machine to complete its self-check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Display showing a solid "F," indicating the machine is now making ice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Service and support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n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-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/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v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Scotsman service support card showing the technical service phone number, QR code, and website link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yperlink" Target="http://www.scotsman-ice.com/service" TargetMode="External"/><Relationship Id="rId15" Type="http://schemas.openxmlformats.org/officeDocument/2006/relationships/image" Target="media/image6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