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Room inspection checklist: How to inspect a hotel room housekeeping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Staff member holding a checklist and phone at the open door of a clean room. The foreground shows a device screen reading "ROOM 101 INSPECTED," under the heading "Final Walk-Through and Documentation."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Prerequisites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housekeeper in uniform stands by a door, holding a checklist and master key, with a "ROOM ASSIGNMENT" sheet posted on the wall.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housekeeper's hands showing sanitizer, pen, checklist, and master key, each labeled.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Inspection details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Entry area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Housekeeper knocking on a door labeled "VACANT" and announcing "Housekeeping, room inspection."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Housekeeper standing at the entrance, checking for odors, dust, stains, and clutter in the room.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Room illustration showing the TV, remote, air conditioner, tray with water and cup, telephone, notepad, and directory, each marked with a checkmark.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Sleeping area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Diagram showing the door lock, latch, and peephole, along with icons for emergency exit, peephole, and safe, each marked with a checkmark.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Bathroom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Illustration of a spotless bathroom with a clean, dry toilet, sink, and shower, free of hair.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Amenities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Illustration showing a bed with clean sheets, neat pillows, a wardrobe, and a hand using a flashlight to check hidden areas. Text reads "CLEAN SHEETS," "NEAT PILLOWS," "CHECK HIDDEN AREAS."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Maintenance issues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Release decision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displaying "Room Ready!" with a checklist stamped READY, a bed icon, and links to the Hotel SOPs Playlist and vidfactory.ai.</w:t>
      </w:r>
    </w:p>
    <w:p>
      <w:pPr/>
      <w:r>
        <w:br w:type="page"/>
      </w:r>
    </w:p>
    <w:sectPr w:rsidR="00FC693F" w:rsidRPr="0006063C" w:rsidSect="00034616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