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Clean a Walk-In Cooler: Evaporator, Coil, and Heat Exchanger Maintenance SOP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Supplies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 Precautions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Cleaning Steps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1: Prepare the work area and identify the evaporator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evaporator coil with foaming cleaner applied, showing dirt and buildup on the fins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Upper right corner of the evaporator showing the temperature sensor and copper tubing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2: Shut off power to the unit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3: Select and stage your coil cleaner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holding a can of Nu-Brite Condenser Coil Cleaner next to other cleaning supplies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4: Vacuum the coil before applying any chemical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Vacuum cleaner and cleaning supplies, including a sprayer and brushes, staged for use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holding a vacuum hose with a furry attachment near a stocked cleaning cart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5: Rinse loose debris with hot water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operating an orange pump sprayer bottle near the vacuum and cleaning supplies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6: Apply the foaming coil cleaner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7: Brush the coil fins in the correct direction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hand using a plastic brush with blue bristles on foamed evaporator coils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fins with foaming cleaner and loosened debris visible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8: Continue brushing stubborn areas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brushing the foamed evaporator coil with a plastic brush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Evaporator coil after brushing, showing clean, intact fins with some remaining foam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9: Work the brush vertically along all fin sections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fins with foaming cleaner showing texture and buildup being addressed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brushing the evaporator coil in an up-and-down motion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10: Monitor cleaner activity and dwell time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brushing the foamed evaporator coil, with visible cleaner and loosened debris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11: Protect your hands during chemical handling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hand with minor cuts and scars next to an orange pump sprayer and cleaning tools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12: Inspect fins for cleanliness and damage before rinsing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Evaporator coil fins after brushing, showing cleaner residue and improved cleanliness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Evaporator coil fins with foaming cleaner breaking down grime after several minutes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13: Stage the rinse equipment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Brass nozzle positioned above the evaporator coil, ready for rinsing with hot water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14: Rinse the evaporator coil thoroughly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Evaporator coil fins with visible foam and residual grime, showing the need for thorough rinsing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15: Inspect the connected HVAC coil before cleaning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HVAC coil and metal frame showing water spots and residue before cleaning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16: Begin washing the HVAC coil with the hottest available water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Water spray directed at the coil, with a nozzle in use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coil surface with cleaning in progress and improved cleanliness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17: Check the coil from multiple angles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Wider view of the coil and surrounding area, including pipes and wall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18: Continue washing until dirt and residue are fully removed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Coil surface with ongoing water spray, showing progress in removing dirt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19: Focus on stubborn buildup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Nozzle spraying hot water directly onto coil, with visible improvement in cleanliness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Clean coil surface with water spray, showing improved appearance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20: Work carefully around fixed piping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Copper pipes mounted on a textured wall with brackets nearby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copper pipes and wall showing a tight workspace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Another view of copper pipes and wall showing the workspace environment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21: Repump the sprayer as pressure drops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HVAC coil, sprayer wand tip, yellow bucket, and pipes in the mechanical room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22: Use hot-water-rated equipment for best results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Storage area with cleaning supplies, a yellow bottle, red-lidded bin, and black hose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HVAC coil and white frame with pipes and wiring visible during post-cleaning inspection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HVAC coil, white frame, and mechanical room piping, emphasizing direct hot water application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23: Use heavy-duty, hot-water-rated hoses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HVAC coil, white frame, and visible wiring and pipes, highlighting the need for durable hoses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HVAC coil and mechanical room ceiling, reinforcing the importance of hot-water-rated hoses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24: Inspect the coil and hardware after washing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Angle of HVAC coil showing white metal frame, mounting screws, and attached pipes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25: Rinse off all coil cleaner residue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HVAC coil, white metal frame, mounting screws, and copper pipe during thorough rinsing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HVAC coil with copper pipe or wand positioned over it during post-rinse inspection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Clean HVAC coil and white frame with no visible debris or residue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26: Confirm the coil's condition supports system reliability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clean HVAC coil fins and white frame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Detailed view of clean HVAC coil fins, unobstructed and free of buildup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27: Complete a final visual pass on the HVAC coil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HVAC coil and white frame viewed from a different angle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clean HVAC coil fins with bright reflections indicating a well-maintained surface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28: Inspect the heat exchanger tubes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clean, metallic heat exchanger tubes with no visible dirt or debris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Another close-up of heat exchanger tubes showing a clean surface with minor spots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Wider view of heat exchanger tubes showing consistent cleanliness across the surface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29: Maintain the routine and watch for leftover material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Heat exchanger tubes viewed from a different angle, still clean and metallic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Heat exchanger tubes with a partial view of a white panel and label marking the inspection area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Heat exchanger tubes with visible water droplets from recent cleaning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Heat exchanger tubes, clean and metallic, with some water droplets visible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30: Inspect the evaporator coil corner to corner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clean evaporator coil fins with a brass rod pointing at the metallic, wavy surface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fins showing a clean, metallic surface with uniform wavy patterns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31: Account for tight installation clearances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Evaporator unit installed close to the wall, with insulated pipes and food storage containers below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32: Confirm the coil is free of spots or discoloration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fins showing a clean surface with minor spots and a uniform wavy pattern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33: Check corners and edges for integrity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upper left corner of the evaporator coil showing clean metallic fins and a mounting screw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34: Verify the final rinse result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fins showing a clean, metallic surface with bright reflections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35: Identify and re-treat any leftover residue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with visible dark spots or residue between the fins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evaporator coil showing a mostly clean surface with some minor dark areas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36: Check the drain line for a union fitting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holding a copper drain line connected to the evaporator pan, showing where a union could be installed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pointing at a copper drain line with a slip coupling, highlighting the lack of a union fitting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37: Review the drain line routing and workspace access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Wide view of the copper drain line running along the wall, with food storage containers below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View of the evaporator pan drain connection showing a slip coupling and no union fitting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 38: Perform the final reset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Final close-up of the evaporator coil showing a clean, metallic, and uniform surface with no visible debris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Inspection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[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]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Frequency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jc w:val="center"/>
      </w:pPr>
    </w:p>
    <w:p>
      <w:pPr/>
      <w:r>
        <w:br w:type="page"/>
      </w:r>
    </w:p>
    <w:sectPr w:rsidR="00FC693F" w:rsidRPr="0006063C" w:rsidSect="00034616">
      <w:headerReference w:type="default" r:id="rId40"/>
      <w:footerReference w:type="default" r:id="rId4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header" Target="header1.xm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