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keepNext/>
        <w:keepLines/>
        <w:outlineLvl w:val="0"/>
      </w:pPr>
      <w:r>
        <w:rPr>
          <w:b/>
          <w:color w:val="404040"/>
          <w:sz w:val="44"/>
          <w:rFonts w:ascii="Inter" w:hAnsi="Inter" w:eastAsia="Noto Sans CJK JP" w:cs="Noto Sans CJK JP"/>
        </w:rPr>
        <w:t>How to Clean a Soft Serve Machine</w:t>
      </w:r>
    </w:p>
    <w:p>
      <w:pPr>
        <w:keepNext/>
        <w:keepLines/>
      </w:pP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x</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w</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a</w:t>
      </w:r>
      <w:r>
        <w:rPr>
          <w:color w:val="404040"/>
          <w:sz w:val="24"/>
          <w:rFonts w:ascii="Inter" w:hAnsi="Inter" w:eastAsia="Noto Sans CJK JP" w:cs="Noto Sans CJK JP"/>
        </w:rPr>
        <w:t>f</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f</w:t>
      </w:r>
      <w:r>
        <w:rPr>
          <w:color w:val="404040"/>
          <w:sz w:val="24"/>
          <w:rFonts w:ascii="Inter" w:hAnsi="Inter" w:eastAsia="Noto Sans CJK JP" w:cs="Noto Sans CJK JP"/>
        </w:rPr>
        <w:t>f</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u</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b</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z</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u</w:t>
      </w:r>
      <w:r>
        <w:rPr>
          <w:color w:val="404040"/>
          <w:sz w:val="24"/>
          <w:rFonts w:ascii="Inter" w:hAnsi="Inter" w:eastAsia="Noto Sans CJK JP" w:cs="Noto Sans CJK JP"/>
        </w:rPr>
        <w:t>b</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b</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w</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p</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q</w:t>
      </w:r>
      <w:r>
        <w:rPr>
          <w:color w:val="404040"/>
          <w:sz w:val="24"/>
          <w:rFonts w:ascii="Inter" w:hAnsi="Inter" w:eastAsia="Noto Sans CJK JP" w:cs="Noto Sans CJK JP"/>
        </w:rPr>
        <w:t>u</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k</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p</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y</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q</w:t>
      </w:r>
      <w:r>
        <w:rPr>
          <w:color w:val="404040"/>
          <w:sz w:val="24"/>
          <w:rFonts w:ascii="Inter" w:hAnsi="Inter" w:eastAsia="Noto Sans CJK JP" w:cs="Noto Sans CJK JP"/>
        </w:rPr>
        <w:t>u</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y</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q</w:t>
      </w:r>
      <w:r>
        <w:rPr>
          <w:color w:val="404040"/>
          <w:sz w:val="24"/>
          <w:rFonts w:ascii="Inter" w:hAnsi="Inter" w:eastAsia="Noto Sans CJK JP" w:cs="Noto Sans CJK JP"/>
        </w:rPr>
        <w:t>u</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w:t>
      </w:r>
    </w:p>
    <w:p>
      <w:pPr>
        <w:keepNext/>
        <w:keepLines/>
        <w:jc w:val="center"/>
      </w:pPr>
      <w:r>
        <w:drawing>
          <wp:inline xmlns:a="http://schemas.openxmlformats.org/drawingml/2006/main" xmlns:pic="http://schemas.openxmlformats.org/drawingml/2006/picture">
            <wp:extent cx="5328000" cy="3041655"/>
            <wp:docPr id="1" name="Picture 1"/>
            <wp:cNvGraphicFramePr>
              <a:graphicFrameLocks noChangeAspect="1"/>
            </wp:cNvGraphicFramePr>
            <a:graphic>
              <a:graphicData uri="http://schemas.openxmlformats.org/drawingml/2006/picture">
                <pic:pic>
                  <pic:nvPicPr>
                    <pic:cNvPr id="0" name="image.jpg"/>
                    <pic:cNvPicPr/>
                  </pic:nvPicPr>
                  <pic:blipFill>
                    <a:blip r:embed="rId9"/>
                    <a:stretch>
                      <a:fillRect/>
                    </a:stretch>
                  </pic:blipFill>
                  <pic:spPr>
                    <a:xfrm>
                      <a:off x="0" y="0"/>
                      <a:ext cx="5328000" cy="3041655"/>
                    </a:xfrm>
                    <a:prstGeom prst="rect"/>
                  </pic:spPr>
                </pic:pic>
              </a:graphicData>
            </a:graphic>
          </wp:inline>
        </w:drawing>
      </w:r>
    </w:p>
    <w:p>
      <w:pPr>
        <w:pStyle w:val="Caption"/>
        <w:jc w:val="center"/>
      </w:pPr>
      <w:r>
        <w:rPr>
          <w:b/>
          <w:color w:val="404040"/>
        </w:rPr>
        <w:t>Front view of a stainless steel soft serve machine with three dispensing levers, a digital control panel, and visible orange seals around the freezing cylinders. The machine is clean and assembled.</w:t>
      </w:r>
    </w:p>
    <w:p>
      <w:pPr>
        <w:pStyle w:val="Heading1"/>
        <w:keepNext/>
        <w:keepLines/>
        <w:outlineLvl w:val="0"/>
      </w:pPr>
      <w:r>
        <w:rPr>
          <w:b/>
          <w:color w:val="404040"/>
          <w:sz w:val="32"/>
          <w:rFonts w:ascii="Inter" w:hAnsi="Inter" w:eastAsia="Noto Sans CJK JP" w:cs="Noto Sans CJK JP"/>
        </w:rPr>
        <w:t>Purpose</w:t>
      </w:r>
    </w:p>
    <w:p>
      <w:pPr>
        <w:keepNext/>
        <w:keepLines/>
      </w:pP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b</w:t>
      </w:r>
      <w:r>
        <w:rPr>
          <w:color w:val="404040"/>
          <w:sz w:val="24"/>
          <w:rFonts w:ascii="Inter" w:hAnsi="Inter" w:eastAsia="Noto Sans CJK JP" w:cs="Noto Sans CJK JP"/>
        </w:rPr>
        <w:t>j</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b</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z</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f</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d</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k</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j</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k</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q</w:t>
      </w:r>
      <w:r>
        <w:rPr>
          <w:color w:val="404040"/>
          <w:sz w:val="24"/>
          <w:rFonts w:ascii="Inter" w:hAnsi="Inter" w:eastAsia="Noto Sans CJK JP" w:cs="Noto Sans CJK JP"/>
        </w:rPr>
        <w:t>u</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y</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b</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z</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v</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g</w:t>
      </w:r>
      <w:r>
        <w:rPr>
          <w:color w:val="404040"/>
          <w:sz w:val="24"/>
          <w:rFonts w:ascii="Inter" w:hAnsi="Inter" w:eastAsia="Noto Sans CJK JP" w:cs="Noto Sans CJK JP"/>
        </w:rPr>
        <w:t>u</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w:t>
      </w:r>
    </w:p>
    <w:p>
      <w:pPr>
        <w:keepNext/>
        <w:keepLines/>
        <w:jc w:val="center"/>
      </w:pPr>
      <w:r>
        <w:drawing>
          <wp:inline xmlns:a="http://schemas.openxmlformats.org/drawingml/2006/main" xmlns:pic="http://schemas.openxmlformats.org/drawingml/2006/picture">
            <wp:extent cx="5328000" cy="3041655"/>
            <wp:docPr id="2" name="Picture 2"/>
            <wp:cNvGraphicFramePr>
              <a:graphicFrameLocks noChangeAspect="1"/>
            </wp:cNvGraphicFramePr>
            <a:graphic>
              <a:graphicData uri="http://schemas.openxmlformats.org/drawingml/2006/picture">
                <pic:pic>
                  <pic:nvPicPr>
                    <pic:cNvPr id="0" name="image.jpg"/>
                    <pic:cNvPicPr/>
                  </pic:nvPicPr>
                  <pic:blipFill>
                    <a:blip r:embed="rId10"/>
                    <a:stretch>
                      <a:fillRect/>
                    </a:stretch>
                  </pic:blipFill>
                  <pic:spPr>
                    <a:xfrm>
                      <a:off x="0" y="0"/>
                      <a:ext cx="5328000" cy="3041655"/>
                    </a:xfrm>
                    <a:prstGeom prst="rect"/>
                  </pic:spPr>
                </pic:pic>
              </a:graphicData>
            </a:graphic>
          </wp:inline>
        </w:drawing>
      </w:r>
    </w:p>
    <w:p>
      <w:pPr>
        <w:pStyle w:val="Caption"/>
        <w:jc w:val="center"/>
      </w:pPr>
      <w:r>
        <w:rPr>
          <w:b/>
          <w:color w:val="404040"/>
        </w:rPr>
        <w:t>Close-up of the control panel with the display showing "LEFT CLEAN" and "RIGHT CLEAN", and the CLEAN buttons visible</w:t>
      </w:r>
    </w:p>
    <w:p>
      <w:pPr>
        <w:pStyle w:val="Heading1"/>
        <w:keepNext/>
        <w:keepLines/>
        <w:outlineLvl w:val="0"/>
      </w:pPr>
      <w:r>
        <w:rPr>
          <w:b/>
          <w:color w:val="404040"/>
          <w:sz w:val="32"/>
          <w:rFonts w:ascii="Inter" w:hAnsi="Inter" w:eastAsia="Noto Sans CJK JP" w:cs="Noto Sans CJK JP"/>
        </w:rPr>
        <w:t>Scope</w:t>
      </w:r>
    </w:p>
    <w:p>
      <w:pPr>
        <w:keepNext/>
        <w:keepLines/>
      </w:pP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p</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f</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w:t>
      </w:r>
    </w:p>
    <w:p>
      <w:pPr>
        <w:keepNext/>
        <w:keepLines/>
        <w:jc w:val="center"/>
      </w:pPr>
      <w:r>
        <w:drawing>
          <wp:inline xmlns:a="http://schemas.openxmlformats.org/drawingml/2006/main" xmlns:pic="http://schemas.openxmlformats.org/drawingml/2006/picture">
            <wp:extent cx="5328000" cy="3041655"/>
            <wp:docPr id="3" name="Picture 3"/>
            <wp:cNvGraphicFramePr>
              <a:graphicFrameLocks noChangeAspect="1"/>
            </wp:cNvGraphicFramePr>
            <a:graphic>
              <a:graphicData uri="http://schemas.openxmlformats.org/drawingml/2006/picture">
                <pic:pic>
                  <pic:nvPicPr>
                    <pic:cNvPr id="0" name="image.jpg"/>
                    <pic:cNvPicPr/>
                  </pic:nvPicPr>
                  <pic:blipFill>
                    <a:blip r:embed="rId11"/>
                    <a:stretch>
                      <a:fillRect/>
                    </a:stretch>
                  </pic:blipFill>
                  <pic:spPr>
                    <a:xfrm>
                      <a:off x="0" y="0"/>
                      <a:ext cx="5328000" cy="3041655"/>
                    </a:xfrm>
                    <a:prstGeom prst="rect"/>
                  </pic:spPr>
                </pic:pic>
              </a:graphicData>
            </a:graphic>
          </wp:inline>
        </w:drawing>
      </w:r>
    </w:p>
    <w:p>
      <w:pPr>
        <w:pStyle w:val="Caption"/>
        <w:jc w:val="center"/>
      </w:pPr>
      <w:r>
        <w:rPr>
          <w:b/>
          <w:color w:val="404040"/>
        </w:rPr>
        <w:t>A black screen with the white Stoelting logo and the text "A Vollrath Division" centered.</w:t>
      </w:r>
    </w:p>
    <w:p>
      <w:pPr>
        <w:pStyle w:val="ListBullet2"/>
      </w:pPr>
      <w:r>
        <w:rPr>
          <w:color w:val="404040"/>
          <w:sz w:val="24"/>
          <w:rFonts w:ascii="Inter" w:hAnsi="Inter" w:eastAsia="Noto Sans CJK JP" w:cs="Noto Sans CJK JP"/>
        </w:rPr>
        <w:t>F</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z</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y</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s</w:t>
      </w:r>
    </w:p>
    <w:p>
      <w:pPr>
        <w:pStyle w:val="ListBullet2"/>
      </w:pP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p</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i</w:t>
      </w:r>
      <w:r>
        <w:rPr>
          <w:color w:val="404040"/>
          <w:sz w:val="24"/>
          <w:rFonts w:ascii="Inter" w:hAnsi="Inter" w:eastAsia="Noto Sans CJK JP" w:cs="Noto Sans CJK JP"/>
        </w:rPr>
        <w:t>x</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g</w:t>
      </w:r>
      <w:r>
        <w:rPr>
          <w:color w:val="404040"/>
          <w:sz w:val="24"/>
          <w:rFonts w:ascii="Inter" w:hAnsi="Inter" w:eastAsia="Noto Sans CJK JP" w:cs="Noto Sans CJK JP"/>
        </w:rPr>
        <w:t>u</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s</w:t>
      </w:r>
    </w:p>
    <w:p>
      <w:pPr>
        <w:pStyle w:val="ListBullet2"/>
      </w:pPr>
      <w:r>
        <w:rPr>
          <w:color w:val="404040"/>
          <w:sz w:val="24"/>
          <w:rFonts w:ascii="Inter" w:hAnsi="Inter" w:eastAsia="Noto Sans CJK JP" w:cs="Noto Sans CJK JP"/>
        </w:rPr>
        <w:t>F</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b</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p</w:t>
      </w:r>
      <w:r>
        <w:rPr>
          <w:color w:val="404040"/>
          <w:sz w:val="24"/>
          <w:rFonts w:ascii="Inter" w:hAnsi="Inter" w:eastAsia="Noto Sans CJK JP" w:cs="Noto Sans CJK JP"/>
        </w:rPr>
        <w:t>i</w:t>
      </w:r>
      <w:r>
        <w:rPr>
          <w:color w:val="404040"/>
          <w:sz w:val="24"/>
          <w:rFonts w:ascii="Inter" w:hAnsi="Inter" w:eastAsia="Noto Sans CJK JP" w:cs="Noto Sans CJK JP"/>
        </w:rPr>
        <w:t>g</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p</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p</w:t>
      </w:r>
      <w:r>
        <w:rPr>
          <w:color w:val="404040"/>
          <w:sz w:val="24"/>
          <w:rFonts w:ascii="Inter" w:hAnsi="Inter" w:eastAsia="Noto Sans CJK JP" w:cs="Noto Sans CJK JP"/>
        </w:rPr>
        <w:t>i</w:t>
      </w:r>
      <w:r>
        <w:rPr>
          <w:color w:val="404040"/>
          <w:sz w:val="24"/>
          <w:rFonts w:ascii="Inter" w:hAnsi="Inter" w:eastAsia="Noto Sans CJK JP" w:cs="Noto Sans CJK JP"/>
        </w:rPr>
        <w:t>g</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x</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s</w:t>
      </w:r>
    </w:p>
    <w:p>
      <w:pPr>
        <w:pStyle w:val="ListBullet2"/>
      </w:pP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g</w:t>
      </w:r>
      <w:r>
        <w:rPr>
          <w:color w:val="404040"/>
          <w:sz w:val="24"/>
          <w:rFonts w:ascii="Inter" w:hAnsi="Inter" w:eastAsia="Noto Sans CJK JP" w:cs="Noto Sans CJK JP"/>
        </w:rPr>
        <w:t>h</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b</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s</w:t>
      </w:r>
    </w:p>
    <w:p>
      <w:pPr>
        <w:pStyle w:val="ListBullet2"/>
      </w:pP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p</w:t>
      </w:r>
      <w:r>
        <w:rPr>
          <w:color w:val="404040"/>
          <w:sz w:val="24"/>
          <w:rFonts w:ascii="Inter" w:hAnsi="Inter" w:eastAsia="Noto Sans CJK JP" w:cs="Noto Sans CJK JP"/>
        </w:rPr>
        <w:t>p</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s</w:t>
      </w:r>
    </w:p>
    <w:p>
      <w:pPr>
        <w:pStyle w:val="ListBullet2"/>
      </w:pPr>
      <w:r>
        <w:rPr>
          <w:color w:val="404040"/>
          <w:sz w:val="24"/>
          <w:rFonts w:ascii="Inter" w:hAnsi="Inter" w:eastAsia="Noto Sans CJK JP" w:cs="Noto Sans CJK JP"/>
        </w:rPr>
        <w:t>D</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p</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y</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y</w:t>
      </w:r>
      <w:r>
        <w:rPr>
          <w:color w:val="404040"/>
          <w:sz w:val="24"/>
          <w:rFonts w:ascii="Inter" w:hAnsi="Inter" w:eastAsia="Noto Sans CJK JP" w:cs="Noto Sans CJK JP"/>
        </w:rPr>
        <w:t>s</w:t>
      </w:r>
    </w:p>
    <w:p>
      <w:pPr>
        <w:pStyle w:val="ListBullet2"/>
      </w:pPr>
      <w:r>
        <w:rPr>
          <w:color w:val="404040"/>
          <w:sz w:val="24"/>
          <w:rFonts w:ascii="Inter" w:hAnsi="Inter" w:eastAsia="Noto Sans CJK JP" w:cs="Noto Sans CJK JP"/>
        </w:rPr>
        <w:t>E</w:t>
      </w:r>
      <w:r>
        <w:rPr>
          <w:color w:val="404040"/>
          <w:sz w:val="24"/>
          <w:rFonts w:ascii="Inter" w:hAnsi="Inter" w:eastAsia="Noto Sans CJK JP" w:cs="Noto Sans CJK JP"/>
        </w:rPr>
        <w:t>x</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f</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s</w:t>
      </w:r>
    </w:p>
    <w:p>
      <w:pPr>
        <w:pStyle w:val="ListBullet2"/>
        <w:keepNext/>
        <w:keepLines/>
      </w:pP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y</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s</w:t>
      </w:r>
    </w:p>
    <w:p>
      <w:pPr>
        <w:keepNext/>
        <w:keepLines/>
        <w:jc w:val="center"/>
      </w:pPr>
      <w:r>
        <w:drawing>
          <wp:inline xmlns:a="http://schemas.openxmlformats.org/drawingml/2006/main" xmlns:pic="http://schemas.openxmlformats.org/drawingml/2006/picture">
            <wp:extent cx="5328000" cy="3041655"/>
            <wp:docPr id="4" name="Picture 4"/>
            <wp:cNvGraphicFramePr>
              <a:graphicFrameLocks noChangeAspect="1"/>
            </wp:cNvGraphicFramePr>
            <a:graphic>
              <a:graphicData uri="http://schemas.openxmlformats.org/drawingml/2006/picture">
                <pic:pic>
                  <pic:nvPicPr>
                    <pic:cNvPr id="0" name="image.jpg"/>
                    <pic:cNvPicPr/>
                  </pic:nvPicPr>
                  <pic:blipFill>
                    <a:blip r:embed="rId12"/>
                    <a:stretch>
                      <a:fillRect/>
                    </a:stretch>
                  </pic:blipFill>
                  <pic:spPr>
                    <a:xfrm>
                      <a:off x="0" y="0"/>
                      <a:ext cx="5328000" cy="3041655"/>
                    </a:xfrm>
                    <a:prstGeom prst="rect"/>
                  </pic:spPr>
                </pic:pic>
              </a:graphicData>
            </a:graphic>
          </wp:inline>
        </w:drawing>
      </w:r>
    </w:p>
    <w:p>
      <w:pPr>
        <w:pStyle w:val="Caption"/>
        <w:jc w:val="center"/>
      </w:pPr>
      <w:r>
        <w:rPr>
          <w:b/>
          <w:color w:val="404040"/>
        </w:rPr>
        <w:t>Text screen: "Please note that the hopper covers have compartments for all freezing cylinder parts. This helps with part identification and prevents loss."</w:t>
      </w:r>
    </w:p>
    <w:p>
      <w:pP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u</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x</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l</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w</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q</w:t>
      </w:r>
      <w:r>
        <w:rPr>
          <w:color w:val="404040"/>
          <w:sz w:val="24"/>
          <w:rFonts w:ascii="Inter" w:hAnsi="Inter" w:eastAsia="Noto Sans CJK JP" w:cs="Noto Sans CJK JP"/>
        </w:rPr>
        <w:t>u</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w:t>
      </w:r>
    </w:p>
    <w:p>
      <w:pPr>
        <w:pStyle w:val="Heading1"/>
        <w:keepNext/>
        <w:keepLines/>
        <w:outlineLvl w:val="0"/>
      </w:pPr>
      <w:r>
        <w:rPr>
          <w:b/>
          <w:color w:val="404040"/>
          <w:sz w:val="32"/>
          <w:rFonts w:ascii="Inter" w:hAnsi="Inter" w:eastAsia="Noto Sans CJK JP" w:cs="Noto Sans CJK JP"/>
        </w:rPr>
        <w:t>Supplies</w:t>
      </w:r>
    </w:p>
    <w:p>
      <w:pPr/>
      <w:r>
        <w:rPr>
          <w:color w:val="404040"/>
          <w:sz w:val="24"/>
          <w:rFonts w:ascii="Inter" w:hAnsi="Inter" w:eastAsia="Noto Sans CJK JP" w:cs="Noto Sans CJK JP"/>
        </w:rPr>
        <w:t>G</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w:t>
      </w:r>
    </w:p>
    <w:p>
      <w:pPr>
        <w:pStyle w:val="ListBullet2"/>
      </w:pP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u</w:t>
      </w:r>
      <w:r>
        <w:rPr>
          <w:color w:val="404040"/>
          <w:sz w:val="24"/>
          <w:rFonts w:ascii="Inter" w:hAnsi="Inter" w:eastAsia="Noto Sans CJK JP" w:cs="Noto Sans CJK JP"/>
        </w:rPr>
        <w:t>c</w:t>
      </w:r>
      <w:r>
        <w:rPr>
          <w:color w:val="404040"/>
          <w:sz w:val="24"/>
          <w:rFonts w:ascii="Inter" w:hAnsi="Inter" w:eastAsia="Noto Sans CJK JP" w:cs="Noto Sans CJK JP"/>
        </w:rPr>
        <w:t>k</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s</w:t>
      </w:r>
    </w:p>
    <w:p>
      <w:pPr>
        <w:pStyle w:val="ListBullet2"/>
      </w:pP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u</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p>
    <w:p>
      <w:pPr>
        <w:pStyle w:val="ListBullet2"/>
      </w:pP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p</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r</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h</w:t>
      </w:r>
    </w:p>
    <w:p>
      <w:pPr>
        <w:pStyle w:val="ListBullet2"/>
      </w:pP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w</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w</w:t>
      </w:r>
      <w:r>
        <w:rPr>
          <w:color w:val="404040"/>
          <w:sz w:val="24"/>
          <w:rFonts w:ascii="Inter" w:hAnsi="Inter" w:eastAsia="Noto Sans CJK JP" w:cs="Noto Sans CJK JP"/>
        </w:rPr>
        <w:t>e</w:t>
      </w:r>
      <w:r>
        <w:rPr>
          <w:color w:val="404040"/>
          <w:sz w:val="24"/>
          <w:rFonts w:ascii="Inter" w:hAnsi="Inter" w:eastAsia="Noto Sans CJK JP" w:cs="Noto Sans CJK JP"/>
        </w:rPr>
        <w:t>l</w:t>
      </w:r>
    </w:p>
    <w:p>
      <w:pPr>
        <w:pStyle w:val="ListBullet2"/>
      </w:pP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i</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r</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s</w:t>
      </w:r>
    </w:p>
    <w:p>
      <w:pPr>
        <w:pStyle w:val="ListBullet2"/>
      </w:pP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z</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u</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p>
    <w:p>
      <w:pPr>
        <w:pStyle w:val="ListBullet2"/>
      </w:pP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r</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h</w:t>
      </w:r>
    </w:p>
    <w:p>
      <w:pPr>
        <w:pStyle w:val="ListBullet2"/>
        <w:keepNext/>
        <w:keepLines/>
      </w:pP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u</w:t>
      </w:r>
      <w:r>
        <w:rPr>
          <w:color w:val="404040"/>
          <w:sz w:val="24"/>
          <w:rFonts w:ascii="Inter" w:hAnsi="Inter" w:eastAsia="Noto Sans CJK JP" w:cs="Noto Sans CJK JP"/>
        </w:rPr>
        <w:t>b</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q</w:t>
      </w:r>
      <w:r>
        <w:rPr>
          <w:color w:val="404040"/>
          <w:sz w:val="24"/>
          <w:rFonts w:ascii="Inter" w:hAnsi="Inter" w:eastAsia="Noto Sans CJK JP" w:cs="Noto Sans CJK JP"/>
        </w:rPr>
        <w:t>u</w:t>
      </w:r>
      <w:r>
        <w:rPr>
          <w:color w:val="404040"/>
          <w:sz w:val="24"/>
          <w:rFonts w:ascii="Inter" w:hAnsi="Inter" w:eastAsia="Noto Sans CJK JP" w:cs="Noto Sans CJK JP"/>
        </w:rPr>
        <w:t>i</w:t>
      </w:r>
      <w:r>
        <w:rPr>
          <w:color w:val="404040"/>
          <w:sz w:val="24"/>
          <w:rFonts w:ascii="Inter" w:hAnsi="Inter" w:eastAsia="Noto Sans CJK JP" w:cs="Noto Sans CJK JP"/>
        </w:rPr>
        <w:t>v</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p>
    <w:p>
      <w:pPr>
        <w:keepNext/>
        <w:keepLines/>
        <w:jc w:val="center"/>
      </w:pPr>
      <w:r>
        <w:drawing>
          <wp:inline xmlns:a="http://schemas.openxmlformats.org/drawingml/2006/main" xmlns:pic="http://schemas.openxmlformats.org/drawingml/2006/picture">
            <wp:extent cx="5328000" cy="3041655"/>
            <wp:docPr id="5" name="Picture 5"/>
            <wp:cNvGraphicFramePr>
              <a:graphicFrameLocks noChangeAspect="1"/>
            </wp:cNvGraphicFramePr>
            <a:graphic>
              <a:graphicData uri="http://schemas.openxmlformats.org/drawingml/2006/picture">
                <pic:pic>
                  <pic:nvPicPr>
                    <pic:cNvPr id="0" name="image.jpg"/>
                    <pic:cNvPicPr/>
                  </pic:nvPicPr>
                  <pic:blipFill>
                    <a:blip r:embed="rId10"/>
                    <a:stretch>
                      <a:fillRect/>
                    </a:stretch>
                  </pic:blipFill>
                  <pic:spPr>
                    <a:xfrm>
                      <a:off x="0" y="0"/>
                      <a:ext cx="5328000" cy="3041655"/>
                    </a:xfrm>
                    <a:prstGeom prst="rect"/>
                  </pic:spPr>
                </pic:pic>
              </a:graphicData>
            </a:graphic>
          </wp:inline>
        </w:drawing>
      </w:r>
    </w:p>
    <w:p>
      <w:pPr>
        <w:pStyle w:val="Caption"/>
        <w:jc w:val="center"/>
      </w:pPr>
      <w:r>
        <w:rPr>
          <w:b/>
          <w:color w:val="404040"/>
        </w:rPr>
        <w:t>Close-up of the inside of the freezing cylinder, showing the auger rotating and liquid inside, with visible cleaning action</w:t>
      </w:r>
    </w:p>
    <w:p>
      <w:pPr/>
      <w:r>
        <w:rPr>
          <w:b/>
          <w:color w:val="404040"/>
          <w:sz w:val="24"/>
          <w:rFonts w:ascii="Inter" w:hAnsi="Inter" w:eastAsia="Noto Sans CJK JP" w:cs="Noto Sans CJK JP"/>
        </w:rPr>
        <w:t>A</w:t>
      </w:r>
      <w:r>
        <w:rPr>
          <w:b/>
          <w:color w:val="404040"/>
          <w:sz w:val="24"/>
          <w:rFonts w:ascii="Inter" w:hAnsi="Inter" w:eastAsia="Noto Sans CJK JP" w:cs="Noto Sans CJK JP"/>
        </w:rPr>
        <w:t>p</w:t>
      </w:r>
      <w:r>
        <w:rPr>
          <w:b/>
          <w:color w:val="404040"/>
          <w:sz w:val="24"/>
          <w:rFonts w:ascii="Inter" w:hAnsi="Inter" w:eastAsia="Noto Sans CJK JP" w:cs="Noto Sans CJK JP"/>
        </w:rPr>
        <w:t>p</w:t>
      </w:r>
      <w:r>
        <w:rPr>
          <w:b/>
          <w:color w:val="404040"/>
          <w:sz w:val="24"/>
          <w:rFonts w:ascii="Inter" w:hAnsi="Inter" w:eastAsia="Noto Sans CJK JP" w:cs="Noto Sans CJK JP"/>
        </w:rPr>
        <w:t>r</w:t>
      </w:r>
      <w:r>
        <w:rPr>
          <w:b/>
          <w:color w:val="404040"/>
          <w:sz w:val="24"/>
          <w:rFonts w:ascii="Inter" w:hAnsi="Inter" w:eastAsia="Noto Sans CJK JP" w:cs="Noto Sans CJK JP"/>
        </w:rPr>
        <w:t>o</w:t>
      </w:r>
      <w:r>
        <w:rPr>
          <w:b/>
          <w:color w:val="404040"/>
          <w:sz w:val="24"/>
          <w:rFonts w:ascii="Inter" w:hAnsi="Inter" w:eastAsia="Noto Sans CJK JP" w:cs="Noto Sans CJK JP"/>
        </w:rPr>
        <w:t>v</w:t>
      </w:r>
      <w:r>
        <w:rPr>
          <w:b/>
          <w:color w:val="404040"/>
          <w:sz w:val="24"/>
          <w:rFonts w:ascii="Inter" w:hAnsi="Inter" w:eastAsia="Noto Sans CJK JP" w:cs="Noto Sans CJK JP"/>
        </w:rPr>
        <w:t>e</w:t>
      </w:r>
      <w:r>
        <w:rPr>
          <w:b/>
          <w:color w:val="404040"/>
          <w:sz w:val="24"/>
          <w:rFonts w:ascii="Inter" w:hAnsi="Inter" w:eastAsia="Noto Sans CJK JP" w:cs="Noto Sans CJK JP"/>
        </w:rPr>
        <w:t>d</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l</w:t>
      </w:r>
      <w:r>
        <w:rPr>
          <w:b/>
          <w:color w:val="404040"/>
          <w:sz w:val="24"/>
          <w:rFonts w:ascii="Inter" w:hAnsi="Inter" w:eastAsia="Noto Sans CJK JP" w:cs="Noto Sans CJK JP"/>
        </w:rPr>
        <w:t>u</w:t>
      </w:r>
      <w:r>
        <w:rPr>
          <w:b/>
          <w:color w:val="404040"/>
          <w:sz w:val="24"/>
          <w:rFonts w:ascii="Inter" w:hAnsi="Inter" w:eastAsia="Noto Sans CJK JP" w:cs="Noto Sans CJK JP"/>
        </w:rPr>
        <w:t>b</w:t>
      </w:r>
      <w:r>
        <w:rPr>
          <w:b/>
          <w:color w:val="404040"/>
          <w:sz w:val="24"/>
          <w:rFonts w:ascii="Inter" w:hAnsi="Inter" w:eastAsia="Noto Sans CJK JP" w:cs="Noto Sans CJK JP"/>
        </w:rPr>
        <w:t>r</w:t>
      </w:r>
      <w:r>
        <w:rPr>
          <w:b/>
          <w:color w:val="404040"/>
          <w:sz w:val="24"/>
          <w:rFonts w:ascii="Inter" w:hAnsi="Inter" w:eastAsia="Noto Sans CJK JP" w:cs="Noto Sans CJK JP"/>
        </w:rPr>
        <w:t>i</w:t>
      </w:r>
      <w:r>
        <w:rPr>
          <w:b/>
          <w:color w:val="404040"/>
          <w:sz w:val="24"/>
          <w:rFonts w:ascii="Inter" w:hAnsi="Inter" w:eastAsia="Noto Sans CJK JP" w:cs="Noto Sans CJK JP"/>
        </w:rPr>
        <w:t>c</w:t>
      </w:r>
      <w:r>
        <w:rPr>
          <w:b/>
          <w:color w:val="404040"/>
          <w:sz w:val="24"/>
          <w:rFonts w:ascii="Inter" w:hAnsi="Inter" w:eastAsia="Noto Sans CJK JP" w:cs="Noto Sans CJK JP"/>
        </w:rPr>
        <w:t>a</w:t>
      </w:r>
      <w:r>
        <w:rPr>
          <w:b/>
          <w:color w:val="404040"/>
          <w:sz w:val="24"/>
          <w:rFonts w:ascii="Inter" w:hAnsi="Inter" w:eastAsia="Noto Sans CJK JP" w:cs="Noto Sans CJK JP"/>
        </w:rPr>
        <w:t>n</w:t>
      </w:r>
      <w:r>
        <w:rPr>
          <w:b/>
          <w:color w:val="404040"/>
          <w:sz w:val="24"/>
          <w:rFonts w:ascii="Inter" w:hAnsi="Inter" w:eastAsia="Noto Sans CJK JP" w:cs="Noto Sans CJK JP"/>
        </w:rPr>
        <w:t>t</w:t>
      </w:r>
      <w:r>
        <w:rPr>
          <w:b/>
          <w:color w:val="404040"/>
          <w:sz w:val="24"/>
          <w:rFonts w:ascii="Inter" w:hAnsi="Inter" w:eastAsia="Noto Sans CJK JP" w:cs="Noto Sans CJK JP"/>
        </w:rPr>
        <w:t>s</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o</w:t>
      </w:r>
      <w:r>
        <w:rPr>
          <w:b/>
          <w:color w:val="404040"/>
          <w:sz w:val="24"/>
          <w:rFonts w:ascii="Inter" w:hAnsi="Inter" w:eastAsia="Noto Sans CJK JP" w:cs="Noto Sans CJK JP"/>
        </w:rPr>
        <w:t>n</w:t>
      </w:r>
      <w:r>
        <w:rPr>
          <w:b/>
          <w:color w:val="404040"/>
          <w:sz w:val="24"/>
          <w:rFonts w:ascii="Inter" w:hAnsi="Inter" w:eastAsia="Noto Sans CJK JP" w:cs="Noto Sans CJK JP"/>
        </w:rPr>
        <w:t>l</w:t>
      </w:r>
      <w:r>
        <w:rPr>
          <w:b/>
          <w:color w:val="404040"/>
          <w:sz w:val="24"/>
          <w:rFonts w:ascii="Inter" w:hAnsi="Inter" w:eastAsia="Noto Sans CJK JP" w:cs="Noto Sans CJK JP"/>
        </w:rPr>
        <w:t>y</w:t>
      </w:r>
      <w:r>
        <w:rPr>
          <w:b/>
          <w:color w:val="404040"/>
          <w:sz w:val="24"/>
          <w:rFonts w:ascii="Inter" w:hAnsi="Inter" w:eastAsia="Noto Sans CJK JP" w:cs="Noto Sans CJK JP"/>
        </w:rPr>
        <w:t>:</w:t>
      </w:r>
    </w:p>
    <w:p>
      <w:pPr>
        <w:pStyle w:val="ListBullet2"/>
      </w:pP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u</w:t>
      </w:r>
      <w:r>
        <w:rPr>
          <w:color w:val="404040"/>
          <w:sz w:val="24"/>
          <w:rFonts w:ascii="Inter" w:hAnsi="Inter" w:eastAsia="Noto Sans CJK JP" w:cs="Noto Sans CJK JP"/>
        </w:rPr>
        <w:t>b</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t</w:t>
      </w:r>
    </w:p>
    <w:p>
      <w:pPr>
        <w:pStyle w:val="ListBullet2"/>
      </w:pP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u</w:t>
      </w:r>
      <w:r>
        <w:rPr>
          <w:color w:val="404040"/>
          <w:sz w:val="24"/>
          <w:rFonts w:ascii="Inter" w:hAnsi="Inter" w:eastAsia="Noto Sans CJK JP" w:cs="Noto Sans CJK JP"/>
        </w:rPr>
        <w:t>b</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t</w:t>
      </w:r>
    </w:p>
    <w:p>
      <w:pPr>
        <w:pStyle w:val="ListBullet2"/>
        <w:keepNext/>
        <w:keepLines/>
      </w:pP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q</w:t>
      </w:r>
      <w:r>
        <w:rPr>
          <w:color w:val="404040"/>
          <w:sz w:val="24"/>
          <w:rFonts w:ascii="Inter" w:hAnsi="Inter" w:eastAsia="Noto Sans CJK JP" w:cs="Noto Sans CJK JP"/>
        </w:rPr>
        <w:t>u</w:t>
      </w:r>
      <w:r>
        <w:rPr>
          <w:color w:val="404040"/>
          <w:sz w:val="24"/>
          <w:rFonts w:ascii="Inter" w:hAnsi="Inter" w:eastAsia="Noto Sans CJK JP" w:cs="Noto Sans CJK JP"/>
        </w:rPr>
        <w:t>i</w:t>
      </w:r>
      <w:r>
        <w:rPr>
          <w:color w:val="404040"/>
          <w:sz w:val="24"/>
          <w:rFonts w:ascii="Inter" w:hAnsi="Inter" w:eastAsia="Noto Sans CJK JP" w:cs="Noto Sans CJK JP"/>
        </w:rPr>
        <w:t>v</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o</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q</w:t>
      </w:r>
      <w:r>
        <w:rPr>
          <w:color w:val="404040"/>
          <w:sz w:val="24"/>
          <w:rFonts w:ascii="Inter" w:hAnsi="Inter" w:eastAsia="Noto Sans CJK JP" w:cs="Noto Sans CJK JP"/>
        </w:rPr>
        <w:t>u</w:t>
      </w:r>
      <w:r>
        <w:rPr>
          <w:color w:val="404040"/>
          <w:sz w:val="24"/>
          <w:rFonts w:ascii="Inter" w:hAnsi="Inter" w:eastAsia="Noto Sans CJK JP" w:cs="Noto Sans CJK JP"/>
        </w:rPr>
        <w:t>i</w:t>
      </w:r>
      <w:r>
        <w:rPr>
          <w:color w:val="404040"/>
          <w:sz w:val="24"/>
          <w:rFonts w:ascii="Inter" w:hAnsi="Inter" w:eastAsia="Noto Sans CJK JP" w:cs="Noto Sans CJK JP"/>
        </w:rPr>
        <w:t>p</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p>
    <w:p>
      <w:pPr>
        <w:keepNext/>
        <w:keepLines/>
        <w:jc w:val="center"/>
      </w:pPr>
      <w:r>
        <w:drawing>
          <wp:inline xmlns:a="http://schemas.openxmlformats.org/drawingml/2006/main" xmlns:pic="http://schemas.openxmlformats.org/drawingml/2006/picture">
            <wp:extent cx="5328000" cy="3041655"/>
            <wp:docPr id="6" name="Picture 6"/>
            <wp:cNvGraphicFramePr>
              <a:graphicFrameLocks noChangeAspect="1"/>
            </wp:cNvGraphicFramePr>
            <a:graphic>
              <a:graphicData uri="http://schemas.openxmlformats.org/drawingml/2006/picture">
                <pic:pic>
                  <pic:nvPicPr>
                    <pic:cNvPr id="0" name="image.jpg"/>
                    <pic:cNvPicPr/>
                  </pic:nvPicPr>
                  <pic:blipFill>
                    <a:blip r:embed="rId13"/>
                    <a:stretch>
                      <a:fillRect/>
                    </a:stretch>
                  </pic:blipFill>
                  <pic:spPr>
                    <a:xfrm>
                      <a:off x="0" y="0"/>
                      <a:ext cx="5328000" cy="3041655"/>
                    </a:xfrm>
                    <a:prstGeom prst="rect"/>
                  </pic:spPr>
                </pic:pic>
              </a:graphicData>
            </a:graphic>
          </wp:inline>
        </w:drawing>
      </w:r>
    </w:p>
    <w:p>
      <w:pPr>
        <w:pStyle w:val="Caption"/>
        <w:jc w:val="center"/>
      </w:pPr>
      <w:r>
        <w:rPr>
          <w:b/>
          <w:color w:val="404040"/>
        </w:rPr>
        <w:t>A packet of Stera-Sheen Total Blend Lubricant with text: "Total Blend Lubricant, Petro-Gel sanitary lubricant, or an equivalent, must be used when lubrication of parts is specified."</w:t>
      </w:r>
    </w:p>
    <w:p>
      <w:pP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u</w:t>
      </w:r>
      <w:r>
        <w:rPr>
          <w:color w:val="404040"/>
          <w:sz w:val="24"/>
          <w:rFonts w:ascii="Inter" w:hAnsi="Inter" w:eastAsia="Noto Sans CJK JP" w:cs="Noto Sans CJK JP"/>
        </w:rPr>
        <w:t>b</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w</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y</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u</w:t>
      </w:r>
      <w:r>
        <w:rPr>
          <w:color w:val="404040"/>
          <w:sz w:val="24"/>
          <w:rFonts w:ascii="Inter" w:hAnsi="Inter" w:eastAsia="Noto Sans CJK JP" w:cs="Noto Sans CJK JP"/>
        </w:rPr>
        <w:t>b</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w:t>
      </w:r>
    </w:p>
    <w:p>
      <w:pPr/>
      <w:r>
        <w:rPr>
          <w:b/>
          <w:color w:val="404040"/>
          <w:sz w:val="24"/>
          <w:rFonts w:ascii="Inter" w:hAnsi="Inter" w:eastAsia="Noto Sans CJK JP" w:cs="Noto Sans CJK JP"/>
        </w:rPr>
        <w:t>D</w:t>
      </w:r>
      <w:r>
        <w:rPr>
          <w:b/>
          <w:color w:val="404040"/>
          <w:sz w:val="24"/>
          <w:rFonts w:ascii="Inter" w:hAnsi="Inter" w:eastAsia="Noto Sans CJK JP" w:cs="Noto Sans CJK JP"/>
        </w:rPr>
        <w:t>i</w:t>
      </w:r>
      <w:r>
        <w:rPr>
          <w:b/>
          <w:color w:val="404040"/>
          <w:sz w:val="24"/>
          <w:rFonts w:ascii="Inter" w:hAnsi="Inter" w:eastAsia="Noto Sans CJK JP" w:cs="Noto Sans CJK JP"/>
        </w:rPr>
        <w:t>l</w:t>
      </w:r>
      <w:r>
        <w:rPr>
          <w:b/>
          <w:color w:val="404040"/>
          <w:sz w:val="24"/>
          <w:rFonts w:ascii="Inter" w:hAnsi="Inter" w:eastAsia="Noto Sans CJK JP" w:cs="Noto Sans CJK JP"/>
        </w:rPr>
        <w:t>u</w:t>
      </w:r>
      <w:r>
        <w:rPr>
          <w:b/>
          <w:color w:val="404040"/>
          <w:sz w:val="24"/>
          <w:rFonts w:ascii="Inter" w:hAnsi="Inter" w:eastAsia="Noto Sans CJK JP" w:cs="Noto Sans CJK JP"/>
        </w:rPr>
        <w:t>t</w:t>
      </w:r>
      <w:r>
        <w:rPr>
          <w:b/>
          <w:color w:val="404040"/>
          <w:sz w:val="24"/>
          <w:rFonts w:ascii="Inter" w:hAnsi="Inter" w:eastAsia="Noto Sans CJK JP" w:cs="Noto Sans CJK JP"/>
        </w:rPr>
        <w:t>i</w:t>
      </w:r>
      <w:r>
        <w:rPr>
          <w:b/>
          <w:color w:val="404040"/>
          <w:sz w:val="24"/>
          <w:rFonts w:ascii="Inter" w:hAnsi="Inter" w:eastAsia="Noto Sans CJK JP" w:cs="Noto Sans CJK JP"/>
        </w:rPr>
        <w:t>o</w:t>
      </w:r>
      <w:r>
        <w:rPr>
          <w:b/>
          <w:color w:val="404040"/>
          <w:sz w:val="24"/>
          <w:rFonts w:ascii="Inter" w:hAnsi="Inter" w:eastAsia="Noto Sans CJK JP" w:cs="Noto Sans CJK JP"/>
        </w:rPr>
        <w:t>n</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a</w:t>
      </w:r>
      <w:r>
        <w:rPr>
          <w:b/>
          <w:color w:val="404040"/>
          <w:sz w:val="24"/>
          <w:rFonts w:ascii="Inter" w:hAnsi="Inter" w:eastAsia="Noto Sans CJK JP" w:cs="Noto Sans CJK JP"/>
        </w:rPr>
        <w:t>n</w:t>
      </w:r>
      <w:r>
        <w:rPr>
          <w:b/>
          <w:color w:val="404040"/>
          <w:sz w:val="24"/>
          <w:rFonts w:ascii="Inter" w:hAnsi="Inter" w:eastAsia="Noto Sans CJK JP" w:cs="Noto Sans CJK JP"/>
        </w:rPr>
        <w:t>d</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t</w:t>
      </w:r>
      <w:r>
        <w:rPr>
          <w:b/>
          <w:color w:val="404040"/>
          <w:sz w:val="24"/>
          <w:rFonts w:ascii="Inter" w:hAnsi="Inter" w:eastAsia="Noto Sans CJK JP" w:cs="Noto Sans CJK JP"/>
        </w:rPr>
        <w:t>e</w:t>
      </w:r>
      <w:r>
        <w:rPr>
          <w:b/>
          <w:color w:val="404040"/>
          <w:sz w:val="24"/>
          <w:rFonts w:ascii="Inter" w:hAnsi="Inter" w:eastAsia="Noto Sans CJK JP" w:cs="Noto Sans CJK JP"/>
        </w:rPr>
        <w:t>m</w:t>
      </w:r>
      <w:r>
        <w:rPr>
          <w:b/>
          <w:color w:val="404040"/>
          <w:sz w:val="24"/>
          <w:rFonts w:ascii="Inter" w:hAnsi="Inter" w:eastAsia="Noto Sans CJK JP" w:cs="Noto Sans CJK JP"/>
        </w:rPr>
        <w:t>p</w:t>
      </w:r>
      <w:r>
        <w:rPr>
          <w:b/>
          <w:color w:val="404040"/>
          <w:sz w:val="24"/>
          <w:rFonts w:ascii="Inter" w:hAnsi="Inter" w:eastAsia="Noto Sans CJK JP" w:cs="Noto Sans CJK JP"/>
        </w:rPr>
        <w:t>e</w:t>
      </w:r>
      <w:r>
        <w:rPr>
          <w:b/>
          <w:color w:val="404040"/>
          <w:sz w:val="24"/>
          <w:rFonts w:ascii="Inter" w:hAnsi="Inter" w:eastAsia="Noto Sans CJK JP" w:cs="Noto Sans CJK JP"/>
        </w:rPr>
        <w:t>r</w:t>
      </w:r>
      <w:r>
        <w:rPr>
          <w:b/>
          <w:color w:val="404040"/>
          <w:sz w:val="24"/>
          <w:rFonts w:ascii="Inter" w:hAnsi="Inter" w:eastAsia="Noto Sans CJK JP" w:cs="Noto Sans CJK JP"/>
        </w:rPr>
        <w:t>a</w:t>
      </w:r>
      <w:r>
        <w:rPr>
          <w:b/>
          <w:color w:val="404040"/>
          <w:sz w:val="24"/>
          <w:rFonts w:ascii="Inter" w:hAnsi="Inter" w:eastAsia="Noto Sans CJK JP" w:cs="Noto Sans CJK JP"/>
        </w:rPr>
        <w:t>t</w:t>
      </w:r>
      <w:r>
        <w:rPr>
          <w:b/>
          <w:color w:val="404040"/>
          <w:sz w:val="24"/>
          <w:rFonts w:ascii="Inter" w:hAnsi="Inter" w:eastAsia="Noto Sans CJK JP" w:cs="Noto Sans CJK JP"/>
        </w:rPr>
        <w:t>u</w:t>
      </w:r>
      <w:r>
        <w:rPr>
          <w:b/>
          <w:color w:val="404040"/>
          <w:sz w:val="24"/>
          <w:rFonts w:ascii="Inter" w:hAnsi="Inter" w:eastAsia="Noto Sans CJK JP" w:cs="Noto Sans CJK JP"/>
        </w:rPr>
        <w:t>r</w:t>
      </w:r>
      <w:r>
        <w:rPr>
          <w:b/>
          <w:color w:val="404040"/>
          <w:sz w:val="24"/>
          <w:rFonts w:ascii="Inter" w:hAnsi="Inter" w:eastAsia="Noto Sans CJK JP" w:cs="Noto Sans CJK JP"/>
        </w:rPr>
        <w:t>e</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r</w:t>
      </w:r>
      <w:r>
        <w:rPr>
          <w:b/>
          <w:color w:val="404040"/>
          <w:sz w:val="24"/>
          <w:rFonts w:ascii="Inter" w:hAnsi="Inter" w:eastAsia="Noto Sans CJK JP" w:cs="Noto Sans CJK JP"/>
        </w:rPr>
        <w:t>e</w:t>
      </w:r>
      <w:r>
        <w:rPr>
          <w:b/>
          <w:color w:val="404040"/>
          <w:sz w:val="24"/>
          <w:rFonts w:ascii="Inter" w:hAnsi="Inter" w:eastAsia="Noto Sans CJK JP" w:cs="Noto Sans CJK JP"/>
        </w:rPr>
        <w:t>q</w:t>
      </w:r>
      <w:r>
        <w:rPr>
          <w:b/>
          <w:color w:val="404040"/>
          <w:sz w:val="24"/>
          <w:rFonts w:ascii="Inter" w:hAnsi="Inter" w:eastAsia="Noto Sans CJK JP" w:cs="Noto Sans CJK JP"/>
        </w:rPr>
        <w:t>u</w:t>
      </w:r>
      <w:r>
        <w:rPr>
          <w:b/>
          <w:color w:val="404040"/>
          <w:sz w:val="24"/>
          <w:rFonts w:ascii="Inter" w:hAnsi="Inter" w:eastAsia="Noto Sans CJK JP" w:cs="Noto Sans CJK JP"/>
        </w:rPr>
        <w:t>i</w:t>
      </w:r>
      <w:r>
        <w:rPr>
          <w:b/>
          <w:color w:val="404040"/>
          <w:sz w:val="24"/>
          <w:rFonts w:ascii="Inter" w:hAnsi="Inter" w:eastAsia="Noto Sans CJK JP" w:cs="Noto Sans CJK JP"/>
        </w:rPr>
        <w:t>r</w:t>
      </w:r>
      <w:r>
        <w:rPr>
          <w:b/>
          <w:color w:val="404040"/>
          <w:sz w:val="24"/>
          <w:rFonts w:ascii="Inter" w:hAnsi="Inter" w:eastAsia="Noto Sans CJK JP" w:cs="Noto Sans CJK JP"/>
        </w:rPr>
        <w:t>e</w:t>
      </w:r>
      <w:r>
        <w:rPr>
          <w:b/>
          <w:color w:val="404040"/>
          <w:sz w:val="24"/>
          <w:rFonts w:ascii="Inter" w:hAnsi="Inter" w:eastAsia="Noto Sans CJK JP" w:cs="Noto Sans CJK JP"/>
        </w:rPr>
        <w:t>m</w:t>
      </w:r>
      <w:r>
        <w:rPr>
          <w:b/>
          <w:color w:val="404040"/>
          <w:sz w:val="24"/>
          <w:rFonts w:ascii="Inter" w:hAnsi="Inter" w:eastAsia="Noto Sans CJK JP" w:cs="Noto Sans CJK JP"/>
        </w:rPr>
        <w:t>e</w:t>
      </w:r>
      <w:r>
        <w:rPr>
          <w:b/>
          <w:color w:val="404040"/>
          <w:sz w:val="24"/>
          <w:rFonts w:ascii="Inter" w:hAnsi="Inter" w:eastAsia="Noto Sans CJK JP" w:cs="Noto Sans CJK JP"/>
        </w:rPr>
        <w:t>n</w:t>
      </w:r>
      <w:r>
        <w:rPr>
          <w:b/>
          <w:color w:val="404040"/>
          <w:sz w:val="24"/>
          <w:rFonts w:ascii="Inter" w:hAnsi="Inter" w:eastAsia="Noto Sans CJK JP" w:cs="Noto Sans CJK JP"/>
        </w:rPr>
        <w:t>t</w:t>
      </w:r>
      <w:r>
        <w:rPr>
          <w:b/>
          <w:color w:val="404040"/>
          <w:sz w:val="24"/>
          <w:rFonts w:ascii="Inter" w:hAnsi="Inter" w:eastAsia="Noto Sans CJK JP" w:cs="Noto Sans CJK JP"/>
        </w:rPr>
        <w:t>s</w:t>
      </w:r>
      <w:r>
        <w:rPr>
          <w:b/>
          <w:color w:val="404040"/>
          <w:sz w:val="24"/>
          <w:rFonts w:ascii="Inter" w:hAnsi="Inter" w:eastAsia="Noto Sans CJK JP" w:cs="Noto Sans CJK JP"/>
        </w:rPr>
        <w:t>:</w:t>
      </w:r>
    </w:p>
    <w:p>
      <w:pPr>
        <w:pStyle w:val="ListBullet2"/>
      </w:pP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9</w:t>
      </w:r>
      <w:r>
        <w:rPr>
          <w:color w:val="404040"/>
          <w:sz w:val="24"/>
          <w:rFonts w:ascii="Inter" w:hAnsi="Inter" w:eastAsia="Noto Sans CJK JP" w:cs="Noto Sans CJK JP"/>
        </w:rPr>
        <w:t>0</w:t>
      </w:r>
      <w:r>
        <w:rPr>
          <w:color w:val="404040"/>
          <w:sz w:val="24"/>
          <w:rFonts w:ascii="Inter" w:hAnsi="Inter" w:eastAsia="Noto Sans CJK JP" w:cs="Noto Sans CJK JP"/>
        </w:rPr>
        <w:t>–</w:t>
      </w:r>
      <w:r>
        <w:rPr>
          <w:color w:val="404040"/>
          <w:sz w:val="24"/>
          <w:rFonts w:ascii="Inter" w:hAnsi="Inter" w:eastAsia="Noto Sans CJK JP" w:cs="Noto Sans CJK JP"/>
        </w:rPr>
        <w:t>1</w:t>
      </w:r>
      <w:r>
        <w:rPr>
          <w:color w:val="404040"/>
          <w:sz w:val="24"/>
          <w:rFonts w:ascii="Inter" w:hAnsi="Inter" w:eastAsia="Noto Sans CJK JP" w:cs="Noto Sans CJK JP"/>
        </w:rPr>
        <w:t>1</w:t>
      </w:r>
      <w:r>
        <w:rPr>
          <w:color w:val="404040"/>
          <w:sz w:val="24"/>
          <w:rFonts w:ascii="Inter" w:hAnsi="Inter" w:eastAsia="Noto Sans CJK JP" w:cs="Noto Sans CJK JP"/>
        </w:rPr>
        <w:t>0</w:t>
      </w:r>
      <w:r>
        <w:rPr>
          <w:color w:val="404040"/>
          <w:sz w:val="24"/>
          <w:rFonts w:ascii="Inter" w:hAnsi="Inter" w:eastAsia="Noto Sans CJK JP" w:cs="Noto Sans CJK JP"/>
        </w:rPr>
        <w:t>°</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w:t>
      </w:r>
      <w:r>
        <w:rPr>
          <w:color w:val="404040"/>
          <w:sz w:val="24"/>
          <w:rFonts w:ascii="Inter" w:hAnsi="Inter" w:eastAsia="Noto Sans CJK JP" w:cs="Noto Sans CJK JP"/>
        </w:rPr>
        <w:t>3</w:t>
      </w:r>
      <w:r>
        <w:rPr>
          <w:color w:val="404040"/>
          <w:sz w:val="24"/>
          <w:rFonts w:ascii="Inter" w:hAnsi="Inter" w:eastAsia="Noto Sans CJK JP" w:cs="Noto Sans CJK JP"/>
        </w:rPr>
        <w:t>2</w:t>
      </w:r>
      <w:r>
        <w:rPr>
          <w:color w:val="404040"/>
          <w:sz w:val="24"/>
          <w:rFonts w:ascii="Inter" w:hAnsi="Inter" w:eastAsia="Noto Sans CJK JP" w:cs="Noto Sans CJK JP"/>
        </w:rPr>
        <w:t>–</w:t>
      </w:r>
      <w:r>
        <w:rPr>
          <w:color w:val="404040"/>
          <w:sz w:val="24"/>
          <w:rFonts w:ascii="Inter" w:hAnsi="Inter" w:eastAsia="Noto Sans CJK JP" w:cs="Noto Sans CJK JP"/>
        </w:rPr>
        <w:t>4</w:t>
      </w:r>
      <w:r>
        <w:rPr>
          <w:color w:val="404040"/>
          <w:sz w:val="24"/>
          <w:rFonts w:ascii="Inter" w:hAnsi="Inter" w:eastAsia="Noto Sans CJK JP" w:cs="Noto Sans CJK JP"/>
        </w:rPr>
        <w:t>3</w:t>
      </w:r>
      <w:r>
        <w:rPr>
          <w:color w:val="404040"/>
          <w:sz w:val="24"/>
          <w:rFonts w:ascii="Inter" w:hAnsi="Inter" w:eastAsia="Noto Sans CJK JP" w:cs="Noto Sans CJK JP"/>
        </w:rPr>
        <w:t>°</w:t>
      </w:r>
      <w:r>
        <w:rPr>
          <w:color w:val="404040"/>
          <w:sz w:val="24"/>
          <w:rFonts w:ascii="Inter" w:hAnsi="Inter" w:eastAsia="Noto Sans CJK JP" w:cs="Noto Sans CJK JP"/>
        </w:rPr>
        <w:t>C</w:t>
      </w:r>
      <w:r>
        <w:rPr>
          <w:color w:val="404040"/>
          <w:sz w:val="24"/>
          <w:rFonts w:ascii="Inter" w:hAnsi="Inter" w:eastAsia="Noto Sans CJK JP" w:cs="Noto Sans CJK JP"/>
        </w:rPr>
        <w:t>)</w:t>
      </w:r>
    </w:p>
    <w:p>
      <w:pPr>
        <w:pStyle w:val="ListBullet2"/>
      </w:pPr>
      <w:r>
        <w:rPr>
          <w:color w:val="404040"/>
          <w:sz w:val="24"/>
          <w:rFonts w:ascii="Inter" w:hAnsi="Inter" w:eastAsia="Noto Sans CJK JP" w:cs="Noto Sans CJK JP"/>
        </w:rPr>
        <w:t>S</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z</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u</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b</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u</w:t>
      </w:r>
      <w:r>
        <w:rPr>
          <w:color w:val="404040"/>
          <w:sz w:val="24"/>
          <w:rFonts w:ascii="Inter" w:hAnsi="Inter" w:eastAsia="Noto Sans CJK JP" w:cs="Noto Sans CJK JP"/>
        </w:rPr>
        <w:t>t</w:t>
      </w:r>
      <w:r>
        <w:rPr>
          <w:color w:val="404040"/>
          <w:sz w:val="24"/>
          <w:rFonts w:ascii="Inter" w:hAnsi="Inter" w:eastAsia="Noto Sans CJK JP" w:cs="Noto Sans CJK JP"/>
        </w:rPr>
        <w:t>e</w:t>
      </w:r>
    </w:p>
    <w:p>
      <w:pPr>
        <w:pStyle w:val="ListBullet2"/>
      </w:pP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p</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y</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2</w:t>
      </w:r>
      <w:r>
        <w:rPr>
          <w:color w:val="404040"/>
          <w:sz w:val="24"/>
          <w:rFonts w:ascii="Inter" w:hAnsi="Inter" w:eastAsia="Noto Sans CJK JP" w:cs="Noto Sans CJK JP"/>
        </w:rPr>
        <w:t xml:space="preserve"> </w:t>
      </w:r>
      <w:r>
        <w:rPr>
          <w:color w:val="404040"/>
          <w:sz w:val="24"/>
          <w:rFonts w:ascii="Inter" w:hAnsi="Inter" w:eastAsia="Noto Sans CJK JP" w:cs="Noto Sans CJK JP"/>
        </w:rPr>
        <w:t>g</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p</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p</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u</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p</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p>
    <w:p>
      <w:pP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q</w:t>
      </w:r>
      <w:r>
        <w:rPr>
          <w:color w:val="404040"/>
          <w:sz w:val="24"/>
          <w:rFonts w:ascii="Inter" w:hAnsi="Inter" w:eastAsia="Noto Sans CJK JP" w:cs="Noto Sans CJK JP"/>
        </w:rPr>
        <w:t>u</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l</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u</w:t>
      </w:r>
      <w:r>
        <w:rPr>
          <w:color w:val="404040"/>
          <w:sz w:val="24"/>
          <w:rFonts w:ascii="Inter" w:hAnsi="Inter" w:eastAsia="Noto Sans CJK JP" w:cs="Noto Sans CJK JP"/>
        </w:rPr>
        <w:t>f</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q</w:t>
      </w:r>
      <w:r>
        <w:rPr>
          <w:color w:val="404040"/>
          <w:sz w:val="24"/>
          <w:rFonts w:ascii="Inter" w:hAnsi="Inter" w:eastAsia="Noto Sans CJK JP" w:cs="Noto Sans CJK JP"/>
        </w:rPr>
        <w:t>u</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w:t>
      </w:r>
    </w:p>
    <w:p>
      <w:pPr>
        <w:pStyle w:val="Heading1"/>
        <w:keepNext/>
        <w:keepLines/>
        <w:outlineLvl w:val="0"/>
      </w:pPr>
      <w:r>
        <w:rPr>
          <w:b/>
          <w:color w:val="404040"/>
          <w:sz w:val="32"/>
          <w:rFonts w:ascii="Inter" w:hAnsi="Inter" w:eastAsia="Noto Sans CJK JP" w:cs="Noto Sans CJK JP"/>
        </w:rPr>
        <w:t>Safety Precautions</w:t>
      </w:r>
    </w:p>
    <w:p>
      <w:pPr>
        <w:pStyle w:val="ListBullet2"/>
      </w:pP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b</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z</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w</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w:t>
      </w:r>
    </w:p>
    <w:p>
      <w:pPr>
        <w:pStyle w:val="ListBullet2"/>
      </w:pP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v</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g</w:t>
      </w:r>
      <w:r>
        <w:rPr>
          <w:color w:val="404040"/>
          <w:sz w:val="24"/>
          <w:rFonts w:ascii="Inter" w:hAnsi="Inter" w:eastAsia="Noto Sans CJK JP" w:cs="Noto Sans CJK JP"/>
        </w:rPr>
        <w:t>u</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w:t>
      </w:r>
    </w:p>
    <w:p>
      <w:pPr>
        <w:pStyle w:val="ListBullet2"/>
      </w:pPr>
      <w:r>
        <w:rPr>
          <w:color w:val="404040"/>
          <w:sz w:val="24"/>
          <w:rFonts w:ascii="Inter" w:hAnsi="Inter" w:eastAsia="Noto Sans CJK JP" w:cs="Noto Sans CJK JP"/>
        </w:rPr>
        <w:t>T</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z</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y</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g</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b</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w:t>
      </w:r>
    </w:p>
    <w:p>
      <w:pPr>
        <w:pStyle w:val="ListBullet2"/>
      </w:pPr>
      <w:r>
        <w:rPr>
          <w:color w:val="404040"/>
          <w:sz w:val="24"/>
          <w:rFonts w:ascii="Inter" w:hAnsi="Inter" w:eastAsia="Noto Sans CJK JP" w:cs="Noto Sans CJK JP"/>
        </w:rPr>
        <w:t>T</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o</w:t>
      </w:r>
      <w:r>
        <w:rPr>
          <w:color w:val="404040"/>
          <w:sz w:val="24"/>
          <w:rFonts w:ascii="Inter" w:hAnsi="Inter" w:eastAsia="Noto Sans CJK JP" w:cs="Noto Sans CJK JP"/>
        </w:rPr>
        <w:t>w</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b/>
          <w:color w:val="404040"/>
          <w:sz w:val="24"/>
          <w:rFonts w:ascii="Inter" w:hAnsi="Inter" w:eastAsia="Noto Sans CJK JP" w:cs="Noto Sans CJK JP"/>
        </w:rPr>
        <w:t>M</w:t>
      </w:r>
      <w:r>
        <w:rPr>
          <w:b/>
          <w:color w:val="404040"/>
          <w:sz w:val="24"/>
          <w:rFonts w:ascii="Inter" w:hAnsi="Inter" w:eastAsia="Noto Sans CJK JP" w:cs="Noto Sans CJK JP"/>
        </w:rPr>
        <w:t>A</w:t>
      </w:r>
      <w:r>
        <w:rPr>
          <w:b/>
          <w:color w:val="404040"/>
          <w:sz w:val="24"/>
          <w:rFonts w:ascii="Inter" w:hAnsi="Inter" w:eastAsia="Noto Sans CJK JP" w:cs="Noto Sans CJK JP"/>
        </w:rPr>
        <w:t>I</w:t>
      </w:r>
      <w:r>
        <w:rPr>
          <w:b/>
          <w:color w:val="404040"/>
          <w:sz w:val="24"/>
          <w:rFonts w:ascii="Inter" w:hAnsi="Inter" w:eastAsia="Noto Sans CJK JP" w:cs="Noto Sans CJK JP"/>
        </w:rPr>
        <w:t>N</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P</w:t>
      </w:r>
      <w:r>
        <w:rPr>
          <w:b/>
          <w:color w:val="404040"/>
          <w:sz w:val="24"/>
          <w:rFonts w:ascii="Inter" w:hAnsi="Inter" w:eastAsia="Noto Sans CJK JP" w:cs="Noto Sans CJK JP"/>
        </w:rPr>
        <w:t>O</w:t>
      </w:r>
      <w:r>
        <w:rPr>
          <w:b/>
          <w:color w:val="404040"/>
          <w:sz w:val="24"/>
          <w:rFonts w:ascii="Inter" w:hAnsi="Inter" w:eastAsia="Noto Sans CJK JP" w:cs="Noto Sans CJK JP"/>
        </w:rPr>
        <w:t>W</w:t>
      </w:r>
      <w:r>
        <w:rPr>
          <w:b/>
          <w:color w:val="404040"/>
          <w:sz w:val="24"/>
          <w:rFonts w:ascii="Inter" w:hAnsi="Inter" w:eastAsia="Noto Sans CJK JP" w:cs="Noto Sans CJK JP"/>
        </w:rPr>
        <w:t>E</w:t>
      </w:r>
      <w:r>
        <w:rPr>
          <w:b/>
          <w:color w:val="404040"/>
          <w:sz w:val="24"/>
          <w:rFonts w:ascii="Inter" w:hAnsi="Inter" w:eastAsia="Noto Sans CJK JP" w:cs="Noto Sans CJK JP"/>
        </w:rPr>
        <w:t>R</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O</w:t>
      </w:r>
      <w:r>
        <w:rPr>
          <w:b/>
          <w:color w:val="404040"/>
          <w:sz w:val="24"/>
          <w:rFonts w:ascii="Inter" w:hAnsi="Inter" w:eastAsia="Noto Sans CJK JP" w:cs="Noto Sans CJK JP"/>
        </w:rPr>
        <w:t>N</w:t>
      </w:r>
      <w:r>
        <w:rPr>
          <w:b/>
          <w:color w:val="404040"/>
          <w:sz w:val="24"/>
          <w:rFonts w:ascii="Inter" w:hAnsi="Inter" w:eastAsia="Noto Sans CJK JP" w:cs="Noto Sans CJK JP"/>
        </w:rPr>
        <w:t>/</w:t>
      </w:r>
      <w:r>
        <w:rPr>
          <w:b/>
          <w:color w:val="404040"/>
          <w:sz w:val="24"/>
          <w:rFonts w:ascii="Inter" w:hAnsi="Inter" w:eastAsia="Noto Sans CJK JP" w:cs="Noto Sans CJK JP"/>
        </w:rPr>
        <w:t>O</w:t>
      </w:r>
      <w:r>
        <w:rPr>
          <w:b/>
          <w:color w:val="404040"/>
          <w:sz w:val="24"/>
          <w:rFonts w:ascii="Inter" w:hAnsi="Inter" w:eastAsia="Noto Sans CJK JP" w:cs="Noto Sans CJK JP"/>
        </w:rPr>
        <w:t>F</w:t>
      </w:r>
      <w:r>
        <w:rPr>
          <w:b/>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3</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w:t>
      </w:r>
    </w:p>
    <w:p>
      <w:pPr>
        <w:pStyle w:val="ListBullet2"/>
      </w:pP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b</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k</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m</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a</w:t>
      </w:r>
      <w:r>
        <w:rPr>
          <w:color w:val="404040"/>
          <w:sz w:val="24"/>
          <w:rFonts w:ascii="Inter" w:hAnsi="Inter" w:eastAsia="Noto Sans CJK JP" w:cs="Noto Sans CJK JP"/>
        </w:rPr>
        <w:t>f</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q</w:t>
      </w:r>
      <w:r>
        <w:rPr>
          <w:color w:val="404040"/>
          <w:sz w:val="24"/>
          <w:rFonts w:ascii="Inter" w:hAnsi="Inter" w:eastAsia="Noto Sans CJK JP" w:cs="Noto Sans CJK JP"/>
        </w:rPr>
        <w:t>u</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y</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i</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g</w:t>
      </w:r>
      <w:r>
        <w:rPr>
          <w:color w:val="404040"/>
          <w:sz w:val="24"/>
          <w:rFonts w:ascii="Inter" w:hAnsi="Inter" w:eastAsia="Noto Sans CJK JP" w:cs="Noto Sans CJK JP"/>
        </w:rPr>
        <w:t>h</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w:t>
      </w:r>
    </w:p>
    <w:p>
      <w:pPr>
        <w:pStyle w:val="ListBullet2"/>
        <w:keepNext/>
        <w:keepLines/>
      </w:pP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u</w:t>
      </w:r>
      <w:r>
        <w:rPr>
          <w:color w:val="404040"/>
          <w:sz w:val="24"/>
          <w:rFonts w:ascii="Inter" w:hAnsi="Inter" w:eastAsia="Noto Sans CJK JP" w:cs="Noto Sans CJK JP"/>
        </w:rPr>
        <w:t>b</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o</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q</w:t>
      </w:r>
      <w:r>
        <w:rPr>
          <w:color w:val="404040"/>
          <w:sz w:val="24"/>
          <w:rFonts w:ascii="Inter" w:hAnsi="Inter" w:eastAsia="Noto Sans CJK JP" w:cs="Noto Sans CJK JP"/>
        </w:rPr>
        <w:t>u</w:t>
      </w:r>
      <w:r>
        <w:rPr>
          <w:color w:val="404040"/>
          <w:sz w:val="24"/>
          <w:rFonts w:ascii="Inter" w:hAnsi="Inter" w:eastAsia="Noto Sans CJK JP" w:cs="Noto Sans CJK JP"/>
        </w:rPr>
        <w:t>i</w:t>
      </w:r>
      <w:r>
        <w:rPr>
          <w:color w:val="404040"/>
          <w:sz w:val="24"/>
          <w:rFonts w:ascii="Inter" w:hAnsi="Inter" w:eastAsia="Noto Sans CJK JP" w:cs="Noto Sans CJK JP"/>
        </w:rPr>
        <w:t>p</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q</w:t>
      </w:r>
      <w:r>
        <w:rPr>
          <w:color w:val="404040"/>
          <w:sz w:val="24"/>
          <w:rFonts w:ascii="Inter" w:hAnsi="Inter" w:eastAsia="Noto Sans CJK JP" w:cs="Noto Sans CJK JP"/>
        </w:rPr>
        <w:t>u</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t</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g</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u</w:t>
      </w:r>
      <w:r>
        <w:rPr>
          <w:color w:val="404040"/>
          <w:sz w:val="24"/>
          <w:rFonts w:ascii="Inter" w:hAnsi="Inter" w:eastAsia="Noto Sans CJK JP" w:cs="Noto Sans CJK JP"/>
        </w:rPr>
        <w:t>l</w:t>
      </w:r>
      <w:r>
        <w:rPr>
          <w:color w:val="404040"/>
          <w:sz w:val="24"/>
          <w:rFonts w:ascii="Inter" w:hAnsi="Inter" w:eastAsia="Noto Sans CJK JP" w:cs="Noto Sans CJK JP"/>
        </w:rPr>
        <w:t>t</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D</w:t>
      </w:r>
      <w:r>
        <w:rPr>
          <w:color w:val="404040"/>
          <w:sz w:val="24"/>
          <w:rFonts w:ascii="Inter" w:hAnsi="Inter" w:eastAsia="Noto Sans CJK JP" w:cs="Noto Sans CJK JP"/>
        </w:rPr>
        <w:t>A</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o</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r</w:t>
      </w:r>
      <w:r>
        <w:rPr>
          <w:color w:val="404040"/>
          <w:sz w:val="24"/>
          <w:rFonts w:ascii="Inter" w:hAnsi="Inter" w:eastAsia="Noto Sans CJK JP" w:cs="Noto Sans CJK JP"/>
        </w:rPr>
        <w:t>u</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d</w:t>
      </w:r>
      <w:r>
        <w:rPr>
          <w:color w:val="404040"/>
          <w:sz w:val="24"/>
          <w:rFonts w:ascii="Inter" w:hAnsi="Inter" w:eastAsia="Noto Sans CJK JP" w:cs="Noto Sans CJK JP"/>
        </w:rPr>
        <w:t>m</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w:t>
      </w:r>
      <w:r>
        <w:rPr>
          <w:color w:val="404040"/>
          <w:sz w:val="24"/>
          <w:rFonts w:ascii="Inter" w:hAnsi="Inter" w:eastAsia="Noto Sans CJK JP" w:cs="Noto Sans CJK JP"/>
        </w:rPr>
        <w:t>F</w:t>
      </w:r>
      <w:r>
        <w:rPr>
          <w:color w:val="404040"/>
          <w:sz w:val="24"/>
          <w:rFonts w:ascii="Inter" w:hAnsi="Inter" w:eastAsia="Noto Sans CJK JP" w:cs="Noto Sans CJK JP"/>
        </w:rPr>
        <w:t>D</w:t>
      </w:r>
      <w:r>
        <w:rPr>
          <w:color w:val="404040"/>
          <w:sz w:val="24"/>
          <w:rFonts w:ascii="Inter" w:hAnsi="Inter" w:eastAsia="Noto Sans CJK JP" w:cs="Noto Sans CJK JP"/>
        </w:rPr>
        <w:t>A</w:t>
      </w:r>
      <w:r>
        <w:rPr>
          <w:color w:val="404040"/>
          <w:sz w:val="24"/>
          <w:rFonts w:ascii="Inter" w:hAnsi="Inter" w:eastAsia="Noto Sans CJK JP" w:cs="Noto Sans CJK JP"/>
        </w:rPr>
        <w:t>)</w:t>
      </w:r>
      <w:r>
        <w:rPr>
          <w:color w:val="404040"/>
          <w:sz w:val="24"/>
          <w:rFonts w:ascii="Inter" w:hAnsi="Inter" w:eastAsia="Noto Sans CJK JP" w:cs="Noto Sans CJK JP"/>
        </w:rPr>
        <w:t>.</w:t>
      </w:r>
    </w:p>
    <w:p>
      <w:pPr>
        <w:keepNext/>
        <w:keepLines/>
        <w:jc w:val="center"/>
      </w:pPr>
      <w:r>
        <w:drawing>
          <wp:inline xmlns:a="http://schemas.openxmlformats.org/drawingml/2006/main" xmlns:pic="http://schemas.openxmlformats.org/drawingml/2006/picture">
            <wp:extent cx="5328000" cy="3041655"/>
            <wp:docPr id="7" name="Picture 7"/>
            <wp:cNvGraphicFramePr>
              <a:graphicFrameLocks noChangeAspect="1"/>
            </wp:cNvGraphicFramePr>
            <a:graphic>
              <a:graphicData uri="http://schemas.openxmlformats.org/drawingml/2006/picture">
                <pic:pic>
                  <pic:nvPicPr>
                    <pic:cNvPr id="0" name="image.jpg"/>
                    <pic:cNvPicPr/>
                  </pic:nvPicPr>
                  <pic:blipFill>
                    <a:blip r:embed="rId14"/>
                    <a:stretch>
                      <a:fillRect/>
                    </a:stretch>
                  </pic:blipFill>
                  <pic:spPr>
                    <a:xfrm>
                      <a:off x="0" y="0"/>
                      <a:ext cx="5328000" cy="3041655"/>
                    </a:xfrm>
                    <a:prstGeom prst="rect"/>
                  </pic:spPr>
                </pic:pic>
              </a:graphicData>
            </a:graphic>
          </wp:inline>
        </w:drawing>
      </w:r>
    </w:p>
    <w:p>
      <w:pPr>
        <w:pStyle w:val="Caption"/>
        <w:keepNext/>
        <w:keepLines/>
        <w:jc w:val="center"/>
      </w:pPr>
      <w:r>
        <w:rPr>
          <w:b/>
          <w:color w:val="404040"/>
        </w:rPr>
        <w:t>Text screen stating: "PLEASE NOTE THAT COMPLETE MACHINE DISASSEMBLY, CLEANING, AND SANITIZING PROCEDURES NEED TO BE FOLLOWED BEFORE USING THE MACHINE FOR THE FIRST TIME. ROUTINE CLEANING INTERVALS AND PROCEDURES MUST COMPLY WITH LOCAL AND STATE HEALTH REGULATIONS."</w:t>
      </w:r>
    </w:p>
    <w:p>
      <w:pPr>
        <w:keepNext/>
        <w:keepLines/>
        <w:jc w:val="center"/>
      </w:pPr>
      <w:r>
        <w:drawing>
          <wp:inline xmlns:a="http://schemas.openxmlformats.org/drawingml/2006/main" xmlns:pic="http://schemas.openxmlformats.org/drawingml/2006/picture">
            <wp:extent cx="5328000" cy="3041655"/>
            <wp:docPr id="8" name="Picture 8"/>
            <wp:cNvGraphicFramePr>
              <a:graphicFrameLocks noChangeAspect="1"/>
            </wp:cNvGraphicFramePr>
            <a:graphic>
              <a:graphicData uri="http://schemas.openxmlformats.org/drawingml/2006/picture">
                <pic:pic>
                  <pic:nvPicPr>
                    <pic:cNvPr id="0" name="image.jpg"/>
                    <pic:cNvPicPr/>
                  </pic:nvPicPr>
                  <pic:blipFill>
                    <a:blip r:embed="rId15"/>
                    <a:stretch>
                      <a:fillRect/>
                    </a:stretch>
                  </pic:blipFill>
                  <pic:spPr>
                    <a:xfrm>
                      <a:off x="0" y="0"/>
                      <a:ext cx="5328000" cy="3041655"/>
                    </a:xfrm>
                    <a:prstGeom prst="rect"/>
                  </pic:spPr>
                </pic:pic>
              </a:graphicData>
            </a:graphic>
          </wp:inline>
        </w:drawing>
      </w:r>
    </w:p>
    <w:p>
      <w:pPr>
        <w:pStyle w:val="Caption"/>
        <w:jc w:val="center"/>
      </w:pPr>
      <w:r>
        <w:rPr>
          <w:b/>
          <w:color w:val="404040"/>
        </w:rPr>
        <w:t>Close-up of the control panel display showing "LEFT OFF" and "RIGHT OFF" with all relevant buttons visible</w:t>
      </w:r>
    </w:p>
    <w:p>
      <w:pPr>
        <w:pStyle w:val="ListBullet2"/>
      </w:pP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u</w:t>
      </w:r>
      <w:r>
        <w:rPr>
          <w:color w:val="404040"/>
          <w:sz w:val="24"/>
          <w:rFonts w:ascii="Inter" w:hAnsi="Inter" w:eastAsia="Noto Sans CJK JP" w:cs="Noto Sans CJK JP"/>
        </w:rPr>
        <w:t>b</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d</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u</w:t>
      </w:r>
      <w:r>
        <w:rPr>
          <w:color w:val="404040"/>
          <w:sz w:val="24"/>
          <w:rFonts w:ascii="Inter" w:hAnsi="Inter" w:eastAsia="Noto Sans CJK JP" w:cs="Noto Sans CJK JP"/>
        </w:rPr>
        <w:t>f</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u</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w:t>
      </w:r>
    </w:p>
    <w:p>
      <w:pPr>
        <w:pStyle w:val="ListBullet2"/>
      </w:pPr>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g</w:t>
      </w:r>
      <w:r>
        <w:rPr>
          <w:color w:val="404040"/>
          <w:sz w:val="24"/>
          <w:rFonts w:ascii="Inter" w:hAnsi="Inter" w:eastAsia="Noto Sans CJK JP" w:cs="Noto Sans CJK JP"/>
        </w:rPr>
        <w:t>h</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b</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x</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f</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h</w:t>
      </w:r>
      <w:r>
        <w:rPr>
          <w:color w:val="404040"/>
          <w:sz w:val="24"/>
          <w:rFonts w:ascii="Inter" w:hAnsi="Inter" w:eastAsia="Noto Sans CJK JP" w:cs="Noto Sans CJK JP"/>
        </w:rPr>
        <w:t>.</w:t>
      </w:r>
    </w:p>
    <w:p>
      <w:pPr>
        <w:pStyle w:val="ListBullet2"/>
      </w:pPr>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g</w:t>
      </w:r>
      <w:r>
        <w:rPr>
          <w:color w:val="404040"/>
          <w:sz w:val="24"/>
          <w:rFonts w:ascii="Inter" w:hAnsi="Inter" w:eastAsia="Noto Sans CJK JP" w:cs="Noto Sans CJK JP"/>
        </w:rPr>
        <w:t>h</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k</w:t>
      </w: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b</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x</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w:t>
      </w:r>
    </w:p>
    <w:p>
      <w:pPr>
        <w:keepNext/>
        <w:keepLines/>
      </w:pP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d</w:t>
      </w:r>
      <w:r>
        <w:rPr>
          <w:color w:val="404040"/>
          <w:sz w:val="24"/>
          <w:rFonts w:ascii="Inter" w:hAnsi="Inter" w:eastAsia="Noto Sans CJK JP" w:cs="Noto Sans CJK JP"/>
        </w:rPr>
        <w:t>d</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k</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t</w:t>
      </w:r>
      <w:r>
        <w:rPr>
          <w:color w:val="404040"/>
          <w:sz w:val="24"/>
          <w:rFonts w:ascii="Inter" w:hAnsi="Inter" w:eastAsia="Noto Sans CJK JP" w:cs="Noto Sans CJK JP"/>
        </w:rPr>
        <w:t>/</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g</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t</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w:t>
      </w:r>
      <w:r>
        <w:rPr>
          <w:color w:val="404040"/>
          <w:sz w:val="24"/>
          <w:rFonts w:ascii="Inter" w:hAnsi="Inter" w:eastAsia="Noto Sans CJK JP" w:cs="Noto Sans CJK JP"/>
        </w:rPr>
        <w:t>f</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g</w:t>
      </w:r>
      <w:r>
        <w:rPr>
          <w:color w:val="404040"/>
          <w:sz w:val="24"/>
          <w:rFonts w:ascii="Inter" w:hAnsi="Inter" w:eastAsia="Noto Sans CJK JP" w:cs="Noto Sans CJK JP"/>
        </w:rPr>
        <w:t>n</w:t>
      </w:r>
      <w:r>
        <w:rPr>
          <w:color w:val="404040"/>
          <w:sz w:val="24"/>
          <w:rFonts w:ascii="Inter" w:hAnsi="Inter" w:eastAsia="Noto Sans CJK JP" w:cs="Noto Sans CJK JP"/>
        </w:rPr>
        <w:t>a</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q</w:t>
      </w:r>
      <w:r>
        <w:rPr>
          <w:color w:val="404040"/>
          <w:sz w:val="24"/>
          <w:rFonts w:ascii="Inter" w:hAnsi="Inter" w:eastAsia="Noto Sans CJK JP" w:cs="Noto Sans CJK JP"/>
        </w:rPr>
        <w:t>u</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l</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p</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w</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s</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z</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d</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d</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p</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b</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w:t>
      </w:r>
    </w:p>
    <w:p>
      <w:pPr>
        <w:keepNext/>
        <w:keepLines/>
        <w:jc w:val="center"/>
      </w:pPr>
      <w:r>
        <w:drawing>
          <wp:inline xmlns:a="http://schemas.openxmlformats.org/drawingml/2006/main" xmlns:pic="http://schemas.openxmlformats.org/drawingml/2006/picture">
            <wp:extent cx="5328000" cy="3041655"/>
            <wp:docPr id="9" name="Picture 9"/>
            <wp:cNvGraphicFramePr>
              <a:graphicFrameLocks noChangeAspect="1"/>
            </wp:cNvGraphicFramePr>
            <a:graphic>
              <a:graphicData uri="http://schemas.openxmlformats.org/drawingml/2006/picture">
                <pic:pic>
                  <pic:nvPicPr>
                    <pic:cNvPr id="0" name="image.jpg"/>
                    <pic:cNvPicPr/>
                  </pic:nvPicPr>
                  <pic:blipFill>
                    <a:blip r:embed="rId13"/>
                    <a:stretch>
                      <a:fillRect/>
                    </a:stretch>
                  </pic:blipFill>
                  <pic:spPr>
                    <a:xfrm>
                      <a:off x="0" y="0"/>
                      <a:ext cx="5328000" cy="3041655"/>
                    </a:xfrm>
                    <a:prstGeom prst="rect"/>
                  </pic:spPr>
                </pic:pic>
              </a:graphicData>
            </a:graphic>
          </wp:inline>
        </w:drawing>
      </w:r>
    </w:p>
    <w:p>
      <w:pPr>
        <w:pStyle w:val="Caption"/>
        <w:jc w:val="center"/>
      </w:pPr>
      <w:r>
        <w:rPr>
          <w:b/>
          <w:color w:val="404040"/>
        </w:rPr>
        <w:t>Text instructions: "The United States Department of Agriculture and the Food and Drug Administration require that lubricants used on food processing equipment be certified for this purpose. Use lubricants only in accordance with the manufacturer's instructions."</w:t>
      </w:r>
    </w:p>
    <w:p>
      <w:pPr>
        <w:pStyle w:val="Heading1"/>
        <w:keepNext/>
        <w:keepLines/>
        <w:outlineLvl w:val="0"/>
      </w:pPr>
      <w:r>
        <w:rPr>
          <w:b/>
          <w:color w:val="404040"/>
          <w:sz w:val="32"/>
          <w:rFonts w:ascii="Inter" w:hAnsi="Inter" w:eastAsia="Noto Sans CJK JP" w:cs="Noto Sans CJK JP"/>
        </w:rPr>
        <w:t>Cleaning Steps</w:t>
      </w:r>
    </w:p>
    <w:p>
      <w:pPr>
        <w:pStyle w:val="Heading2"/>
        <w:keepNext/>
        <w:keepLines/>
        <w:ind w:left="0"/>
        <w:outlineLvl w:val="1"/>
      </w:pPr>
      <w:r>
        <w:rPr>
          <w:b/>
          <w:color w:val="404040"/>
          <w:sz w:val="28"/>
          <w:rFonts w:ascii="Inter" w:hAnsi="Inter" w:eastAsia="Noto Sans CJK JP" w:cs="Noto Sans CJK JP"/>
        </w:rPr>
        <w:t>Step 1: Prepare for cleaning the soft serve machine</w:t>
      </w:r>
    </w:p>
    <w:p>
      <w:pPr/>
      <w:r>
        <w:br/>
      </w:r>
    </w:p>
    <w:p>
      <w:pPr>
        <w:pStyle w:val="ListNumber2"/>
      </w:pPr>
      <w:r>
        <w:rPr>
          <w:color w:val="404040"/>
          <w:sz w:val="24"/>
          <w:rFonts w:ascii="Inter" w:hAnsi="Inter" w:eastAsia="Noto Sans CJK JP" w:cs="Noto Sans CJK JP"/>
        </w:rPr>
        <w:t>G</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q</w:t>
      </w:r>
      <w:r>
        <w:rPr>
          <w:color w:val="404040"/>
          <w:sz w:val="24"/>
          <w:rFonts w:ascii="Inter" w:hAnsi="Inter" w:eastAsia="Noto Sans CJK JP" w:cs="Noto Sans CJK JP"/>
        </w:rPr>
        <w:t>u</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p</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b</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w:t>
      </w:r>
    </w:p>
    <w:p>
      <w:pPr>
        <w:pStyle w:val="ListNumber2"/>
        <w:keepNext/>
        <w:keepLines/>
      </w:pP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z</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o</w:t>
      </w:r>
      <w:r>
        <w:rPr>
          <w:color w:val="404040"/>
          <w:sz w:val="24"/>
          <w:rFonts w:ascii="Inter" w:hAnsi="Inter" w:eastAsia="Noto Sans CJK JP" w:cs="Noto Sans CJK JP"/>
        </w:rPr>
        <w:t>w</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2</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w</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w:t>
      </w:r>
    </w:p>
    <w:p>
      <w:pPr>
        <w:keepNext/>
        <w:keepLines/>
        <w:jc w:val="center"/>
      </w:pPr>
      <w:r>
        <w:drawing>
          <wp:inline xmlns:a="http://schemas.openxmlformats.org/drawingml/2006/main" xmlns:pic="http://schemas.openxmlformats.org/drawingml/2006/picture">
            <wp:extent cx="5328000" cy="3041655"/>
            <wp:docPr id="10" name="Picture 10"/>
            <wp:cNvGraphicFramePr>
              <a:graphicFrameLocks noChangeAspect="1"/>
            </wp:cNvGraphicFramePr>
            <a:graphic>
              <a:graphicData uri="http://schemas.openxmlformats.org/drawingml/2006/picture">
                <pic:pic>
                  <pic:nvPicPr>
                    <pic:cNvPr id="0" name="image.jpg"/>
                    <pic:cNvPicPr/>
                  </pic:nvPicPr>
                  <pic:blipFill>
                    <a:blip r:embed="rId16"/>
                    <a:stretch>
                      <a:fillRect/>
                    </a:stretch>
                  </pic:blipFill>
                  <pic:spPr>
                    <a:xfrm>
                      <a:off x="0" y="0"/>
                      <a:ext cx="5328000" cy="3041655"/>
                    </a:xfrm>
                    <a:prstGeom prst="rect"/>
                  </pic:spPr>
                </pic:pic>
              </a:graphicData>
            </a:graphic>
          </wp:inline>
        </w:drawing>
      </w:r>
    </w:p>
    <w:p>
      <w:pPr>
        <w:pStyle w:val="Caption"/>
        <w:jc w:val="center"/>
      </w:pPr>
      <w:r>
        <w:rPr>
          <w:b/>
          <w:color w:val="404040"/>
        </w:rPr>
        <w:t>A black screen with the white Stoelting logo and the text "A Vollrath Division" centered.</w:t>
      </w:r>
    </w:p>
    <w:p>
      <w:pPr/>
      <w:r>
        <w:br/>
      </w:r>
    </w:p>
    <w:p>
      <w:pPr>
        <w:pStyle w:val="ListNumber2"/>
        <w:keepNext/>
        <w:keepLines/>
      </w:pP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b/>
          <w:color w:val="404040"/>
          <w:sz w:val="24"/>
          <w:rFonts w:ascii="Inter" w:hAnsi="Inter" w:eastAsia="Noto Sans CJK JP" w:cs="Noto Sans CJK JP"/>
        </w:rPr>
        <w:t>O</w:t>
      </w:r>
      <w:r>
        <w:rPr>
          <w:b/>
          <w:color w:val="404040"/>
          <w:sz w:val="24"/>
          <w:rFonts w:ascii="Inter" w:hAnsi="Inter" w:eastAsia="Noto Sans CJK JP" w:cs="Noto Sans CJK JP"/>
        </w:rPr>
        <w:t>N</w:t>
      </w:r>
      <w:r>
        <w:rPr>
          <w:b/>
          <w:color w:val="404040"/>
          <w:sz w:val="24"/>
          <w:rFonts w:ascii="Inter" w:hAnsi="Inter" w:eastAsia="Noto Sans CJK JP" w:cs="Noto Sans CJK JP"/>
        </w:rPr>
        <w:t>/</w:t>
      </w:r>
      <w:r>
        <w:rPr>
          <w:b/>
          <w:color w:val="404040"/>
          <w:sz w:val="24"/>
          <w:rFonts w:ascii="Inter" w:hAnsi="Inter" w:eastAsia="Noto Sans CJK JP" w:cs="Noto Sans CJK JP"/>
        </w:rPr>
        <w:t>O</w:t>
      </w:r>
      <w:r>
        <w:rPr>
          <w:b/>
          <w:color w:val="404040"/>
          <w:sz w:val="24"/>
          <w:rFonts w:ascii="Inter" w:hAnsi="Inter" w:eastAsia="Noto Sans CJK JP" w:cs="Noto Sans CJK JP"/>
        </w:rPr>
        <w:t>F</w:t>
      </w:r>
      <w:r>
        <w:rPr>
          <w:b/>
          <w:color w:val="404040"/>
          <w:sz w:val="24"/>
          <w:rFonts w:ascii="Inter" w:hAnsi="Inter" w:eastAsia="Noto Sans CJK JP" w:cs="Noto Sans CJK JP"/>
        </w:rPr>
        <w:t>F</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L</w:t>
      </w:r>
      <w:r>
        <w:rPr>
          <w:b/>
          <w:color w:val="404040"/>
          <w:sz w:val="24"/>
          <w:rFonts w:ascii="Inter" w:hAnsi="Inter" w:eastAsia="Noto Sans CJK JP" w:cs="Noto Sans CJK JP"/>
        </w:rPr>
        <w:t>E</w:t>
      </w:r>
      <w:r>
        <w:rPr>
          <w:b/>
          <w:color w:val="404040"/>
          <w:sz w:val="24"/>
          <w:rFonts w:ascii="Inter" w:hAnsi="Inter" w:eastAsia="Noto Sans CJK JP" w:cs="Noto Sans CJK JP"/>
        </w:rPr>
        <w:t>F</w:t>
      </w:r>
      <w:r>
        <w:rPr>
          <w:b/>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b/>
          <w:color w:val="404040"/>
          <w:sz w:val="24"/>
          <w:rFonts w:ascii="Inter" w:hAnsi="Inter" w:eastAsia="Noto Sans CJK JP" w:cs="Noto Sans CJK JP"/>
        </w:rPr>
        <w:t>O</w:t>
      </w:r>
      <w:r>
        <w:rPr>
          <w:b/>
          <w:color w:val="404040"/>
          <w:sz w:val="24"/>
          <w:rFonts w:ascii="Inter" w:hAnsi="Inter" w:eastAsia="Noto Sans CJK JP" w:cs="Noto Sans CJK JP"/>
        </w:rPr>
        <w:t>N</w:t>
      </w:r>
      <w:r>
        <w:rPr>
          <w:b/>
          <w:color w:val="404040"/>
          <w:sz w:val="24"/>
          <w:rFonts w:ascii="Inter" w:hAnsi="Inter" w:eastAsia="Noto Sans CJK JP" w:cs="Noto Sans CJK JP"/>
        </w:rPr>
        <w:t>/</w:t>
      </w:r>
      <w:r>
        <w:rPr>
          <w:b/>
          <w:color w:val="404040"/>
          <w:sz w:val="24"/>
          <w:rFonts w:ascii="Inter" w:hAnsi="Inter" w:eastAsia="Noto Sans CJK JP" w:cs="Noto Sans CJK JP"/>
        </w:rPr>
        <w:t>O</w:t>
      </w:r>
      <w:r>
        <w:rPr>
          <w:b/>
          <w:color w:val="404040"/>
          <w:sz w:val="24"/>
          <w:rFonts w:ascii="Inter" w:hAnsi="Inter" w:eastAsia="Noto Sans CJK JP" w:cs="Noto Sans CJK JP"/>
        </w:rPr>
        <w:t>F</w:t>
      </w:r>
      <w:r>
        <w:rPr>
          <w:b/>
          <w:color w:val="404040"/>
          <w:sz w:val="24"/>
          <w:rFonts w:ascii="Inter" w:hAnsi="Inter" w:eastAsia="Noto Sans CJK JP" w:cs="Noto Sans CJK JP"/>
        </w:rPr>
        <w:t>F</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R</w:t>
      </w:r>
      <w:r>
        <w:rPr>
          <w:b/>
          <w:color w:val="404040"/>
          <w:sz w:val="24"/>
          <w:rFonts w:ascii="Inter" w:hAnsi="Inter" w:eastAsia="Noto Sans CJK JP" w:cs="Noto Sans CJK JP"/>
        </w:rPr>
        <w:t>I</w:t>
      </w:r>
      <w:r>
        <w:rPr>
          <w:b/>
          <w:color w:val="404040"/>
          <w:sz w:val="24"/>
          <w:rFonts w:ascii="Inter" w:hAnsi="Inter" w:eastAsia="Noto Sans CJK JP" w:cs="Noto Sans CJK JP"/>
        </w:rPr>
        <w:t>G</w:t>
      </w:r>
      <w:r>
        <w:rPr>
          <w:b/>
          <w:color w:val="404040"/>
          <w:sz w:val="24"/>
          <w:rFonts w:ascii="Inter" w:hAnsi="Inter" w:eastAsia="Noto Sans CJK JP" w:cs="Noto Sans CJK JP"/>
        </w:rPr>
        <w:t>H</w:t>
      </w:r>
      <w:r>
        <w:rPr>
          <w:b/>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z</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y</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l</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w</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y</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F</w:t>
      </w:r>
      <w:r>
        <w:rPr>
          <w:color w:val="404040"/>
          <w:sz w:val="24"/>
          <w:rFonts w:ascii="Inter" w:hAnsi="Inter" w:eastAsia="Noto Sans CJK JP" w:cs="Noto Sans CJK JP"/>
        </w:rPr>
        <w:t>"</w:t>
      </w:r>
      <w:r>
        <w:rPr>
          <w:color w:val="404040"/>
          <w:sz w:val="24"/>
          <w:rFonts w:ascii="Inter" w:hAnsi="Inter" w:eastAsia="Noto Sans CJK JP" w:cs="Noto Sans CJK JP"/>
        </w:rPr>
        <w:t>.</w:t>
      </w:r>
    </w:p>
    <w:p>
      <w:pPr>
        <w:keepNext/>
        <w:keepLines/>
        <w:jc w:val="center"/>
      </w:pPr>
      <w:r>
        <w:drawing>
          <wp:inline xmlns:a="http://schemas.openxmlformats.org/drawingml/2006/main" xmlns:pic="http://schemas.openxmlformats.org/drawingml/2006/picture">
            <wp:extent cx="5328000" cy="3041655"/>
            <wp:docPr id="11" name="Picture 11"/>
            <wp:cNvGraphicFramePr>
              <a:graphicFrameLocks noChangeAspect="1"/>
            </wp:cNvGraphicFramePr>
            <a:graphic>
              <a:graphicData uri="http://schemas.openxmlformats.org/drawingml/2006/picture">
                <pic:pic>
                  <pic:nvPicPr>
                    <pic:cNvPr id="0" name="image.jpg"/>
                    <pic:cNvPicPr/>
                  </pic:nvPicPr>
                  <pic:blipFill>
                    <a:blip r:embed="rId12"/>
                    <a:stretch>
                      <a:fillRect/>
                    </a:stretch>
                  </pic:blipFill>
                  <pic:spPr>
                    <a:xfrm>
                      <a:off x="0" y="0"/>
                      <a:ext cx="5328000" cy="3041655"/>
                    </a:xfrm>
                    <a:prstGeom prst="rect"/>
                  </pic:spPr>
                </pic:pic>
              </a:graphicData>
            </a:graphic>
          </wp:inline>
        </w:drawing>
      </w:r>
    </w:p>
    <w:p>
      <w:pPr>
        <w:pStyle w:val="Caption"/>
        <w:jc w:val="center"/>
      </w:pPr>
      <w:r>
        <w:rPr>
          <w:b/>
          <w:color w:val="404040"/>
        </w:rPr>
        <w:t>A hand pressing and holding the "MAIN POWER ON/OFF" button on the control panel, with the display still lit</w:t>
      </w:r>
    </w:p>
    <w:p>
      <w:pPr>
        <w:pStyle w:val="Heading2"/>
        <w:keepNext/>
        <w:keepLines/>
        <w:ind w:left="0"/>
        <w:outlineLvl w:val="1"/>
      </w:pPr>
      <w:r>
        <w:rPr>
          <w:b/>
          <w:color w:val="404040"/>
          <w:sz w:val="28"/>
          <w:rFonts w:ascii="Inter" w:hAnsi="Inter" w:eastAsia="Noto Sans CJK JP" w:cs="Noto Sans CJK JP"/>
        </w:rPr>
        <w:t>Step 2: Run the initial cleaning cycle</w:t>
      </w:r>
    </w:p>
    <w:p>
      <w:pPr/>
      <w:r>
        <w:br/>
      </w:r>
    </w:p>
    <w:p>
      <w:pPr>
        <w:pStyle w:val="ListNumber2"/>
      </w:pP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b/>
          <w:color w:val="404040"/>
          <w:sz w:val="24"/>
          <w:rFonts w:ascii="Inter" w:hAnsi="Inter" w:eastAsia="Noto Sans CJK JP" w:cs="Noto Sans CJK JP"/>
        </w:rPr>
        <w:t>C</w:t>
      </w:r>
      <w:r>
        <w:rPr>
          <w:b/>
          <w:color w:val="404040"/>
          <w:sz w:val="24"/>
          <w:rFonts w:ascii="Inter" w:hAnsi="Inter" w:eastAsia="Noto Sans CJK JP" w:cs="Noto Sans CJK JP"/>
        </w:rPr>
        <w:t>L</w:t>
      </w:r>
      <w:r>
        <w:rPr>
          <w:b/>
          <w:color w:val="404040"/>
          <w:sz w:val="24"/>
          <w:rFonts w:ascii="Inter" w:hAnsi="Inter" w:eastAsia="Noto Sans CJK JP" w:cs="Noto Sans CJK JP"/>
        </w:rPr>
        <w:t>E</w:t>
      </w:r>
      <w:r>
        <w:rPr>
          <w:b/>
          <w:color w:val="404040"/>
          <w:sz w:val="24"/>
          <w:rFonts w:ascii="Inter" w:hAnsi="Inter" w:eastAsia="Noto Sans CJK JP" w:cs="Noto Sans CJK JP"/>
        </w:rPr>
        <w:t>A</w:t>
      </w:r>
      <w:r>
        <w:rPr>
          <w:b/>
          <w:color w:val="404040"/>
          <w:sz w:val="24"/>
          <w:rFonts w:ascii="Inter" w:hAnsi="Inter" w:eastAsia="Noto Sans CJK JP" w:cs="Noto Sans CJK JP"/>
        </w:rPr>
        <w:t>N</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L</w:t>
      </w:r>
      <w:r>
        <w:rPr>
          <w:b/>
          <w:color w:val="404040"/>
          <w:sz w:val="24"/>
          <w:rFonts w:ascii="Inter" w:hAnsi="Inter" w:eastAsia="Noto Sans CJK JP" w:cs="Noto Sans CJK JP"/>
        </w:rPr>
        <w:t>E</w:t>
      </w:r>
      <w:r>
        <w:rPr>
          <w:b/>
          <w:color w:val="404040"/>
          <w:sz w:val="24"/>
          <w:rFonts w:ascii="Inter" w:hAnsi="Inter" w:eastAsia="Noto Sans CJK JP" w:cs="Noto Sans CJK JP"/>
        </w:rPr>
        <w:t>F</w:t>
      </w:r>
      <w:r>
        <w:rPr>
          <w:b/>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b/>
          <w:color w:val="404040"/>
          <w:sz w:val="24"/>
          <w:rFonts w:ascii="Inter" w:hAnsi="Inter" w:eastAsia="Noto Sans CJK JP" w:cs="Noto Sans CJK JP"/>
        </w:rPr>
        <w:t>C</w:t>
      </w:r>
      <w:r>
        <w:rPr>
          <w:b/>
          <w:color w:val="404040"/>
          <w:sz w:val="24"/>
          <w:rFonts w:ascii="Inter" w:hAnsi="Inter" w:eastAsia="Noto Sans CJK JP" w:cs="Noto Sans CJK JP"/>
        </w:rPr>
        <w:t>L</w:t>
      </w:r>
      <w:r>
        <w:rPr>
          <w:b/>
          <w:color w:val="404040"/>
          <w:sz w:val="24"/>
          <w:rFonts w:ascii="Inter" w:hAnsi="Inter" w:eastAsia="Noto Sans CJK JP" w:cs="Noto Sans CJK JP"/>
        </w:rPr>
        <w:t>E</w:t>
      </w:r>
      <w:r>
        <w:rPr>
          <w:b/>
          <w:color w:val="404040"/>
          <w:sz w:val="24"/>
          <w:rFonts w:ascii="Inter" w:hAnsi="Inter" w:eastAsia="Noto Sans CJK JP" w:cs="Noto Sans CJK JP"/>
        </w:rPr>
        <w:t>A</w:t>
      </w:r>
      <w:r>
        <w:rPr>
          <w:b/>
          <w:color w:val="404040"/>
          <w:sz w:val="24"/>
          <w:rFonts w:ascii="Inter" w:hAnsi="Inter" w:eastAsia="Noto Sans CJK JP" w:cs="Noto Sans CJK JP"/>
        </w:rPr>
        <w:t>N</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R</w:t>
      </w:r>
      <w:r>
        <w:rPr>
          <w:b/>
          <w:color w:val="404040"/>
          <w:sz w:val="24"/>
          <w:rFonts w:ascii="Inter" w:hAnsi="Inter" w:eastAsia="Noto Sans CJK JP" w:cs="Noto Sans CJK JP"/>
        </w:rPr>
        <w:t>I</w:t>
      </w:r>
      <w:r>
        <w:rPr>
          <w:b/>
          <w:color w:val="404040"/>
          <w:sz w:val="24"/>
          <w:rFonts w:ascii="Inter" w:hAnsi="Inter" w:eastAsia="Noto Sans CJK JP" w:cs="Noto Sans CJK JP"/>
        </w:rPr>
        <w:t>G</w:t>
      </w:r>
      <w:r>
        <w:rPr>
          <w:b/>
          <w:color w:val="404040"/>
          <w:sz w:val="24"/>
          <w:rFonts w:ascii="Inter" w:hAnsi="Inter" w:eastAsia="Noto Sans CJK JP" w:cs="Noto Sans CJK JP"/>
        </w:rPr>
        <w:t>H</w:t>
      </w:r>
      <w:r>
        <w:rPr>
          <w:b/>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y</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w</w:t>
      </w:r>
      <w:r>
        <w:rPr>
          <w:color w:val="404040"/>
          <w:sz w:val="24"/>
          <w:rFonts w:ascii="Inter" w:hAnsi="Inter" w:eastAsia="Noto Sans CJK JP" w:cs="Noto Sans CJK JP"/>
        </w:rPr>
        <w:t xml:space="preserve"> </w:t>
      </w:r>
      <w:r>
        <w:rPr>
          <w:color w:val="404040"/>
          <w:sz w:val="24"/>
          <w:rFonts w:ascii="Inter" w:hAnsi="Inter" w:eastAsia="Noto Sans CJK JP" w:cs="Noto Sans CJK JP"/>
        </w:rPr>
        <w:t>"</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F</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G</w:t>
      </w:r>
      <w:r>
        <w:rPr>
          <w:color w:val="404040"/>
          <w:sz w:val="24"/>
          <w:rFonts w:ascii="Inter" w:hAnsi="Inter" w:eastAsia="Noto Sans CJK JP" w:cs="Noto Sans CJK JP"/>
        </w:rPr>
        <w:t>H</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w:t>
      </w:r>
    </w:p>
    <w:p>
      <w:pPr>
        <w:pStyle w:val="ListNumber2"/>
      </w:pP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p</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p</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i</w:t>
      </w:r>
      <w:r>
        <w:rPr>
          <w:color w:val="404040"/>
          <w:sz w:val="24"/>
          <w:rFonts w:ascii="Inter" w:hAnsi="Inter" w:eastAsia="Noto Sans CJK JP" w:cs="Noto Sans CJK JP"/>
        </w:rPr>
        <w:t>x</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g</w:t>
      </w:r>
      <w:r>
        <w:rPr>
          <w:color w:val="404040"/>
          <w:sz w:val="24"/>
          <w:rFonts w:ascii="Inter" w:hAnsi="Inter" w:eastAsia="Noto Sans CJK JP" w:cs="Noto Sans CJK JP"/>
        </w:rPr>
        <w:t>u</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p</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s</w:t>
      </w:r>
      <w:r>
        <w:rPr>
          <w:color w:val="404040"/>
          <w:sz w:val="24"/>
          <w:rFonts w:ascii="Inter" w:hAnsi="Inter" w:eastAsia="Noto Sans CJK JP" w:cs="Noto Sans CJK JP"/>
        </w:rPr>
        <w:t>.</w:t>
      </w:r>
    </w:p>
    <w:p>
      <w:pPr>
        <w:pStyle w:val="ListNumber2"/>
      </w:pP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p</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x</w:t>
      </w:r>
      <w:r>
        <w:rPr>
          <w:color w:val="404040"/>
          <w:sz w:val="24"/>
          <w:rFonts w:ascii="Inter" w:hAnsi="Inter" w:eastAsia="Noto Sans CJK JP" w:cs="Noto Sans CJK JP"/>
        </w:rPr>
        <w:t>i</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5</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u</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f</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y</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p</w:t>
      </w:r>
      <w:r>
        <w:rPr>
          <w:color w:val="404040"/>
          <w:sz w:val="24"/>
          <w:rFonts w:ascii="Inter" w:hAnsi="Inter" w:eastAsia="Noto Sans CJK JP" w:cs="Noto Sans CJK JP"/>
        </w:rPr>
        <w:t>i</w:t>
      </w:r>
      <w:r>
        <w:rPr>
          <w:color w:val="404040"/>
          <w:sz w:val="24"/>
          <w:rFonts w:ascii="Inter" w:hAnsi="Inter" w:eastAsia="Noto Sans CJK JP" w:cs="Noto Sans CJK JP"/>
        </w:rPr>
        <w:t>g</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i</w:t>
      </w:r>
      <w:r>
        <w:rPr>
          <w:color w:val="404040"/>
          <w:sz w:val="24"/>
          <w:rFonts w:ascii="Inter" w:hAnsi="Inter" w:eastAsia="Noto Sans CJK JP" w:cs="Noto Sans CJK JP"/>
        </w:rPr>
        <w:t>x</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w:t>
      </w:r>
    </w:p>
    <w:p>
      <w:pPr>
        <w:pStyle w:val="ListNumber2"/>
      </w:pP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b/>
          <w:color w:val="404040"/>
          <w:sz w:val="24"/>
          <w:rFonts w:ascii="Inter" w:hAnsi="Inter" w:eastAsia="Noto Sans CJK JP" w:cs="Noto Sans CJK JP"/>
        </w:rPr>
        <w:t>C</w:t>
      </w:r>
      <w:r>
        <w:rPr>
          <w:b/>
          <w:color w:val="404040"/>
          <w:sz w:val="24"/>
          <w:rFonts w:ascii="Inter" w:hAnsi="Inter" w:eastAsia="Noto Sans CJK JP" w:cs="Noto Sans CJK JP"/>
        </w:rPr>
        <w:t>L</w:t>
      </w:r>
      <w:r>
        <w:rPr>
          <w:b/>
          <w:color w:val="404040"/>
          <w:sz w:val="24"/>
          <w:rFonts w:ascii="Inter" w:hAnsi="Inter" w:eastAsia="Noto Sans CJK JP" w:cs="Noto Sans CJK JP"/>
        </w:rPr>
        <w:t>E</w:t>
      </w:r>
      <w:r>
        <w:rPr>
          <w:b/>
          <w:color w:val="404040"/>
          <w:sz w:val="24"/>
          <w:rFonts w:ascii="Inter" w:hAnsi="Inter" w:eastAsia="Noto Sans CJK JP" w:cs="Noto Sans CJK JP"/>
        </w:rPr>
        <w:t>A</w:t>
      </w:r>
      <w:r>
        <w:rPr>
          <w:b/>
          <w:color w:val="404040"/>
          <w:sz w:val="24"/>
          <w:rFonts w:ascii="Inter" w:hAnsi="Inter" w:eastAsia="Noto Sans CJK JP" w:cs="Noto Sans CJK JP"/>
        </w:rPr>
        <w:t>N</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L</w:t>
      </w:r>
      <w:r>
        <w:rPr>
          <w:b/>
          <w:color w:val="404040"/>
          <w:sz w:val="24"/>
          <w:rFonts w:ascii="Inter" w:hAnsi="Inter" w:eastAsia="Noto Sans CJK JP" w:cs="Noto Sans CJK JP"/>
        </w:rPr>
        <w:t>E</w:t>
      </w:r>
      <w:r>
        <w:rPr>
          <w:b/>
          <w:color w:val="404040"/>
          <w:sz w:val="24"/>
          <w:rFonts w:ascii="Inter" w:hAnsi="Inter" w:eastAsia="Noto Sans CJK JP" w:cs="Noto Sans CJK JP"/>
        </w:rPr>
        <w:t>F</w:t>
      </w:r>
      <w:r>
        <w:rPr>
          <w:b/>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b/>
          <w:color w:val="404040"/>
          <w:sz w:val="24"/>
          <w:rFonts w:ascii="Inter" w:hAnsi="Inter" w:eastAsia="Noto Sans CJK JP" w:cs="Noto Sans CJK JP"/>
        </w:rPr>
        <w:t>C</w:t>
      </w:r>
      <w:r>
        <w:rPr>
          <w:b/>
          <w:color w:val="404040"/>
          <w:sz w:val="24"/>
          <w:rFonts w:ascii="Inter" w:hAnsi="Inter" w:eastAsia="Noto Sans CJK JP" w:cs="Noto Sans CJK JP"/>
        </w:rPr>
        <w:t>L</w:t>
      </w:r>
      <w:r>
        <w:rPr>
          <w:b/>
          <w:color w:val="404040"/>
          <w:sz w:val="24"/>
          <w:rFonts w:ascii="Inter" w:hAnsi="Inter" w:eastAsia="Noto Sans CJK JP" w:cs="Noto Sans CJK JP"/>
        </w:rPr>
        <w:t>E</w:t>
      </w:r>
      <w:r>
        <w:rPr>
          <w:b/>
          <w:color w:val="404040"/>
          <w:sz w:val="24"/>
          <w:rFonts w:ascii="Inter" w:hAnsi="Inter" w:eastAsia="Noto Sans CJK JP" w:cs="Noto Sans CJK JP"/>
        </w:rPr>
        <w:t>A</w:t>
      </w:r>
      <w:r>
        <w:rPr>
          <w:b/>
          <w:color w:val="404040"/>
          <w:sz w:val="24"/>
          <w:rFonts w:ascii="Inter" w:hAnsi="Inter" w:eastAsia="Noto Sans CJK JP" w:cs="Noto Sans CJK JP"/>
        </w:rPr>
        <w:t>N</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R</w:t>
      </w:r>
      <w:r>
        <w:rPr>
          <w:b/>
          <w:color w:val="404040"/>
          <w:sz w:val="24"/>
          <w:rFonts w:ascii="Inter" w:hAnsi="Inter" w:eastAsia="Noto Sans CJK JP" w:cs="Noto Sans CJK JP"/>
        </w:rPr>
        <w:t>I</w:t>
      </w:r>
      <w:r>
        <w:rPr>
          <w:b/>
          <w:color w:val="404040"/>
          <w:sz w:val="24"/>
          <w:rFonts w:ascii="Inter" w:hAnsi="Inter" w:eastAsia="Noto Sans CJK JP" w:cs="Noto Sans CJK JP"/>
        </w:rPr>
        <w:t>G</w:t>
      </w:r>
      <w:r>
        <w:rPr>
          <w:b/>
          <w:color w:val="404040"/>
          <w:sz w:val="24"/>
          <w:rFonts w:ascii="Inter" w:hAnsi="Inter" w:eastAsia="Noto Sans CJK JP" w:cs="Noto Sans CJK JP"/>
        </w:rPr>
        <w:t>H</w:t>
      </w:r>
      <w:r>
        <w:rPr>
          <w:b/>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g</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p</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f</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w:t>
      </w:r>
    </w:p>
    <w:p>
      <w:pPr>
        <w:pStyle w:val="ListNumber2"/>
      </w:pPr>
      <w:r>
        <w:rPr>
          <w:color w:val="404040"/>
          <w:sz w:val="24"/>
          <w:rFonts w:ascii="Inter" w:hAnsi="Inter" w:eastAsia="Noto Sans CJK JP" w:cs="Noto Sans CJK JP"/>
        </w:rPr>
        <w:t>P</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2</w:t>
      </w:r>
      <w:r>
        <w:rPr>
          <w:color w:val="404040"/>
          <w:sz w:val="24"/>
          <w:rFonts w:ascii="Inter" w:hAnsi="Inter" w:eastAsia="Noto Sans CJK JP" w:cs="Noto Sans CJK JP"/>
        </w:rPr>
        <w:t xml:space="preserve"> </w:t>
      </w:r>
      <w:r>
        <w:rPr>
          <w:color w:val="404040"/>
          <w:sz w:val="24"/>
          <w:rFonts w:ascii="Inter" w:hAnsi="Inter" w:eastAsia="Noto Sans CJK JP" w:cs="Noto Sans CJK JP"/>
        </w:rPr>
        <w:t>g</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p</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p</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u</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p</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f</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b</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w:t>
      </w:r>
    </w:p>
    <w:p>
      <w:pPr>
        <w:pStyle w:val="ListNumber2"/>
        <w:keepNext/>
        <w:keepLines/>
      </w:pP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b/>
          <w:color w:val="404040"/>
          <w:sz w:val="24"/>
          <w:rFonts w:ascii="Inter" w:hAnsi="Inter" w:eastAsia="Noto Sans CJK JP" w:cs="Noto Sans CJK JP"/>
        </w:rPr>
        <w:t>C</w:t>
      </w:r>
      <w:r>
        <w:rPr>
          <w:b/>
          <w:color w:val="404040"/>
          <w:sz w:val="24"/>
          <w:rFonts w:ascii="Inter" w:hAnsi="Inter" w:eastAsia="Noto Sans CJK JP" w:cs="Noto Sans CJK JP"/>
        </w:rPr>
        <w:t>L</w:t>
      </w:r>
      <w:r>
        <w:rPr>
          <w:b/>
          <w:color w:val="404040"/>
          <w:sz w:val="24"/>
          <w:rFonts w:ascii="Inter" w:hAnsi="Inter" w:eastAsia="Noto Sans CJK JP" w:cs="Noto Sans CJK JP"/>
        </w:rPr>
        <w:t>E</w:t>
      </w:r>
      <w:r>
        <w:rPr>
          <w:b/>
          <w:color w:val="404040"/>
          <w:sz w:val="24"/>
          <w:rFonts w:ascii="Inter" w:hAnsi="Inter" w:eastAsia="Noto Sans CJK JP" w:cs="Noto Sans CJK JP"/>
        </w:rPr>
        <w:t>A</w:t>
      </w:r>
      <w:r>
        <w:rPr>
          <w:b/>
          <w:color w:val="404040"/>
          <w:sz w:val="24"/>
          <w:rFonts w:ascii="Inter" w:hAnsi="Inter" w:eastAsia="Noto Sans CJK JP" w:cs="Noto Sans CJK JP"/>
        </w:rPr>
        <w:t>N</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L</w:t>
      </w:r>
      <w:r>
        <w:rPr>
          <w:b/>
          <w:color w:val="404040"/>
          <w:sz w:val="24"/>
          <w:rFonts w:ascii="Inter" w:hAnsi="Inter" w:eastAsia="Noto Sans CJK JP" w:cs="Noto Sans CJK JP"/>
        </w:rPr>
        <w:t>E</w:t>
      </w:r>
      <w:r>
        <w:rPr>
          <w:b/>
          <w:color w:val="404040"/>
          <w:sz w:val="24"/>
          <w:rFonts w:ascii="Inter" w:hAnsi="Inter" w:eastAsia="Noto Sans CJK JP" w:cs="Noto Sans CJK JP"/>
        </w:rPr>
        <w:t>F</w:t>
      </w:r>
      <w:r>
        <w:rPr>
          <w:b/>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b/>
          <w:color w:val="404040"/>
          <w:sz w:val="24"/>
          <w:rFonts w:ascii="Inter" w:hAnsi="Inter" w:eastAsia="Noto Sans CJK JP" w:cs="Noto Sans CJK JP"/>
        </w:rPr>
        <w:t>C</w:t>
      </w:r>
      <w:r>
        <w:rPr>
          <w:b/>
          <w:color w:val="404040"/>
          <w:sz w:val="24"/>
          <w:rFonts w:ascii="Inter" w:hAnsi="Inter" w:eastAsia="Noto Sans CJK JP" w:cs="Noto Sans CJK JP"/>
        </w:rPr>
        <w:t>L</w:t>
      </w:r>
      <w:r>
        <w:rPr>
          <w:b/>
          <w:color w:val="404040"/>
          <w:sz w:val="24"/>
          <w:rFonts w:ascii="Inter" w:hAnsi="Inter" w:eastAsia="Noto Sans CJK JP" w:cs="Noto Sans CJK JP"/>
        </w:rPr>
        <w:t>E</w:t>
      </w:r>
      <w:r>
        <w:rPr>
          <w:b/>
          <w:color w:val="404040"/>
          <w:sz w:val="24"/>
          <w:rFonts w:ascii="Inter" w:hAnsi="Inter" w:eastAsia="Noto Sans CJK JP" w:cs="Noto Sans CJK JP"/>
        </w:rPr>
        <w:t>A</w:t>
      </w:r>
      <w:r>
        <w:rPr>
          <w:b/>
          <w:color w:val="404040"/>
          <w:sz w:val="24"/>
          <w:rFonts w:ascii="Inter" w:hAnsi="Inter" w:eastAsia="Noto Sans CJK JP" w:cs="Noto Sans CJK JP"/>
        </w:rPr>
        <w:t>N</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R</w:t>
      </w:r>
      <w:r>
        <w:rPr>
          <w:b/>
          <w:color w:val="404040"/>
          <w:sz w:val="24"/>
          <w:rFonts w:ascii="Inter" w:hAnsi="Inter" w:eastAsia="Noto Sans CJK JP" w:cs="Noto Sans CJK JP"/>
        </w:rPr>
        <w:t>I</w:t>
      </w:r>
      <w:r>
        <w:rPr>
          <w:b/>
          <w:color w:val="404040"/>
          <w:sz w:val="24"/>
          <w:rFonts w:ascii="Inter" w:hAnsi="Inter" w:eastAsia="Noto Sans CJK JP" w:cs="Noto Sans CJK JP"/>
        </w:rPr>
        <w:t>G</w:t>
      </w:r>
      <w:r>
        <w:rPr>
          <w:b/>
          <w:color w:val="404040"/>
          <w:sz w:val="24"/>
          <w:rFonts w:ascii="Inter" w:hAnsi="Inter" w:eastAsia="Noto Sans CJK JP" w:cs="Noto Sans CJK JP"/>
        </w:rPr>
        <w:t>H</w:t>
      </w:r>
      <w:r>
        <w:rPr>
          <w:b/>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g</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w</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3</w:t>
      </w:r>
      <w:r>
        <w:rPr>
          <w:color w:val="404040"/>
          <w:sz w:val="24"/>
          <w:rFonts w:ascii="Inter" w:hAnsi="Inter" w:eastAsia="Noto Sans CJK JP" w:cs="Noto Sans CJK JP"/>
        </w:rPr>
        <w:t>0</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r</w:t>
      </w:r>
      <w:r>
        <w:rPr>
          <w:color w:val="404040"/>
          <w:sz w:val="24"/>
          <w:rFonts w:ascii="Inter" w:hAnsi="Inter" w:eastAsia="Noto Sans CJK JP" w:cs="Noto Sans CJK JP"/>
        </w:rPr>
        <w:t>u</w:t>
      </w:r>
      <w:r>
        <w:rPr>
          <w:color w:val="404040"/>
          <w:sz w:val="24"/>
          <w:rFonts w:ascii="Inter" w:hAnsi="Inter" w:eastAsia="Noto Sans CJK JP" w:cs="Noto Sans CJK JP"/>
        </w:rPr>
        <w:t>b</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p</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g</w:t>
      </w:r>
      <w:r>
        <w:rPr>
          <w:color w:val="404040"/>
          <w:sz w:val="24"/>
          <w:rFonts w:ascii="Inter" w:hAnsi="Inter" w:eastAsia="Noto Sans CJK JP" w:cs="Noto Sans CJK JP"/>
        </w:rPr>
        <w:t>h</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r</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h</w:t>
      </w:r>
      <w:r>
        <w:rPr>
          <w:color w:val="404040"/>
          <w:sz w:val="24"/>
          <w:rFonts w:ascii="Inter" w:hAnsi="Inter" w:eastAsia="Noto Sans CJK JP" w:cs="Noto Sans CJK JP"/>
        </w:rPr>
        <w:t>.</w:t>
      </w:r>
    </w:p>
    <w:p>
      <w:pPr>
        <w:keepNext/>
        <w:keepLines/>
        <w:jc w:val="center"/>
      </w:pPr>
      <w:r>
        <w:drawing>
          <wp:inline xmlns:a="http://schemas.openxmlformats.org/drawingml/2006/main" xmlns:pic="http://schemas.openxmlformats.org/drawingml/2006/picture">
            <wp:extent cx="5328000" cy="3041655"/>
            <wp:docPr id="12" name="Picture 12"/>
            <wp:cNvGraphicFramePr>
              <a:graphicFrameLocks noChangeAspect="1"/>
            </wp:cNvGraphicFramePr>
            <a:graphic>
              <a:graphicData uri="http://schemas.openxmlformats.org/drawingml/2006/picture">
                <pic:pic>
                  <pic:nvPicPr>
                    <pic:cNvPr id="0" name="image.jpg"/>
                    <pic:cNvPicPr/>
                  </pic:nvPicPr>
                  <pic:blipFill>
                    <a:blip r:embed="rId14"/>
                    <a:stretch>
                      <a:fillRect/>
                    </a:stretch>
                  </pic:blipFill>
                  <pic:spPr>
                    <a:xfrm>
                      <a:off x="0" y="0"/>
                      <a:ext cx="5328000" cy="3041655"/>
                    </a:xfrm>
                    <a:prstGeom prst="rect"/>
                  </pic:spPr>
                </pic:pic>
              </a:graphicData>
            </a:graphic>
          </wp:inline>
        </w:drawing>
      </w:r>
    </w:p>
    <w:p>
      <w:pPr>
        <w:pStyle w:val="Caption"/>
        <w:keepNext/>
        <w:keepLines/>
        <w:jc w:val="center"/>
      </w:pPr>
      <w:r>
        <w:rPr>
          <w:b/>
          <w:color w:val="404040"/>
        </w:rPr>
        <w:t>A set of cleaning supplies including a green bucket labeled "Stera Sheen Sanitizer &amp; Cleaner (Milkstone Remover)", a large white cleaning brush, a small tube, a packet of sanitizer, and a clean white cloth arranged on a white surface</w:t>
      </w:r>
    </w:p>
    <w:p>
      <w:pPr>
        <w:keepNext/>
        <w:keepLines/>
        <w:jc w:val="center"/>
      </w:pPr>
      <w:r>
        <w:drawing>
          <wp:inline xmlns:a="http://schemas.openxmlformats.org/drawingml/2006/main" xmlns:pic="http://schemas.openxmlformats.org/drawingml/2006/picture">
            <wp:extent cx="5328000" cy="3041655"/>
            <wp:docPr id="13" name="Picture 13"/>
            <wp:cNvGraphicFramePr>
              <a:graphicFrameLocks noChangeAspect="1"/>
            </wp:cNvGraphicFramePr>
            <a:graphic>
              <a:graphicData uri="http://schemas.openxmlformats.org/drawingml/2006/picture">
                <pic:pic>
                  <pic:nvPicPr>
                    <pic:cNvPr id="0" name="image.jpg"/>
                    <pic:cNvPicPr/>
                  </pic:nvPicPr>
                  <pic:blipFill>
                    <a:blip r:embed="rId14"/>
                    <a:stretch>
                      <a:fillRect/>
                    </a:stretch>
                  </pic:blipFill>
                  <pic:spPr>
                    <a:xfrm>
                      <a:off x="0" y="0"/>
                      <a:ext cx="5328000" cy="3041655"/>
                    </a:xfrm>
                    <a:prstGeom prst="rect"/>
                  </pic:spPr>
                </pic:pic>
              </a:graphicData>
            </a:graphic>
          </wp:inline>
        </w:drawing>
      </w:r>
    </w:p>
    <w:p>
      <w:pPr>
        <w:pStyle w:val="Caption"/>
        <w:jc w:val="center"/>
      </w:pPr>
      <w:r>
        <w:rPr>
          <w:b/>
          <w:color w:val="404040"/>
        </w:rPr>
        <w:t>Front view of the soft serve machine with the control panel display lit up, showing the machine is powered on</w:t>
      </w:r>
    </w:p>
    <w:p>
      <w:pPr/>
      <w:r>
        <w:br/>
      </w:r>
    </w:p>
    <w:p>
      <w:pPr>
        <w:pStyle w:val="ListNumber2"/>
      </w:pPr>
      <w:r>
        <w:rPr>
          <w:color w:val="404040"/>
          <w:sz w:val="24"/>
          <w:rFonts w:ascii="Inter" w:hAnsi="Inter" w:eastAsia="Noto Sans CJK JP" w:cs="Noto Sans CJK JP"/>
        </w:rPr>
        <w:t>D</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u</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p</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p</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u</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y</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w:t>
      </w:r>
    </w:p>
    <w:p>
      <w:pPr>
        <w:pStyle w:val="Heading2"/>
        <w:keepNext/>
        <w:keepLines/>
        <w:ind w:left="0"/>
        <w:outlineLvl w:val="1"/>
      </w:pPr>
      <w:r>
        <w:rPr>
          <w:b/>
          <w:color w:val="404040"/>
          <w:sz w:val="28"/>
          <w:rFonts w:ascii="Inter" w:hAnsi="Inter" w:eastAsia="Noto Sans CJK JP" w:cs="Noto Sans CJK JP"/>
        </w:rPr>
        <w:t>Step 3: Disassemble the machine</w:t>
      </w:r>
    </w:p>
    <w:p>
      <w:pPr/>
      <w:r>
        <w:br/>
      </w:r>
    </w:p>
    <w:p>
      <w:pPr>
        <w:pStyle w:val="ListNumber2"/>
      </w:pP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b/>
          <w:color w:val="404040"/>
          <w:sz w:val="24"/>
          <w:rFonts w:ascii="Inter" w:hAnsi="Inter" w:eastAsia="Noto Sans CJK JP" w:cs="Noto Sans CJK JP"/>
        </w:rPr>
        <w:t>C</w:t>
      </w:r>
      <w:r>
        <w:rPr>
          <w:b/>
          <w:color w:val="404040"/>
          <w:sz w:val="24"/>
          <w:rFonts w:ascii="Inter" w:hAnsi="Inter" w:eastAsia="Noto Sans CJK JP" w:cs="Noto Sans CJK JP"/>
        </w:rPr>
        <w:t>L</w:t>
      </w:r>
      <w:r>
        <w:rPr>
          <w:b/>
          <w:color w:val="404040"/>
          <w:sz w:val="24"/>
          <w:rFonts w:ascii="Inter" w:hAnsi="Inter" w:eastAsia="Noto Sans CJK JP" w:cs="Noto Sans CJK JP"/>
        </w:rPr>
        <w:t>E</w:t>
      </w:r>
      <w:r>
        <w:rPr>
          <w:b/>
          <w:color w:val="404040"/>
          <w:sz w:val="24"/>
          <w:rFonts w:ascii="Inter" w:hAnsi="Inter" w:eastAsia="Noto Sans CJK JP" w:cs="Noto Sans CJK JP"/>
        </w:rPr>
        <w:t>A</w:t>
      </w:r>
      <w:r>
        <w:rPr>
          <w:b/>
          <w:color w:val="404040"/>
          <w:sz w:val="24"/>
          <w:rFonts w:ascii="Inter" w:hAnsi="Inter" w:eastAsia="Noto Sans CJK JP" w:cs="Noto Sans CJK JP"/>
        </w:rPr>
        <w:t>N</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L</w:t>
      </w:r>
      <w:r>
        <w:rPr>
          <w:b/>
          <w:color w:val="404040"/>
          <w:sz w:val="24"/>
          <w:rFonts w:ascii="Inter" w:hAnsi="Inter" w:eastAsia="Noto Sans CJK JP" w:cs="Noto Sans CJK JP"/>
        </w:rPr>
        <w:t>E</w:t>
      </w:r>
      <w:r>
        <w:rPr>
          <w:b/>
          <w:color w:val="404040"/>
          <w:sz w:val="24"/>
          <w:rFonts w:ascii="Inter" w:hAnsi="Inter" w:eastAsia="Noto Sans CJK JP" w:cs="Noto Sans CJK JP"/>
        </w:rPr>
        <w:t>F</w:t>
      </w:r>
      <w:r>
        <w:rPr>
          <w:b/>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b/>
          <w:color w:val="404040"/>
          <w:sz w:val="24"/>
          <w:rFonts w:ascii="Inter" w:hAnsi="Inter" w:eastAsia="Noto Sans CJK JP" w:cs="Noto Sans CJK JP"/>
        </w:rPr>
        <w:t>C</w:t>
      </w:r>
      <w:r>
        <w:rPr>
          <w:b/>
          <w:color w:val="404040"/>
          <w:sz w:val="24"/>
          <w:rFonts w:ascii="Inter" w:hAnsi="Inter" w:eastAsia="Noto Sans CJK JP" w:cs="Noto Sans CJK JP"/>
        </w:rPr>
        <w:t>L</w:t>
      </w:r>
      <w:r>
        <w:rPr>
          <w:b/>
          <w:color w:val="404040"/>
          <w:sz w:val="24"/>
          <w:rFonts w:ascii="Inter" w:hAnsi="Inter" w:eastAsia="Noto Sans CJK JP" w:cs="Noto Sans CJK JP"/>
        </w:rPr>
        <w:t>E</w:t>
      </w:r>
      <w:r>
        <w:rPr>
          <w:b/>
          <w:color w:val="404040"/>
          <w:sz w:val="24"/>
          <w:rFonts w:ascii="Inter" w:hAnsi="Inter" w:eastAsia="Noto Sans CJK JP" w:cs="Noto Sans CJK JP"/>
        </w:rPr>
        <w:t>A</w:t>
      </w:r>
      <w:r>
        <w:rPr>
          <w:b/>
          <w:color w:val="404040"/>
          <w:sz w:val="24"/>
          <w:rFonts w:ascii="Inter" w:hAnsi="Inter" w:eastAsia="Noto Sans CJK JP" w:cs="Noto Sans CJK JP"/>
        </w:rPr>
        <w:t>N</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R</w:t>
      </w:r>
      <w:r>
        <w:rPr>
          <w:b/>
          <w:color w:val="404040"/>
          <w:sz w:val="24"/>
          <w:rFonts w:ascii="Inter" w:hAnsi="Inter" w:eastAsia="Noto Sans CJK JP" w:cs="Noto Sans CJK JP"/>
        </w:rPr>
        <w:t>I</w:t>
      </w:r>
      <w:r>
        <w:rPr>
          <w:b/>
          <w:color w:val="404040"/>
          <w:sz w:val="24"/>
          <w:rFonts w:ascii="Inter" w:hAnsi="Inter" w:eastAsia="Noto Sans CJK JP" w:cs="Noto Sans CJK JP"/>
        </w:rPr>
        <w:t>G</w:t>
      </w:r>
      <w:r>
        <w:rPr>
          <w:b/>
          <w:color w:val="404040"/>
          <w:sz w:val="24"/>
          <w:rFonts w:ascii="Inter" w:hAnsi="Inter" w:eastAsia="Noto Sans CJK JP" w:cs="Noto Sans CJK JP"/>
        </w:rPr>
        <w:t>H</w:t>
      </w:r>
      <w:r>
        <w:rPr>
          <w:b/>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p</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w</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F</w:t>
      </w:r>
      <w:r>
        <w:rPr>
          <w:color w:val="404040"/>
          <w:sz w:val="24"/>
          <w:rFonts w:ascii="Inter" w:hAnsi="Inter" w:eastAsia="Noto Sans CJK JP" w:cs="Noto Sans CJK JP"/>
        </w:rPr>
        <w:t>"</w:t>
      </w:r>
      <w:r>
        <w:rPr>
          <w:color w:val="404040"/>
          <w:sz w:val="24"/>
          <w:rFonts w:ascii="Inter" w:hAnsi="Inter" w:eastAsia="Noto Sans CJK JP" w:cs="Noto Sans CJK JP"/>
        </w:rPr>
        <w:t>.</w:t>
      </w:r>
    </w:p>
    <w:p>
      <w:pPr>
        <w:pStyle w:val="ListNumber2"/>
      </w:pP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y</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b</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k</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m</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w:t>
      </w:r>
    </w:p>
    <w:p>
      <w:pPr>
        <w:pStyle w:val="ListNumber2"/>
        <w:keepNext/>
        <w:keepLines/>
      </w:pP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t</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p</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z</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y</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f</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b</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d</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p</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w:t>
      </w:r>
    </w:p>
    <w:p>
      <w:pPr>
        <w:keepNext/>
        <w:keepLines/>
        <w:jc w:val="center"/>
      </w:pPr>
      <w:r>
        <w:drawing>
          <wp:inline xmlns:a="http://schemas.openxmlformats.org/drawingml/2006/main" xmlns:pic="http://schemas.openxmlformats.org/drawingml/2006/picture">
            <wp:extent cx="5328000" cy="3041655"/>
            <wp:docPr id="14" name="Picture 14"/>
            <wp:cNvGraphicFramePr>
              <a:graphicFrameLocks noChangeAspect="1"/>
            </wp:cNvGraphicFramePr>
            <a:graphic>
              <a:graphicData uri="http://schemas.openxmlformats.org/drawingml/2006/picture">
                <pic:pic>
                  <pic:nvPicPr>
                    <pic:cNvPr id="0" name="image.jpg"/>
                    <pic:cNvPicPr/>
                  </pic:nvPicPr>
                  <pic:blipFill>
                    <a:blip r:embed="rId15"/>
                    <a:stretch>
                      <a:fillRect/>
                    </a:stretch>
                  </pic:blipFill>
                  <pic:spPr>
                    <a:xfrm>
                      <a:off x="0" y="0"/>
                      <a:ext cx="5328000" cy="3041655"/>
                    </a:xfrm>
                    <a:prstGeom prst="rect"/>
                  </pic:spPr>
                </pic:pic>
              </a:graphicData>
            </a:graphic>
          </wp:inline>
        </w:drawing>
      </w:r>
    </w:p>
    <w:p>
      <w:pPr>
        <w:pStyle w:val="Caption"/>
        <w:jc w:val="center"/>
      </w:pPr>
      <w:r>
        <w:rPr>
          <w:b/>
          <w:color w:val="404040"/>
        </w:rPr>
        <w:t>All disassembled parts neatly arranged in the hopper cover compartments, showing clear organization for identification and transport</w:t>
      </w:r>
    </w:p>
    <w:p>
      <w:pPr/>
      <w:r>
        <w:br/>
      </w:r>
    </w:p>
    <w:p>
      <w:pPr>
        <w:pStyle w:val="ListNumber2"/>
      </w:pP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b/>
          <w:color w:val="404040"/>
          <w:sz w:val="24"/>
          <w:rFonts w:ascii="Inter" w:hAnsi="Inter" w:eastAsia="Noto Sans CJK JP" w:cs="Noto Sans CJK JP"/>
        </w:rPr>
        <w:t>M</w:t>
      </w:r>
      <w:r>
        <w:rPr>
          <w:b/>
          <w:color w:val="404040"/>
          <w:sz w:val="24"/>
          <w:rFonts w:ascii="Inter" w:hAnsi="Inter" w:eastAsia="Noto Sans CJK JP" w:cs="Noto Sans CJK JP"/>
        </w:rPr>
        <w:t>A</w:t>
      </w:r>
      <w:r>
        <w:rPr>
          <w:b/>
          <w:color w:val="404040"/>
          <w:sz w:val="24"/>
          <w:rFonts w:ascii="Inter" w:hAnsi="Inter" w:eastAsia="Noto Sans CJK JP" w:cs="Noto Sans CJK JP"/>
        </w:rPr>
        <w:t>I</w:t>
      </w:r>
      <w:r>
        <w:rPr>
          <w:b/>
          <w:color w:val="404040"/>
          <w:sz w:val="24"/>
          <w:rFonts w:ascii="Inter" w:hAnsi="Inter" w:eastAsia="Noto Sans CJK JP" w:cs="Noto Sans CJK JP"/>
        </w:rPr>
        <w:t>N</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P</w:t>
      </w:r>
      <w:r>
        <w:rPr>
          <w:b/>
          <w:color w:val="404040"/>
          <w:sz w:val="24"/>
          <w:rFonts w:ascii="Inter" w:hAnsi="Inter" w:eastAsia="Noto Sans CJK JP" w:cs="Noto Sans CJK JP"/>
        </w:rPr>
        <w:t>O</w:t>
      </w:r>
      <w:r>
        <w:rPr>
          <w:b/>
          <w:color w:val="404040"/>
          <w:sz w:val="24"/>
          <w:rFonts w:ascii="Inter" w:hAnsi="Inter" w:eastAsia="Noto Sans CJK JP" w:cs="Noto Sans CJK JP"/>
        </w:rPr>
        <w:t>W</w:t>
      </w:r>
      <w:r>
        <w:rPr>
          <w:b/>
          <w:color w:val="404040"/>
          <w:sz w:val="24"/>
          <w:rFonts w:ascii="Inter" w:hAnsi="Inter" w:eastAsia="Noto Sans CJK JP" w:cs="Noto Sans CJK JP"/>
        </w:rPr>
        <w:t>E</w:t>
      </w:r>
      <w:r>
        <w:rPr>
          <w:b/>
          <w:color w:val="404040"/>
          <w:sz w:val="24"/>
          <w:rFonts w:ascii="Inter" w:hAnsi="Inter" w:eastAsia="Noto Sans CJK JP" w:cs="Noto Sans CJK JP"/>
        </w:rPr>
        <w:t>R</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O</w:t>
      </w:r>
      <w:r>
        <w:rPr>
          <w:b/>
          <w:color w:val="404040"/>
          <w:sz w:val="24"/>
          <w:rFonts w:ascii="Inter" w:hAnsi="Inter" w:eastAsia="Noto Sans CJK JP" w:cs="Noto Sans CJK JP"/>
        </w:rPr>
        <w:t>N</w:t>
      </w:r>
      <w:r>
        <w:rPr>
          <w:b/>
          <w:color w:val="404040"/>
          <w:sz w:val="24"/>
          <w:rFonts w:ascii="Inter" w:hAnsi="Inter" w:eastAsia="Noto Sans CJK JP" w:cs="Noto Sans CJK JP"/>
        </w:rPr>
        <w:t>/</w:t>
      </w:r>
      <w:r>
        <w:rPr>
          <w:b/>
          <w:color w:val="404040"/>
          <w:sz w:val="24"/>
          <w:rFonts w:ascii="Inter" w:hAnsi="Inter" w:eastAsia="Noto Sans CJK JP" w:cs="Noto Sans CJK JP"/>
        </w:rPr>
        <w:t>O</w:t>
      </w:r>
      <w:r>
        <w:rPr>
          <w:b/>
          <w:color w:val="404040"/>
          <w:sz w:val="24"/>
          <w:rFonts w:ascii="Inter" w:hAnsi="Inter" w:eastAsia="Noto Sans CJK JP" w:cs="Noto Sans CJK JP"/>
        </w:rPr>
        <w:t>F</w:t>
      </w:r>
      <w:r>
        <w:rPr>
          <w:b/>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3</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o</w:t>
      </w:r>
      <w:r>
        <w:rPr>
          <w:color w:val="404040"/>
          <w:sz w:val="24"/>
          <w:rFonts w:ascii="Inter" w:hAnsi="Inter" w:eastAsia="Noto Sans CJK JP" w:cs="Noto Sans CJK JP"/>
        </w:rPr>
        <w:t>w</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w</w:t>
      </w:r>
      <w:r>
        <w:rPr>
          <w:color w:val="404040"/>
          <w:sz w:val="24"/>
          <w:rFonts w:ascii="Inter" w:hAnsi="Inter" w:eastAsia="Noto Sans CJK JP" w:cs="Noto Sans CJK JP"/>
        </w:rPr>
        <w:t>n</w:t>
      </w:r>
      <w:r>
        <w:rPr>
          <w:color w:val="404040"/>
          <w:sz w:val="24"/>
          <w:rFonts w:ascii="Inter" w:hAnsi="Inter" w:eastAsia="Noto Sans CJK JP" w:cs="Noto Sans CJK JP"/>
        </w:rPr>
        <w:t>.</w:t>
      </w:r>
    </w:p>
    <w:p>
      <w:pPr>
        <w:pStyle w:val="ListNumber2"/>
      </w:pP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p</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p</w:t>
      </w:r>
      <w:r>
        <w:rPr>
          <w:color w:val="404040"/>
          <w:sz w:val="24"/>
          <w:rFonts w:ascii="Inter" w:hAnsi="Inter" w:eastAsia="Noto Sans CJK JP" w:cs="Noto Sans CJK JP"/>
        </w:rPr>
        <w:t>i</w:t>
      </w:r>
      <w:r>
        <w:rPr>
          <w:color w:val="404040"/>
          <w:sz w:val="24"/>
          <w:rFonts w:ascii="Inter" w:hAnsi="Inter" w:eastAsia="Noto Sans CJK JP" w:cs="Noto Sans CJK JP"/>
        </w:rPr>
        <w:t>g</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x</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w</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k</w:t>
      </w: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b</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f</w:t>
      </w:r>
      <w:r>
        <w:rPr>
          <w:color w:val="404040"/>
          <w:sz w:val="24"/>
          <w:rFonts w:ascii="Inter" w:hAnsi="Inter" w:eastAsia="Noto Sans CJK JP" w:cs="Noto Sans CJK JP"/>
        </w:rPr>
        <w:t>u</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u</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w:t>
      </w:r>
    </w:p>
    <w:p>
      <w:pPr>
        <w:pStyle w:val="ListNumber2"/>
      </w:pP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b</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w</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u</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g</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w:t>
      </w:r>
    </w:p>
    <w:p>
      <w:pPr>
        <w:pStyle w:val="ListNumber2"/>
      </w:pP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u</w:t>
      </w:r>
      <w:r>
        <w:rPr>
          <w:color w:val="404040"/>
          <w:sz w:val="24"/>
          <w:rFonts w:ascii="Inter" w:hAnsi="Inter" w:eastAsia="Noto Sans CJK JP" w:cs="Noto Sans CJK JP"/>
        </w:rPr>
        <w:t>b</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w</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q</w:t>
      </w:r>
      <w:r>
        <w:rPr>
          <w:color w:val="404040"/>
          <w:sz w:val="24"/>
          <w:rFonts w:ascii="Inter" w:hAnsi="Inter" w:eastAsia="Noto Sans CJK JP" w:cs="Noto Sans CJK JP"/>
        </w:rPr>
        <w:t>u</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z</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p</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o</w:t>
      </w:r>
      <w:r>
        <w:rPr>
          <w:color w:val="404040"/>
          <w:sz w:val="24"/>
          <w:rFonts w:ascii="Inter" w:hAnsi="Inter" w:eastAsia="Noto Sans CJK JP" w:cs="Noto Sans CJK JP"/>
        </w:rPr>
        <w:t>p</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g</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w:t>
      </w:r>
    </w:p>
    <w:p>
      <w:pPr>
        <w:pStyle w:val="ListNumber2"/>
      </w:pP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p</w:t>
      </w:r>
      <w:r>
        <w:rPr>
          <w:color w:val="404040"/>
          <w:sz w:val="24"/>
          <w:rFonts w:ascii="Inter" w:hAnsi="Inter" w:eastAsia="Noto Sans CJK JP" w:cs="Noto Sans CJK JP"/>
        </w:rPr>
        <w:t>p</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f</w:t>
      </w:r>
      <w:r>
        <w:rPr>
          <w:color w:val="404040"/>
          <w:sz w:val="24"/>
          <w:rFonts w:ascii="Inter" w:hAnsi="Inter" w:eastAsia="Noto Sans CJK JP" w:cs="Noto Sans CJK JP"/>
        </w:rPr>
        <w:t>u</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u</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b</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z</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y</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p</w:t>
      </w:r>
      <w:r>
        <w:rPr>
          <w:color w:val="404040"/>
          <w:sz w:val="24"/>
          <w:rFonts w:ascii="Inter" w:hAnsi="Inter" w:eastAsia="Noto Sans CJK JP" w:cs="Noto Sans CJK JP"/>
        </w:rPr>
        <w:t>p</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e</w:t>
      </w:r>
      <w:r>
        <w:rPr>
          <w:color w:val="404040"/>
          <w:sz w:val="24"/>
          <w:rFonts w:ascii="Inter" w:hAnsi="Inter" w:eastAsia="Noto Sans CJK JP" w:cs="Noto Sans CJK JP"/>
        </w:rPr>
        <w:t>i</w:t>
      </w:r>
      <w:r>
        <w:rPr>
          <w:color w:val="404040"/>
          <w:sz w:val="24"/>
          <w:rFonts w:ascii="Inter" w:hAnsi="Inter" w:eastAsia="Noto Sans CJK JP" w:cs="Noto Sans CJK JP"/>
        </w:rPr>
        <w:t>g</w:t>
      </w:r>
      <w:r>
        <w:rPr>
          <w:color w:val="404040"/>
          <w:sz w:val="24"/>
          <w:rFonts w:ascii="Inter" w:hAnsi="Inter" w:eastAsia="Noto Sans CJK JP" w:cs="Noto Sans CJK JP"/>
        </w:rPr>
        <w:t>h</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y</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w:t>
      </w:r>
    </w:p>
    <w:p>
      <w:pPr>
        <w:pStyle w:val="ListNumber2"/>
      </w:pP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y</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u</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t</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g</w:t>
      </w:r>
      <w:r>
        <w:rPr>
          <w:color w:val="404040"/>
          <w:sz w:val="24"/>
          <w:rFonts w:ascii="Inter" w:hAnsi="Inter" w:eastAsia="Noto Sans CJK JP" w:cs="Noto Sans CJK JP"/>
        </w:rPr>
        <w:t>h</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K</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p</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p</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p</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y</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b</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p</w:t>
      </w:r>
      <w:r>
        <w:rPr>
          <w:color w:val="404040"/>
          <w:sz w:val="24"/>
          <w:rFonts w:ascii="Inter" w:hAnsi="Inter" w:eastAsia="Noto Sans CJK JP" w:cs="Noto Sans CJK JP"/>
        </w:rPr>
        <w:t>p</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u</w:t>
      </w:r>
      <w:r>
        <w:rPr>
          <w:color w:val="404040"/>
          <w:sz w:val="24"/>
          <w:rFonts w:ascii="Inter" w:hAnsi="Inter" w:eastAsia="Noto Sans CJK JP" w:cs="Noto Sans CJK JP"/>
        </w:rPr>
        <w:t>b</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x</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b</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w</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g</w:t>
      </w:r>
      <w:r>
        <w:rPr>
          <w:color w:val="404040"/>
          <w:sz w:val="24"/>
          <w:rFonts w:ascii="Inter" w:hAnsi="Inter" w:eastAsia="Noto Sans CJK JP" w:cs="Noto Sans CJK JP"/>
        </w:rPr>
        <w:t>h</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w:t>
      </w:r>
    </w:p>
    <w:p>
      <w:pPr>
        <w:pStyle w:val="ListNumber2"/>
        <w:keepNext/>
        <w:keepLines/>
      </w:pP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u</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b</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g</w:t>
      </w:r>
      <w:r>
        <w:rPr>
          <w:color w:val="404040"/>
          <w:sz w:val="24"/>
          <w:rFonts w:ascii="Inter" w:hAnsi="Inter" w:eastAsia="Noto Sans CJK JP" w:cs="Noto Sans CJK JP"/>
        </w:rPr>
        <w:t>h</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d</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w:t>
      </w:r>
    </w:p>
    <w:p>
      <w:pPr>
        <w:keepNext/>
        <w:keepLines/>
        <w:jc w:val="center"/>
      </w:pPr>
      <w:r>
        <w:drawing>
          <wp:inline xmlns:a="http://schemas.openxmlformats.org/drawingml/2006/main" xmlns:pic="http://schemas.openxmlformats.org/drawingml/2006/picture">
            <wp:extent cx="5328000" cy="3041655"/>
            <wp:docPr id="15" name="Picture 15"/>
            <wp:cNvGraphicFramePr>
              <a:graphicFrameLocks noChangeAspect="1"/>
            </wp:cNvGraphicFramePr>
            <a:graphic>
              <a:graphicData uri="http://schemas.openxmlformats.org/drawingml/2006/picture">
                <pic:pic>
                  <pic:nvPicPr>
                    <pic:cNvPr id="0" name="image.jpg"/>
                    <pic:cNvPicPr/>
                  </pic:nvPicPr>
                  <pic:blipFill>
                    <a:blip r:embed="rId12"/>
                    <a:stretch>
                      <a:fillRect/>
                    </a:stretch>
                  </pic:blipFill>
                  <pic:spPr>
                    <a:xfrm>
                      <a:off x="0" y="0"/>
                      <a:ext cx="5328000" cy="3041655"/>
                    </a:xfrm>
                    <a:prstGeom prst="rect"/>
                  </pic:spPr>
                </pic:pic>
              </a:graphicData>
            </a:graphic>
          </wp:inline>
        </w:drawing>
      </w:r>
    </w:p>
    <w:p>
      <w:pPr>
        <w:pStyle w:val="Caption"/>
        <w:keepNext/>
        <w:keepLines/>
        <w:jc w:val="center"/>
      </w:pPr>
      <w:r>
        <w:rPr>
          <w:b/>
          <w:color w:val="404040"/>
        </w:rPr>
        <w:t>A hand continuing to hold the "MAIN POWER ON/OFF" button, as the display prepares to power down</w:t>
      </w:r>
    </w:p>
    <w:p>
      <w:pPr>
        <w:keepNext/>
        <w:keepLines/>
        <w:jc w:val="center"/>
      </w:pPr>
      <w:r>
        <w:drawing>
          <wp:inline xmlns:a="http://schemas.openxmlformats.org/drawingml/2006/main" xmlns:pic="http://schemas.openxmlformats.org/drawingml/2006/picture">
            <wp:extent cx="5328000" cy="3041655"/>
            <wp:docPr id="16" name="Picture 16"/>
            <wp:cNvGraphicFramePr>
              <a:graphicFrameLocks noChangeAspect="1"/>
            </wp:cNvGraphicFramePr>
            <a:graphic>
              <a:graphicData uri="http://schemas.openxmlformats.org/drawingml/2006/picture">
                <pic:pic>
                  <pic:nvPicPr>
                    <pic:cNvPr id="0" name="image.jpg"/>
                    <pic:cNvPicPr/>
                  </pic:nvPicPr>
                  <pic:blipFill>
                    <a:blip r:embed="rId12"/>
                    <a:stretch>
                      <a:fillRect/>
                    </a:stretch>
                  </pic:blipFill>
                  <pic:spPr>
                    <a:xfrm>
                      <a:off x="0" y="0"/>
                      <a:ext cx="5328000" cy="3041655"/>
                    </a:xfrm>
                    <a:prstGeom prst="rect"/>
                  </pic:spPr>
                </pic:pic>
              </a:graphicData>
            </a:graphic>
          </wp:inline>
        </w:drawing>
      </w:r>
    </w:p>
    <w:p>
      <w:pPr>
        <w:pStyle w:val="Caption"/>
        <w:keepNext/>
        <w:keepLines/>
        <w:jc w:val="center"/>
      </w:pPr>
      <w:r>
        <w:rPr>
          <w:b/>
          <w:color w:val="404040"/>
        </w:rPr>
        <w:t>Hands removing the clear front door assembly from the machine, with visible spigots and caution label</w:t>
      </w:r>
    </w:p>
    <w:p>
      <w:pPr>
        <w:keepNext/>
        <w:keepLines/>
        <w:jc w:val="center"/>
      </w:pPr>
      <w:r>
        <w:drawing>
          <wp:inline xmlns:a="http://schemas.openxmlformats.org/drawingml/2006/main" xmlns:pic="http://schemas.openxmlformats.org/drawingml/2006/picture">
            <wp:extent cx="5328000" cy="3041655"/>
            <wp:docPr id="17" name="Picture 17"/>
            <wp:cNvGraphicFramePr>
              <a:graphicFrameLocks noChangeAspect="1"/>
            </wp:cNvGraphicFramePr>
            <a:graphic>
              <a:graphicData uri="http://schemas.openxmlformats.org/drawingml/2006/picture">
                <pic:pic>
                  <pic:nvPicPr>
                    <pic:cNvPr id="0" name="image.jpg"/>
                    <pic:cNvPicPr/>
                  </pic:nvPicPr>
                  <pic:blipFill>
                    <a:blip r:embed="rId12"/>
                    <a:stretch>
                      <a:fillRect/>
                    </a:stretch>
                  </pic:blipFill>
                  <pic:spPr>
                    <a:xfrm>
                      <a:off x="0" y="0"/>
                      <a:ext cx="5328000" cy="3041655"/>
                    </a:xfrm>
                    <a:prstGeom prst="rect"/>
                  </pic:spPr>
                </pic:pic>
              </a:graphicData>
            </a:graphic>
          </wp:inline>
        </w:drawing>
      </w:r>
    </w:p>
    <w:p>
      <w:pPr>
        <w:pStyle w:val="Caption"/>
        <w:keepNext/>
        <w:keepLines/>
        <w:jc w:val="center"/>
      </w:pPr>
      <w:r>
        <w:rPr>
          <w:b/>
          <w:color w:val="404040"/>
        </w:rPr>
        <w:t>Front door assembly on a towel, with O-rings being removed from their grooves</w:t>
      </w:r>
    </w:p>
    <w:p>
      <w:pPr>
        <w:keepNext/>
        <w:keepLines/>
        <w:jc w:val="center"/>
      </w:pPr>
      <w:r>
        <w:drawing>
          <wp:inline xmlns:a="http://schemas.openxmlformats.org/drawingml/2006/main" xmlns:pic="http://schemas.openxmlformats.org/drawingml/2006/picture">
            <wp:extent cx="5328000" cy="3041655"/>
            <wp:docPr id="18" name="Picture 18"/>
            <wp:cNvGraphicFramePr>
              <a:graphicFrameLocks noChangeAspect="1"/>
            </wp:cNvGraphicFramePr>
            <a:graphic>
              <a:graphicData uri="http://schemas.openxmlformats.org/drawingml/2006/picture">
                <pic:pic>
                  <pic:nvPicPr>
                    <pic:cNvPr id="0" name="image.jpg"/>
                    <pic:cNvPicPr/>
                  </pic:nvPicPr>
                  <pic:blipFill>
                    <a:blip r:embed="rId17"/>
                    <a:stretch>
                      <a:fillRect/>
                    </a:stretch>
                  </pic:blipFill>
                  <pic:spPr>
                    <a:xfrm>
                      <a:off x="0" y="0"/>
                      <a:ext cx="5328000" cy="3041655"/>
                    </a:xfrm>
                    <a:prstGeom prst="rect"/>
                  </pic:spPr>
                </pic:pic>
              </a:graphicData>
            </a:graphic>
          </wp:inline>
        </w:drawing>
      </w:r>
    </w:p>
    <w:p>
      <w:pPr>
        <w:pStyle w:val="Caption"/>
        <w:keepNext/>
        <w:keepLines/>
        <w:jc w:val="center"/>
      </w:pPr>
      <w:r>
        <w:rPr>
          <w:b/>
          <w:color w:val="404040"/>
        </w:rPr>
        <w:t>Hands demonstrating the removal of a black O-ring from a white plastic part by squeezing and rolling it out of the groove</w:t>
      </w:r>
    </w:p>
    <w:p>
      <w:pPr>
        <w:keepNext/>
        <w:keepLines/>
        <w:jc w:val="center"/>
      </w:pPr>
      <w:r>
        <w:drawing>
          <wp:inline xmlns:a="http://schemas.openxmlformats.org/drawingml/2006/main" xmlns:pic="http://schemas.openxmlformats.org/drawingml/2006/picture">
            <wp:extent cx="5328000" cy="3041655"/>
            <wp:docPr id="19" name="Picture 19"/>
            <wp:cNvGraphicFramePr>
              <a:graphicFrameLocks noChangeAspect="1"/>
            </wp:cNvGraphicFramePr>
            <a:graphic>
              <a:graphicData uri="http://schemas.openxmlformats.org/drawingml/2006/picture">
                <pic:pic>
                  <pic:nvPicPr>
                    <pic:cNvPr id="0" name="image.jpg"/>
                    <pic:cNvPicPr/>
                  </pic:nvPicPr>
                  <pic:blipFill>
                    <a:blip r:embed="rId17"/>
                    <a:stretch>
                      <a:fillRect/>
                    </a:stretch>
                  </pic:blipFill>
                  <pic:spPr>
                    <a:xfrm>
                      <a:off x="0" y="0"/>
                      <a:ext cx="5328000" cy="3041655"/>
                    </a:xfrm>
                    <a:prstGeom prst="rect"/>
                  </pic:spPr>
                </pic:pic>
              </a:graphicData>
            </a:graphic>
          </wp:inline>
        </w:drawing>
      </w:r>
    </w:p>
    <w:p>
      <w:pPr>
        <w:pStyle w:val="Caption"/>
        <w:jc w:val="center"/>
      </w:pPr>
      <w:r>
        <w:rPr>
          <w:b/>
          <w:color w:val="404040"/>
        </w:rPr>
        <w:t>View of the machine with the front door removed, showing the auger assemblies inside the freezing cylinders, ready for removal</w:t>
      </w:r>
    </w:p>
    <w:p>
      <w:pPr>
        <w:pStyle w:val="Heading2"/>
        <w:keepNext/>
        <w:keepLines/>
        <w:ind w:left="0"/>
        <w:outlineLvl w:val="1"/>
      </w:pPr>
      <w:r>
        <w:rPr>
          <w:b/>
          <w:color w:val="404040"/>
          <w:sz w:val="28"/>
          <w:rFonts w:ascii="Inter" w:hAnsi="Inter" w:eastAsia="Noto Sans CJK JP" w:cs="Noto Sans CJK JP"/>
        </w:rPr>
        <w:t>Step 4: Wash, rinse, and sanitize parts</w:t>
      </w:r>
    </w:p>
    <w:p>
      <w:pPr/>
      <w:r>
        <w:br/>
      </w:r>
    </w:p>
    <w:p>
      <w:pPr>
        <w:pStyle w:val="ListNumber2"/>
        <w:keepNext/>
        <w:keepLines/>
      </w:pP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z</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b</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q</w:t>
      </w:r>
      <w:r>
        <w:rPr>
          <w:color w:val="404040"/>
          <w:sz w:val="24"/>
          <w:rFonts w:ascii="Inter" w:hAnsi="Inter" w:eastAsia="Noto Sans CJK JP" w:cs="Noto Sans CJK JP"/>
        </w:rPr>
        <w:t>u</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q</w:t>
      </w:r>
      <w:r>
        <w:rPr>
          <w:color w:val="404040"/>
          <w:sz w:val="24"/>
          <w:rFonts w:ascii="Inter" w:hAnsi="Inter" w:eastAsia="Noto Sans CJK JP" w:cs="Noto Sans CJK JP"/>
        </w:rPr>
        <w:t>u</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k</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h</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h</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z</w:t>
      </w:r>
      <w:r>
        <w:rPr>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r</w:t>
      </w:r>
      <w:r>
        <w:rPr>
          <w:color w:val="404040"/>
          <w:sz w:val="24"/>
          <w:rFonts w:ascii="Inter" w:hAnsi="Inter" w:eastAsia="Noto Sans CJK JP" w:cs="Noto Sans CJK JP"/>
        </w:rPr>
        <w:t>y</w:t>
      </w:r>
      <w:r>
        <w:rPr>
          <w:color w:val="404040"/>
          <w:sz w:val="24"/>
          <w:rFonts w:ascii="Inter" w:hAnsi="Inter" w:eastAsia="Noto Sans CJK JP" w:cs="Noto Sans CJK JP"/>
        </w:rPr>
        <w:t>)</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q</w:t>
      </w:r>
      <w:r>
        <w:rPr>
          <w:color w:val="404040"/>
          <w:sz w:val="24"/>
          <w:rFonts w:ascii="Inter" w:hAnsi="Inter" w:eastAsia="Noto Sans CJK JP" w:cs="Noto Sans CJK JP"/>
        </w:rPr>
        <w:t>u</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k</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p</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l</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y</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q</w:t>
      </w:r>
      <w:r>
        <w:rPr>
          <w:color w:val="404040"/>
          <w:sz w:val="24"/>
          <w:rFonts w:ascii="Inter" w:hAnsi="Inter" w:eastAsia="Noto Sans CJK JP" w:cs="Noto Sans CJK JP"/>
        </w:rPr>
        <w:t>u</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y</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w:t>
      </w:r>
    </w:p>
    <w:p>
      <w:pPr>
        <w:keepNext/>
        <w:keepLines/>
        <w:jc w:val="center"/>
      </w:pPr>
      <w:r>
        <w:drawing>
          <wp:inline xmlns:a="http://schemas.openxmlformats.org/drawingml/2006/main" xmlns:pic="http://schemas.openxmlformats.org/drawingml/2006/picture">
            <wp:extent cx="5328000" cy="3041655"/>
            <wp:docPr id="20" name="Picture 20"/>
            <wp:cNvGraphicFramePr>
              <a:graphicFrameLocks noChangeAspect="1"/>
            </wp:cNvGraphicFramePr>
            <a:graphic>
              <a:graphicData uri="http://schemas.openxmlformats.org/drawingml/2006/picture">
                <pic:pic>
                  <pic:nvPicPr>
                    <pic:cNvPr id="0" name="image.jpg"/>
                    <pic:cNvPicPr/>
                  </pic:nvPicPr>
                  <pic:blipFill>
                    <a:blip r:embed="rId18"/>
                    <a:stretch>
                      <a:fillRect/>
                    </a:stretch>
                  </pic:blipFill>
                  <pic:spPr>
                    <a:xfrm>
                      <a:off x="0" y="0"/>
                      <a:ext cx="5328000" cy="3041655"/>
                    </a:xfrm>
                    <a:prstGeom prst="rect"/>
                  </pic:spPr>
                </pic:pic>
              </a:graphicData>
            </a:graphic>
          </wp:inline>
        </w:drawing>
      </w:r>
    </w:p>
    <w:p>
      <w:pPr>
        <w:pStyle w:val="Caption"/>
        <w:jc w:val="center"/>
      </w:pPr>
      <w:r>
        <w:rPr>
          <w:b/>
          <w:color w:val="404040"/>
        </w:rPr>
        <w:t>Empty freezing cylinder openings on the machine, with all auger assemblies removed and black handles visible</w:t>
      </w:r>
    </w:p>
    <w:p>
      <w:pPr/>
      <w:r>
        <w:br/>
      </w:r>
    </w:p>
    <w:p>
      <w:pPr>
        <w:pStyle w:val="ListNumber2"/>
      </w:pP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b</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9</w:t>
      </w:r>
      <w:r>
        <w:rPr>
          <w:color w:val="404040"/>
          <w:sz w:val="24"/>
          <w:rFonts w:ascii="Inter" w:hAnsi="Inter" w:eastAsia="Noto Sans CJK JP" w:cs="Noto Sans CJK JP"/>
        </w:rPr>
        <w:t>0</w:t>
      </w:r>
      <w:r>
        <w:rPr>
          <w:color w:val="404040"/>
          <w:sz w:val="24"/>
          <w:rFonts w:ascii="Inter" w:hAnsi="Inter" w:eastAsia="Noto Sans CJK JP" w:cs="Noto Sans CJK JP"/>
        </w:rPr>
        <w:t>–</w:t>
      </w:r>
      <w:r>
        <w:rPr>
          <w:color w:val="404040"/>
          <w:sz w:val="24"/>
          <w:rFonts w:ascii="Inter" w:hAnsi="Inter" w:eastAsia="Noto Sans CJK JP" w:cs="Noto Sans CJK JP"/>
        </w:rPr>
        <w:t>1</w:t>
      </w:r>
      <w:r>
        <w:rPr>
          <w:color w:val="404040"/>
          <w:sz w:val="24"/>
          <w:rFonts w:ascii="Inter" w:hAnsi="Inter" w:eastAsia="Noto Sans CJK JP" w:cs="Noto Sans CJK JP"/>
        </w:rPr>
        <w:t>1</w:t>
      </w:r>
      <w:r>
        <w:rPr>
          <w:color w:val="404040"/>
          <w:sz w:val="24"/>
          <w:rFonts w:ascii="Inter" w:hAnsi="Inter" w:eastAsia="Noto Sans CJK JP" w:cs="Noto Sans CJK JP"/>
        </w:rPr>
        <w:t>0</w:t>
      </w:r>
      <w:r>
        <w:rPr>
          <w:color w:val="404040"/>
          <w:sz w:val="24"/>
          <w:rFonts w:ascii="Inter" w:hAnsi="Inter" w:eastAsia="Noto Sans CJK JP" w:cs="Noto Sans CJK JP"/>
        </w:rPr>
        <w:t>°</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w:t>
      </w:r>
      <w:r>
        <w:rPr>
          <w:color w:val="404040"/>
          <w:sz w:val="24"/>
          <w:rFonts w:ascii="Inter" w:hAnsi="Inter" w:eastAsia="Noto Sans CJK JP" w:cs="Noto Sans CJK JP"/>
        </w:rPr>
        <w:t>3</w:t>
      </w:r>
      <w:r>
        <w:rPr>
          <w:color w:val="404040"/>
          <w:sz w:val="24"/>
          <w:rFonts w:ascii="Inter" w:hAnsi="Inter" w:eastAsia="Noto Sans CJK JP" w:cs="Noto Sans CJK JP"/>
        </w:rPr>
        <w:t>2</w:t>
      </w:r>
      <w:r>
        <w:rPr>
          <w:color w:val="404040"/>
          <w:sz w:val="24"/>
          <w:rFonts w:ascii="Inter" w:hAnsi="Inter" w:eastAsia="Noto Sans CJK JP" w:cs="Noto Sans CJK JP"/>
        </w:rPr>
        <w:t>–</w:t>
      </w:r>
      <w:r>
        <w:rPr>
          <w:color w:val="404040"/>
          <w:sz w:val="24"/>
          <w:rFonts w:ascii="Inter" w:hAnsi="Inter" w:eastAsia="Noto Sans CJK JP" w:cs="Noto Sans CJK JP"/>
        </w:rPr>
        <w:t>4</w:t>
      </w:r>
      <w:r>
        <w:rPr>
          <w:color w:val="404040"/>
          <w:sz w:val="24"/>
          <w:rFonts w:ascii="Inter" w:hAnsi="Inter" w:eastAsia="Noto Sans CJK JP" w:cs="Noto Sans CJK JP"/>
        </w:rPr>
        <w:t>3</w:t>
      </w:r>
      <w:r>
        <w:rPr>
          <w:color w:val="404040"/>
          <w:sz w:val="24"/>
          <w:rFonts w:ascii="Inter" w:hAnsi="Inter" w:eastAsia="Noto Sans CJK JP" w:cs="Noto Sans CJK JP"/>
        </w:rPr>
        <w:t>°</w:t>
      </w:r>
      <w:r>
        <w:rPr>
          <w:color w:val="404040"/>
          <w:sz w:val="24"/>
          <w:rFonts w:ascii="Inter" w:hAnsi="Inter" w:eastAsia="Noto Sans CJK JP" w:cs="Noto Sans CJK JP"/>
        </w:rPr>
        <w:t>C</w:t>
      </w:r>
      <w:r>
        <w:rPr>
          <w:color w:val="404040"/>
          <w:sz w:val="24"/>
          <w:rFonts w:ascii="Inter" w:hAnsi="Inter" w:eastAsia="Noto Sans CJK JP" w:cs="Noto Sans CJK JP"/>
        </w:rPr>
        <w:t>)</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r</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i</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g</w:t>
      </w:r>
      <w:r>
        <w:rPr>
          <w:color w:val="404040"/>
          <w:sz w:val="24"/>
          <w:rFonts w:ascii="Inter" w:hAnsi="Inter" w:eastAsia="Noto Sans CJK JP" w:cs="Noto Sans CJK JP"/>
        </w:rPr>
        <w:t>h</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i</w:t>
      </w:r>
      <w:r>
        <w:rPr>
          <w:color w:val="404040"/>
          <w:sz w:val="24"/>
          <w:rFonts w:ascii="Inter" w:hAnsi="Inter" w:eastAsia="Noto Sans CJK JP" w:cs="Noto Sans CJK JP"/>
        </w:rPr>
        <w:t>x</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k</w:t>
      </w:r>
      <w:r>
        <w:rPr>
          <w:color w:val="404040"/>
          <w:sz w:val="24"/>
          <w:rFonts w:ascii="Inter" w:hAnsi="Inter" w:eastAsia="Noto Sans CJK JP" w:cs="Noto Sans CJK JP"/>
        </w:rPr>
        <w:t>u</w:t>
      </w:r>
      <w:r>
        <w:rPr>
          <w:color w:val="404040"/>
          <w:sz w:val="24"/>
          <w:rFonts w:ascii="Inter" w:hAnsi="Inter" w:eastAsia="Noto Sans CJK JP" w:cs="Noto Sans CJK JP"/>
        </w:rPr>
        <w:t>p</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b</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w:t>
      </w:r>
    </w:p>
    <w:p>
      <w:pPr>
        <w:pStyle w:val="ListNumber2"/>
      </w:pP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9</w:t>
      </w:r>
      <w:r>
        <w:rPr>
          <w:color w:val="404040"/>
          <w:sz w:val="24"/>
          <w:rFonts w:ascii="Inter" w:hAnsi="Inter" w:eastAsia="Noto Sans CJK JP" w:cs="Noto Sans CJK JP"/>
        </w:rPr>
        <w:t>0</w:t>
      </w:r>
      <w:r>
        <w:rPr>
          <w:color w:val="404040"/>
          <w:sz w:val="24"/>
          <w:rFonts w:ascii="Inter" w:hAnsi="Inter" w:eastAsia="Noto Sans CJK JP" w:cs="Noto Sans CJK JP"/>
        </w:rPr>
        <w:t>–</w:t>
      </w:r>
      <w:r>
        <w:rPr>
          <w:color w:val="404040"/>
          <w:sz w:val="24"/>
          <w:rFonts w:ascii="Inter" w:hAnsi="Inter" w:eastAsia="Noto Sans CJK JP" w:cs="Noto Sans CJK JP"/>
        </w:rPr>
        <w:t>1</w:t>
      </w:r>
      <w:r>
        <w:rPr>
          <w:color w:val="404040"/>
          <w:sz w:val="24"/>
          <w:rFonts w:ascii="Inter" w:hAnsi="Inter" w:eastAsia="Noto Sans CJK JP" w:cs="Noto Sans CJK JP"/>
        </w:rPr>
        <w:t>1</w:t>
      </w:r>
      <w:r>
        <w:rPr>
          <w:color w:val="404040"/>
          <w:sz w:val="24"/>
          <w:rFonts w:ascii="Inter" w:hAnsi="Inter" w:eastAsia="Noto Sans CJK JP" w:cs="Noto Sans CJK JP"/>
        </w:rPr>
        <w:t>0</w:t>
      </w:r>
      <w:r>
        <w:rPr>
          <w:color w:val="404040"/>
          <w:sz w:val="24"/>
          <w:rFonts w:ascii="Inter" w:hAnsi="Inter" w:eastAsia="Noto Sans CJK JP" w:cs="Noto Sans CJK JP"/>
        </w:rPr>
        <w:t>°</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w:t>
      </w:r>
      <w:r>
        <w:rPr>
          <w:color w:val="404040"/>
          <w:sz w:val="24"/>
          <w:rFonts w:ascii="Inter" w:hAnsi="Inter" w:eastAsia="Noto Sans CJK JP" w:cs="Noto Sans CJK JP"/>
        </w:rPr>
        <w:t>3</w:t>
      </w:r>
      <w:r>
        <w:rPr>
          <w:color w:val="404040"/>
          <w:sz w:val="24"/>
          <w:rFonts w:ascii="Inter" w:hAnsi="Inter" w:eastAsia="Noto Sans CJK JP" w:cs="Noto Sans CJK JP"/>
        </w:rPr>
        <w:t>2</w:t>
      </w:r>
      <w:r>
        <w:rPr>
          <w:color w:val="404040"/>
          <w:sz w:val="24"/>
          <w:rFonts w:ascii="Inter" w:hAnsi="Inter" w:eastAsia="Noto Sans CJK JP" w:cs="Noto Sans CJK JP"/>
        </w:rPr>
        <w:t>–</w:t>
      </w:r>
      <w:r>
        <w:rPr>
          <w:color w:val="404040"/>
          <w:sz w:val="24"/>
          <w:rFonts w:ascii="Inter" w:hAnsi="Inter" w:eastAsia="Noto Sans CJK JP" w:cs="Noto Sans CJK JP"/>
        </w:rPr>
        <w:t>4</w:t>
      </w:r>
      <w:r>
        <w:rPr>
          <w:color w:val="404040"/>
          <w:sz w:val="24"/>
          <w:rFonts w:ascii="Inter" w:hAnsi="Inter" w:eastAsia="Noto Sans CJK JP" w:cs="Noto Sans CJK JP"/>
        </w:rPr>
        <w:t>3</w:t>
      </w:r>
      <w:r>
        <w:rPr>
          <w:color w:val="404040"/>
          <w:sz w:val="24"/>
          <w:rFonts w:ascii="Inter" w:hAnsi="Inter" w:eastAsia="Noto Sans CJK JP" w:cs="Noto Sans CJK JP"/>
        </w:rPr>
        <w:t>°</w:t>
      </w:r>
      <w:r>
        <w:rPr>
          <w:color w:val="404040"/>
          <w:sz w:val="24"/>
          <w:rFonts w:ascii="Inter" w:hAnsi="Inter" w:eastAsia="Noto Sans CJK JP" w:cs="Noto Sans CJK JP"/>
        </w:rPr>
        <w:t>C</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e</w:t>
      </w:r>
      <w:r>
        <w:rPr>
          <w:color w:val="404040"/>
          <w:sz w:val="24"/>
          <w:rFonts w:ascii="Inter" w:hAnsi="Inter" w:eastAsia="Noto Sans CJK JP" w:cs="Noto Sans CJK JP"/>
        </w:rPr>
        <w:t>.</w:t>
      </w:r>
    </w:p>
    <w:p>
      <w:pPr>
        <w:pStyle w:val="ListNumber2"/>
        <w:keepNext/>
        <w:keepLines/>
      </w:pP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z</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u</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u</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w:t>
      </w:r>
    </w:p>
    <w:p>
      <w:pPr>
        <w:keepNext/>
        <w:keepLines/>
        <w:jc w:val="center"/>
      </w:pPr>
      <w:r>
        <w:drawing>
          <wp:inline xmlns:a="http://schemas.openxmlformats.org/drawingml/2006/main" xmlns:pic="http://schemas.openxmlformats.org/drawingml/2006/picture">
            <wp:extent cx="5328000" cy="3041655"/>
            <wp:docPr id="21" name="Picture 21"/>
            <wp:cNvGraphicFramePr>
              <a:graphicFrameLocks noChangeAspect="1"/>
            </wp:cNvGraphicFramePr>
            <a:graphic>
              <a:graphicData uri="http://schemas.openxmlformats.org/drawingml/2006/picture">
                <pic:pic>
                  <pic:nvPicPr>
                    <pic:cNvPr id="0" name="image.jpg"/>
                    <pic:cNvPicPr/>
                  </pic:nvPicPr>
                  <pic:blipFill>
                    <a:blip r:embed="rId18"/>
                    <a:stretch>
                      <a:fillRect/>
                    </a:stretch>
                  </pic:blipFill>
                  <pic:spPr>
                    <a:xfrm>
                      <a:off x="0" y="0"/>
                      <a:ext cx="5328000" cy="3041655"/>
                    </a:xfrm>
                    <a:prstGeom prst="rect"/>
                  </pic:spPr>
                </pic:pic>
              </a:graphicData>
            </a:graphic>
          </wp:inline>
        </w:drawing>
      </w:r>
    </w:p>
    <w:p>
      <w:pPr>
        <w:pStyle w:val="Caption"/>
        <w:keepNext/>
        <w:keepLines/>
        <w:jc w:val="center"/>
      </w:pPr>
      <w:r>
        <w:rPr>
          <w:b/>
          <w:color w:val="404040"/>
        </w:rPr>
        <w:t>Text screen: "Now that the machine is disassembled, each part needs to be completely cleaned, sanitized, and air dried before reassembly. Local and state health codes dictate the required procedure. Some state health codes require a four sink process."</w:t>
      </w:r>
    </w:p>
    <w:p>
      <w:pPr>
        <w:keepNext/>
        <w:keepLines/>
        <w:jc w:val="center"/>
      </w:pPr>
      <w:r>
        <w:drawing>
          <wp:inline xmlns:a="http://schemas.openxmlformats.org/drawingml/2006/main" xmlns:pic="http://schemas.openxmlformats.org/drawingml/2006/picture">
            <wp:extent cx="5328000" cy="3041655"/>
            <wp:docPr id="22" name="Picture 22"/>
            <wp:cNvGraphicFramePr>
              <a:graphicFrameLocks noChangeAspect="1"/>
            </wp:cNvGraphicFramePr>
            <a:graphic>
              <a:graphicData uri="http://schemas.openxmlformats.org/drawingml/2006/picture">
                <pic:pic>
                  <pic:nvPicPr>
                    <pic:cNvPr id="0" name="image.jpg"/>
                    <pic:cNvPicPr/>
                  </pic:nvPicPr>
                  <pic:blipFill>
                    <a:blip r:embed="rId18"/>
                    <a:stretch>
                      <a:fillRect/>
                    </a:stretch>
                  </pic:blipFill>
                  <pic:spPr>
                    <a:xfrm>
                      <a:off x="0" y="0"/>
                      <a:ext cx="5328000" cy="3041655"/>
                    </a:xfrm>
                    <a:prstGeom prst="rect"/>
                  </pic:spPr>
                </pic:pic>
              </a:graphicData>
            </a:graphic>
          </wp:inline>
        </w:drawing>
      </w:r>
    </w:p>
    <w:p>
      <w:pPr>
        <w:pStyle w:val="Caption"/>
        <w:keepNext/>
        <w:keepLines/>
        <w:jc w:val="center"/>
      </w:pPr>
      <w:r>
        <w:rPr>
          <w:b/>
          <w:color w:val="404040"/>
        </w:rPr>
        <w:t>Text screen: "While other only require a three sink process. Without the pre-wash step. The following is a general guideline only."</w:t>
      </w:r>
    </w:p>
    <w:p>
      <w:pPr>
        <w:keepNext/>
        <w:keepLines/>
        <w:jc w:val="center"/>
      </w:pPr>
      <w:r>
        <w:drawing>
          <wp:inline xmlns:a="http://schemas.openxmlformats.org/drawingml/2006/main" xmlns:pic="http://schemas.openxmlformats.org/drawingml/2006/picture">
            <wp:extent cx="5328000" cy="3041655"/>
            <wp:docPr id="23" name="Picture 23"/>
            <wp:cNvGraphicFramePr>
              <a:graphicFrameLocks noChangeAspect="1"/>
            </wp:cNvGraphicFramePr>
            <a:graphic>
              <a:graphicData uri="http://schemas.openxmlformats.org/drawingml/2006/picture">
                <pic:pic>
                  <pic:nvPicPr>
                    <pic:cNvPr id="0" name="image.jpg"/>
                    <pic:cNvPicPr/>
                  </pic:nvPicPr>
                  <pic:blipFill>
                    <a:blip r:embed="rId19"/>
                    <a:stretch>
                      <a:fillRect/>
                    </a:stretch>
                  </pic:blipFill>
                  <pic:spPr>
                    <a:xfrm>
                      <a:off x="0" y="0"/>
                      <a:ext cx="5328000" cy="3041655"/>
                    </a:xfrm>
                    <a:prstGeom prst="rect"/>
                  </pic:spPr>
                </pic:pic>
              </a:graphicData>
            </a:graphic>
          </wp:inline>
        </w:drawing>
      </w:r>
    </w:p>
    <w:p>
      <w:pPr>
        <w:pStyle w:val="Caption"/>
        <w:keepNext/>
        <w:keepLines/>
        <w:jc w:val="center"/>
      </w:pPr>
      <w:r>
        <w:rPr>
          <w:b/>
          <w:color w:val="404040"/>
        </w:rPr>
        <w:t>Text screen: "Consult your local and state health codes for the procedures required in your area."</w:t>
      </w:r>
    </w:p>
    <w:p>
      <w:pPr>
        <w:keepNext/>
        <w:keepLines/>
        <w:jc w:val="center"/>
      </w:pPr>
      <w:r>
        <w:drawing>
          <wp:inline xmlns:a="http://schemas.openxmlformats.org/drawingml/2006/main" xmlns:pic="http://schemas.openxmlformats.org/drawingml/2006/picture">
            <wp:extent cx="5328000" cy="3041655"/>
            <wp:docPr id="24" name="Picture 24"/>
            <wp:cNvGraphicFramePr>
              <a:graphicFrameLocks noChangeAspect="1"/>
            </wp:cNvGraphicFramePr>
            <a:graphic>
              <a:graphicData uri="http://schemas.openxmlformats.org/drawingml/2006/picture">
                <pic:pic>
                  <pic:nvPicPr>
                    <pic:cNvPr id="0" name="image.jpg"/>
                    <pic:cNvPicPr/>
                  </pic:nvPicPr>
                  <pic:blipFill>
                    <a:blip r:embed="rId20"/>
                    <a:stretch>
                      <a:fillRect/>
                    </a:stretch>
                  </pic:blipFill>
                  <pic:spPr>
                    <a:xfrm>
                      <a:off x="0" y="0"/>
                      <a:ext cx="5328000" cy="3041655"/>
                    </a:xfrm>
                    <a:prstGeom prst="rect"/>
                  </pic:spPr>
                </pic:pic>
              </a:graphicData>
            </a:graphic>
          </wp:inline>
        </w:drawing>
      </w:r>
    </w:p>
    <w:p>
      <w:pPr>
        <w:pStyle w:val="Caption"/>
        <w:keepNext/>
        <w:keepLines/>
        <w:jc w:val="center"/>
      </w:pPr>
      <w:r>
        <w:rPr>
          <w:b/>
          <w:color w:val="404040"/>
        </w:rPr>
        <w:t>Hands washing machine parts in a stainless steel sink filled with soapy water, using a brush to clean the parts</w:t>
      </w:r>
    </w:p>
    <w:p>
      <w:pPr>
        <w:keepNext/>
        <w:keepLines/>
        <w:jc w:val="center"/>
      </w:pPr>
      <w:r>
        <w:drawing>
          <wp:inline xmlns:a="http://schemas.openxmlformats.org/drawingml/2006/main" xmlns:pic="http://schemas.openxmlformats.org/drawingml/2006/picture">
            <wp:extent cx="5328000" cy="3041655"/>
            <wp:docPr id="25" name="Picture 25"/>
            <wp:cNvGraphicFramePr>
              <a:graphicFrameLocks noChangeAspect="1"/>
            </wp:cNvGraphicFramePr>
            <a:graphic>
              <a:graphicData uri="http://schemas.openxmlformats.org/drawingml/2006/picture">
                <pic:pic>
                  <pic:nvPicPr>
                    <pic:cNvPr id="0" name="image.jpg"/>
                    <pic:cNvPicPr/>
                  </pic:nvPicPr>
                  <pic:blipFill>
                    <a:blip r:embed="rId21"/>
                    <a:stretch>
                      <a:fillRect/>
                    </a:stretch>
                  </pic:blipFill>
                  <pic:spPr>
                    <a:xfrm>
                      <a:off x="0" y="0"/>
                      <a:ext cx="5328000" cy="3041655"/>
                    </a:xfrm>
                    <a:prstGeom prst="rect"/>
                  </pic:spPr>
                </pic:pic>
              </a:graphicData>
            </a:graphic>
          </wp:inline>
        </w:drawing>
      </w:r>
    </w:p>
    <w:p>
      <w:pPr>
        <w:pStyle w:val="Caption"/>
        <w:keepNext/>
        <w:keepLines/>
        <w:jc w:val="center"/>
      </w:pPr>
      <w:r>
        <w:rPr>
          <w:b/>
          <w:color w:val="404040"/>
        </w:rPr>
        <w:t>Parts submerged in a stainless steel sink filled with soapy water, hand visible above the water surface</w:t>
      </w:r>
    </w:p>
    <w:p>
      <w:pPr>
        <w:keepNext/>
        <w:keepLines/>
        <w:jc w:val="center"/>
      </w:pPr>
      <w:r>
        <w:drawing>
          <wp:inline xmlns:a="http://schemas.openxmlformats.org/drawingml/2006/main" xmlns:pic="http://schemas.openxmlformats.org/drawingml/2006/picture">
            <wp:extent cx="5328000" cy="3041655"/>
            <wp:docPr id="26" name="Picture 26"/>
            <wp:cNvGraphicFramePr>
              <a:graphicFrameLocks noChangeAspect="1"/>
            </wp:cNvGraphicFramePr>
            <a:graphic>
              <a:graphicData uri="http://schemas.openxmlformats.org/drawingml/2006/picture">
                <pic:pic>
                  <pic:nvPicPr>
                    <pic:cNvPr id="0" name="image.jpg"/>
                    <pic:cNvPicPr/>
                  </pic:nvPicPr>
                  <pic:blipFill>
                    <a:blip r:embed="rId21"/>
                    <a:stretch>
                      <a:fillRect/>
                    </a:stretch>
                  </pic:blipFill>
                  <pic:spPr>
                    <a:xfrm>
                      <a:off x="0" y="0"/>
                      <a:ext cx="5328000" cy="3041655"/>
                    </a:xfrm>
                    <a:prstGeom prst="rect"/>
                  </pic:spPr>
                </pic:pic>
              </a:graphicData>
            </a:graphic>
          </wp:inline>
        </w:drawing>
      </w:r>
    </w:p>
    <w:p>
      <w:pPr>
        <w:pStyle w:val="Caption"/>
        <w:jc w:val="center"/>
      </w:pPr>
      <w:r>
        <w:rPr>
          <w:b/>
          <w:color w:val="404040"/>
        </w:rPr>
        <w:t>Hand placing a cleaned machine part onto a blue drying rack for air drying after sanitizing</w:t>
      </w:r>
    </w:p>
    <w:p>
      <w:pPr>
        <w:pStyle w:val="Heading2"/>
        <w:keepNext/>
        <w:keepLines/>
        <w:ind w:left="0"/>
        <w:outlineLvl w:val="1"/>
      </w:pPr>
      <w:r>
        <w:rPr>
          <w:b/>
          <w:color w:val="404040"/>
          <w:sz w:val="28"/>
          <w:rFonts w:ascii="Inter" w:hAnsi="Inter" w:eastAsia="Noto Sans CJK JP" w:cs="Noto Sans CJK JP"/>
        </w:rPr>
        <w:t>Step 5: Air dry all parts</w:t>
      </w:r>
    </w:p>
    <w:p>
      <w:pPr/>
      <w:r>
        <w:br/>
      </w:r>
    </w:p>
    <w:p>
      <w:pPr>
        <w:pStyle w:val="ListNumber2"/>
      </w:pP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z</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u</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o</w:t>
      </w:r>
      <w:r>
        <w:rPr>
          <w:color w:val="404040"/>
          <w:sz w:val="24"/>
          <w:rFonts w:ascii="Inter" w:hAnsi="Inter" w:eastAsia="Noto Sans CJK JP" w:cs="Noto Sans CJK JP"/>
        </w:rPr>
        <w:t>d</w:t>
      </w:r>
      <w:r>
        <w:rPr>
          <w:color w:val="404040"/>
          <w:sz w:val="24"/>
          <w:rFonts w:ascii="Inter" w:hAnsi="Inter" w:eastAsia="Noto Sans CJK JP" w:cs="Noto Sans CJK JP"/>
        </w:rPr>
        <w:t>-</w:t>
      </w:r>
      <w:r>
        <w:rPr>
          <w:color w:val="404040"/>
          <w:sz w:val="24"/>
          <w:rFonts w:ascii="Inter" w:hAnsi="Inter" w:eastAsia="Noto Sans CJK JP" w:cs="Noto Sans CJK JP"/>
        </w:rPr>
        <w:t>s</w:t>
      </w:r>
      <w:r>
        <w:rPr>
          <w:color w:val="404040"/>
          <w:sz w:val="24"/>
          <w:rFonts w:ascii="Inter" w:hAnsi="Inter" w:eastAsia="Noto Sans CJK JP" w:cs="Noto Sans CJK JP"/>
        </w:rPr>
        <w:t>a</w:t>
      </w:r>
      <w:r>
        <w:rPr>
          <w:color w:val="404040"/>
          <w:sz w:val="24"/>
          <w:rFonts w:ascii="Inter" w:hAnsi="Inter" w:eastAsia="Noto Sans CJK JP" w:cs="Noto Sans CJK JP"/>
        </w:rPr>
        <w:t>f</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r</w:t>
      </w:r>
      <w:r>
        <w:rPr>
          <w:color w:val="404040"/>
          <w:sz w:val="24"/>
          <w:rFonts w:ascii="Inter" w:hAnsi="Inter" w:eastAsia="Noto Sans CJK JP" w:cs="Noto Sans CJK JP"/>
        </w:rPr>
        <w:t>y</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k</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y</w:t>
      </w:r>
      <w:r>
        <w:rPr>
          <w:color w:val="404040"/>
          <w:sz w:val="24"/>
          <w:rFonts w:ascii="Inter" w:hAnsi="Inter" w:eastAsia="Noto Sans CJK JP" w:cs="Noto Sans CJK JP"/>
        </w:rPr>
        <w:t>.</w:t>
      </w:r>
    </w:p>
    <w:p>
      <w:pPr>
        <w:pStyle w:val="ListNumber2"/>
      </w:pP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c</w:t>
      </w:r>
      <w:r>
        <w:rPr>
          <w:color w:val="404040"/>
          <w:sz w:val="24"/>
          <w:rFonts w:ascii="Inter" w:hAnsi="Inter" w:eastAsia="Noto Sans CJK JP" w:cs="Noto Sans CJK JP"/>
        </w:rPr>
        <w:t>u</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g</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r</w:t>
      </w:r>
      <w:r>
        <w:rPr>
          <w:color w:val="404040"/>
          <w:sz w:val="24"/>
          <w:rFonts w:ascii="Inter" w:hAnsi="Inter" w:eastAsia="Noto Sans CJK JP" w:cs="Noto Sans CJK JP"/>
        </w:rPr>
        <w:t>y</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w:t>
      </w:r>
    </w:p>
    <w:p>
      <w:pPr>
        <w:pStyle w:val="ListNumber2"/>
      </w:pPr>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w</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r</w:t>
      </w:r>
      <w:r>
        <w:rPr>
          <w:color w:val="404040"/>
          <w:sz w:val="24"/>
          <w:rFonts w:ascii="Inter" w:hAnsi="Inter" w:eastAsia="Noto Sans CJK JP" w:cs="Noto Sans CJK JP"/>
        </w:rPr>
        <w:t>y</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w</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r</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b</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w:t>
      </w:r>
    </w:p>
    <w:p>
      <w:pPr>
        <w:pStyle w:val="ListNumber2"/>
      </w:pP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r</w:t>
      </w:r>
      <w:r>
        <w:rPr>
          <w:color w:val="404040"/>
          <w:sz w:val="24"/>
          <w:rFonts w:ascii="Inter" w:hAnsi="Inter" w:eastAsia="Noto Sans CJK JP" w:cs="Noto Sans CJK JP"/>
        </w:rPr>
        <w:t>y</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k</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b</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b</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w:t>
      </w:r>
    </w:p>
    <w:p>
      <w:pPr>
        <w:pStyle w:val="ListNumber2"/>
        <w:keepNext/>
        <w:keepLines/>
      </w:pP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b</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u</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r</w:t>
      </w:r>
      <w:r>
        <w:rPr>
          <w:color w:val="404040"/>
          <w:sz w:val="24"/>
          <w:rFonts w:ascii="Inter" w:hAnsi="Inter" w:eastAsia="Noto Sans CJK JP" w:cs="Noto Sans CJK JP"/>
        </w:rPr>
        <w:t>y</w:t>
      </w:r>
      <w:r>
        <w:rPr>
          <w:color w:val="404040"/>
          <w:sz w:val="24"/>
          <w:rFonts w:ascii="Inter" w:hAnsi="Inter" w:eastAsia="Noto Sans CJK JP" w:cs="Noto Sans CJK JP"/>
        </w:rPr>
        <w:t>.</w:t>
      </w:r>
    </w:p>
    <w:p>
      <w:pPr>
        <w:keepNext/>
        <w:keepLines/>
        <w:jc w:val="center"/>
      </w:pPr>
      <w:r>
        <w:drawing>
          <wp:inline xmlns:a="http://schemas.openxmlformats.org/drawingml/2006/main" xmlns:pic="http://schemas.openxmlformats.org/drawingml/2006/picture">
            <wp:extent cx="5328000" cy="3041655"/>
            <wp:docPr id="27" name="Picture 27"/>
            <wp:cNvGraphicFramePr>
              <a:graphicFrameLocks noChangeAspect="1"/>
            </wp:cNvGraphicFramePr>
            <a:graphic>
              <a:graphicData uri="http://schemas.openxmlformats.org/drawingml/2006/picture">
                <pic:pic>
                  <pic:nvPicPr>
                    <pic:cNvPr id="0" name="image.jpg"/>
                    <pic:cNvPicPr/>
                  </pic:nvPicPr>
                  <pic:blipFill>
                    <a:blip r:embed="rId22"/>
                    <a:stretch>
                      <a:fillRect/>
                    </a:stretch>
                  </pic:blipFill>
                  <pic:spPr>
                    <a:xfrm>
                      <a:off x="0" y="0"/>
                      <a:ext cx="5328000" cy="3041655"/>
                    </a:xfrm>
                    <a:prstGeom prst="rect"/>
                  </pic:spPr>
                </pic:pic>
              </a:graphicData>
            </a:graphic>
          </wp:inline>
        </w:drawing>
      </w:r>
    </w:p>
    <w:p>
      <w:pPr>
        <w:pStyle w:val="Caption"/>
        <w:keepNext/>
        <w:keepLines/>
        <w:jc w:val="center"/>
      </w:pPr>
      <w:r>
        <w:rPr>
          <w:b/>
          <w:color w:val="404040"/>
        </w:rPr>
        <w:t>Hands pulling the auger assembly out of the freezing cylinder of the machine, with visible black handles and stainless steel front panel</w:t>
      </w:r>
    </w:p>
    <w:p>
      <w:pPr>
        <w:keepNext/>
        <w:keepLines/>
        <w:jc w:val="center"/>
      </w:pPr>
      <w:r>
        <w:drawing>
          <wp:inline xmlns:a="http://schemas.openxmlformats.org/drawingml/2006/main" xmlns:pic="http://schemas.openxmlformats.org/drawingml/2006/picture">
            <wp:extent cx="5328000" cy="3041655"/>
            <wp:docPr id="28" name="Picture 28"/>
            <wp:cNvGraphicFramePr>
              <a:graphicFrameLocks noChangeAspect="1"/>
            </wp:cNvGraphicFramePr>
            <a:graphic>
              <a:graphicData uri="http://schemas.openxmlformats.org/drawingml/2006/picture">
                <pic:pic>
                  <pic:nvPicPr>
                    <pic:cNvPr id="0" name="image.jpg"/>
                    <pic:cNvPicPr/>
                  </pic:nvPicPr>
                  <pic:blipFill>
                    <a:blip r:embed="rId23"/>
                    <a:stretch>
                      <a:fillRect/>
                    </a:stretch>
                  </pic:blipFill>
                  <pic:spPr>
                    <a:xfrm>
                      <a:off x="0" y="0"/>
                      <a:ext cx="5328000" cy="3041655"/>
                    </a:xfrm>
                    <a:prstGeom prst="rect"/>
                  </pic:spPr>
                </pic:pic>
              </a:graphicData>
            </a:graphic>
          </wp:inline>
        </w:drawing>
      </w:r>
    </w:p>
    <w:p>
      <w:pPr>
        <w:pStyle w:val="Caption"/>
        <w:jc w:val="center"/>
      </w:pPr>
      <w:r>
        <w:rPr>
          <w:b/>
          <w:color w:val="404040"/>
        </w:rPr>
        <w:t>A blue plastic drying rack/tray on a stainless steel surface, with a single black machine part placed on it, showing water droplets and a clean environment suitable for air drying sanitized equipment</w:t>
      </w:r>
    </w:p>
    <w:p>
      <w:pPr>
        <w:pStyle w:val="Heading2"/>
        <w:keepNext/>
        <w:keepLines/>
        <w:ind w:left="0"/>
        <w:outlineLvl w:val="1"/>
      </w:pPr>
      <w:r>
        <w:rPr>
          <w:b/>
          <w:color w:val="404040"/>
          <w:sz w:val="28"/>
          <w:rFonts w:ascii="Inter" w:hAnsi="Inter" w:eastAsia="Noto Sans CJK JP" w:cs="Noto Sans CJK JP"/>
        </w:rPr>
        <w:t>Step 6: Clean the hoppers, trays, and exterior</w:t>
      </w:r>
    </w:p>
    <w:p>
      <w:pPr/>
      <w:r>
        <w:br/>
      </w:r>
    </w:p>
    <w:p>
      <w:pPr>
        <w:pStyle w:val="ListNumber2"/>
        <w:keepNext/>
        <w:keepLines/>
      </w:pPr>
      <w:r>
        <w:rPr>
          <w:color w:val="404040"/>
          <w:sz w:val="24"/>
          <w:rFonts w:ascii="Inter" w:hAnsi="Inter" w:eastAsia="Noto Sans CJK JP" w:cs="Noto Sans CJK JP"/>
        </w:rPr>
        <w:t>W</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p</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r</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g</w:t>
      </w:r>
      <w:r>
        <w:rPr>
          <w:color w:val="404040"/>
          <w:sz w:val="24"/>
          <w:rFonts w:ascii="Inter" w:hAnsi="Inter" w:eastAsia="Noto Sans CJK JP" w:cs="Noto Sans CJK JP"/>
        </w:rPr>
        <w:t>h</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r</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p</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z</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y</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o</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w:t>
      </w:r>
    </w:p>
    <w:p>
      <w:pPr>
        <w:keepNext/>
        <w:keepLines/>
        <w:jc w:val="center"/>
      </w:pPr>
      <w:r>
        <w:drawing>
          <wp:inline xmlns:a="http://schemas.openxmlformats.org/drawingml/2006/main" xmlns:pic="http://schemas.openxmlformats.org/drawingml/2006/picture">
            <wp:extent cx="5328000" cy="3041655"/>
            <wp:docPr id="29" name="Picture 29"/>
            <wp:cNvGraphicFramePr>
              <a:graphicFrameLocks noChangeAspect="1"/>
            </wp:cNvGraphicFramePr>
            <a:graphic>
              <a:graphicData uri="http://schemas.openxmlformats.org/drawingml/2006/picture">
                <pic:pic>
                  <pic:nvPicPr>
                    <pic:cNvPr id="0" name="image.jpg"/>
                    <pic:cNvPicPr/>
                  </pic:nvPicPr>
                  <pic:blipFill>
                    <a:blip r:embed="rId24"/>
                    <a:stretch>
                      <a:fillRect/>
                    </a:stretch>
                  </pic:blipFill>
                  <pic:spPr>
                    <a:xfrm>
                      <a:off x="0" y="0"/>
                      <a:ext cx="5328000" cy="3041655"/>
                    </a:xfrm>
                    <a:prstGeom prst="rect"/>
                  </pic:spPr>
                </pic:pic>
              </a:graphicData>
            </a:graphic>
          </wp:inline>
        </w:drawing>
      </w:r>
    </w:p>
    <w:p>
      <w:pPr>
        <w:pStyle w:val="Caption"/>
        <w:jc w:val="center"/>
      </w:pPr>
      <w:r>
        <w:rPr>
          <w:b/>
          <w:color w:val="404040"/>
        </w:rPr>
        <w:t>A person's hands removing the black drip tray from the lower section of a stainless steel soft serve machine. The environment is a clean, industrial kitchen setting.</w:t>
      </w:r>
    </w:p>
    <w:p>
      <w:pPr/>
      <w:r>
        <w:br/>
      </w:r>
    </w:p>
    <w:p>
      <w:pPr>
        <w:pStyle w:val="ListNumber2"/>
      </w:pP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p</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y</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g</w:t>
      </w:r>
      <w:r>
        <w:rPr>
          <w:color w:val="404040"/>
          <w:sz w:val="24"/>
          <w:rFonts w:ascii="Inter" w:hAnsi="Inter" w:eastAsia="Noto Sans CJK JP" w:cs="Noto Sans CJK JP"/>
        </w:rPr>
        <w:t>h</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g</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o</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w:t>
      </w:r>
    </w:p>
    <w:p>
      <w:pPr>
        <w:pStyle w:val="ListNumber2"/>
      </w:pP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u</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g</w:t>
      </w:r>
      <w:r>
        <w:rPr>
          <w:color w:val="404040"/>
          <w:sz w:val="24"/>
          <w:rFonts w:ascii="Inter" w:hAnsi="Inter" w:eastAsia="Noto Sans CJK JP" w:cs="Noto Sans CJK JP"/>
        </w:rPr>
        <w:t>h</w:t>
      </w:r>
      <w:r>
        <w:rPr>
          <w:color w:val="404040"/>
          <w:sz w:val="24"/>
          <w:rFonts w:ascii="Inter" w:hAnsi="Inter" w:eastAsia="Noto Sans CJK JP" w:cs="Noto Sans CJK JP"/>
        </w:rPr>
        <w:t>-</w:t>
      </w:r>
      <w:r>
        <w:rPr>
          <w:color w:val="404040"/>
          <w:sz w:val="24"/>
          <w:rFonts w:ascii="Inter" w:hAnsi="Inter" w:eastAsia="Noto Sans CJK JP" w:cs="Noto Sans CJK JP"/>
        </w:rPr>
        <w:t>g</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u</w:t>
      </w:r>
      <w:r>
        <w:rPr>
          <w:color w:val="404040"/>
          <w:sz w:val="24"/>
          <w:rFonts w:ascii="Inter" w:hAnsi="Inter" w:eastAsia="Noto Sans CJK JP" w:cs="Noto Sans CJK JP"/>
        </w:rPr>
        <w:t>p</w:t>
      </w:r>
      <w:r>
        <w:rPr>
          <w:color w:val="404040"/>
          <w:sz w:val="24"/>
          <w:rFonts w:ascii="Inter" w:hAnsi="Inter" w:eastAsia="Noto Sans CJK JP" w:cs="Noto Sans CJK JP"/>
        </w:rPr>
        <w:t>.</w:t>
      </w:r>
    </w:p>
    <w:p>
      <w:pPr>
        <w:pStyle w:val="ListNumber2"/>
        <w:keepNext/>
        <w:keepLines/>
      </w:pP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p</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i</w:t>
      </w:r>
      <w:r>
        <w:rPr>
          <w:color w:val="404040"/>
          <w:sz w:val="24"/>
          <w:rFonts w:ascii="Inter" w:hAnsi="Inter" w:eastAsia="Noto Sans CJK JP" w:cs="Noto Sans CJK JP"/>
        </w:rPr>
        <w:t>x</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x</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9</w:t>
      </w:r>
      <w:r>
        <w:rPr>
          <w:color w:val="404040"/>
          <w:sz w:val="24"/>
          <w:rFonts w:ascii="Inter" w:hAnsi="Inter" w:eastAsia="Noto Sans CJK JP" w:cs="Noto Sans CJK JP"/>
        </w:rPr>
        <w:t>0</w:t>
      </w:r>
      <w:r>
        <w:rPr>
          <w:color w:val="404040"/>
          <w:sz w:val="24"/>
          <w:rFonts w:ascii="Inter" w:hAnsi="Inter" w:eastAsia="Noto Sans CJK JP" w:cs="Noto Sans CJK JP"/>
        </w:rPr>
        <w:t>–</w:t>
      </w:r>
      <w:r>
        <w:rPr>
          <w:color w:val="404040"/>
          <w:sz w:val="24"/>
          <w:rFonts w:ascii="Inter" w:hAnsi="Inter" w:eastAsia="Noto Sans CJK JP" w:cs="Noto Sans CJK JP"/>
        </w:rPr>
        <w:t>1</w:t>
      </w:r>
      <w:r>
        <w:rPr>
          <w:color w:val="404040"/>
          <w:sz w:val="24"/>
          <w:rFonts w:ascii="Inter" w:hAnsi="Inter" w:eastAsia="Noto Sans CJK JP" w:cs="Noto Sans CJK JP"/>
        </w:rPr>
        <w:t>1</w:t>
      </w:r>
      <w:r>
        <w:rPr>
          <w:color w:val="404040"/>
          <w:sz w:val="24"/>
          <w:rFonts w:ascii="Inter" w:hAnsi="Inter" w:eastAsia="Noto Sans CJK JP" w:cs="Noto Sans CJK JP"/>
        </w:rPr>
        <w:t>0</w:t>
      </w:r>
      <w:r>
        <w:rPr>
          <w:color w:val="404040"/>
          <w:sz w:val="24"/>
          <w:rFonts w:ascii="Inter" w:hAnsi="Inter" w:eastAsia="Noto Sans CJK JP" w:cs="Noto Sans CJK JP"/>
        </w:rPr>
        <w:t>°</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r</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w:t>
      </w:r>
    </w:p>
    <w:p>
      <w:pPr>
        <w:keepNext/>
        <w:keepLines/>
        <w:jc w:val="center"/>
      </w:pPr>
      <w:r>
        <w:drawing>
          <wp:inline xmlns:a="http://schemas.openxmlformats.org/drawingml/2006/main" xmlns:pic="http://schemas.openxmlformats.org/drawingml/2006/picture">
            <wp:extent cx="5328000" cy="3041655"/>
            <wp:docPr id="30" name="Picture 30"/>
            <wp:cNvGraphicFramePr>
              <a:graphicFrameLocks noChangeAspect="1"/>
            </wp:cNvGraphicFramePr>
            <a:graphic>
              <a:graphicData uri="http://schemas.openxmlformats.org/drawingml/2006/picture">
                <pic:pic>
                  <pic:nvPicPr>
                    <pic:cNvPr id="0" name="image.jpg"/>
                    <pic:cNvPicPr/>
                  </pic:nvPicPr>
                  <pic:blipFill>
                    <a:blip r:embed="rId18"/>
                    <a:stretch>
                      <a:fillRect/>
                    </a:stretch>
                  </pic:blipFill>
                  <pic:spPr>
                    <a:xfrm>
                      <a:off x="0" y="0"/>
                      <a:ext cx="5328000" cy="3041655"/>
                    </a:xfrm>
                    <a:prstGeom prst="rect"/>
                  </pic:spPr>
                </pic:pic>
              </a:graphicData>
            </a:graphic>
          </wp:inline>
        </w:drawing>
      </w:r>
    </w:p>
    <w:p>
      <w:pPr>
        <w:pStyle w:val="Caption"/>
        <w:jc w:val="center"/>
      </w:pPr>
      <w:r>
        <w:rPr>
          <w:b/>
          <w:color w:val="404040"/>
        </w:rPr>
        <w:t>Text screen: "While other only require a three sink process. Without the pre-wash step. The following is a general guideline only."</w:t>
      </w:r>
    </w:p>
    <w:p>
      <w:pPr/>
      <w:r>
        <w:br/>
      </w:r>
    </w:p>
    <w:p>
      <w:pPr>
        <w:pStyle w:val="ListNumber2"/>
        <w:keepNext/>
        <w:keepLines/>
      </w:pPr>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g</w:t>
      </w:r>
      <w:r>
        <w:rPr>
          <w:color w:val="404040"/>
          <w:sz w:val="24"/>
          <w:rFonts w:ascii="Inter" w:hAnsi="Inter" w:eastAsia="Noto Sans CJK JP" w:cs="Noto Sans CJK JP"/>
        </w:rPr>
        <w:t>h</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b</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h</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p</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p</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u</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l</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g</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w:t>
      </w:r>
    </w:p>
    <w:p>
      <w:pPr>
        <w:keepNext/>
        <w:keepLines/>
        <w:jc w:val="center"/>
      </w:pPr>
      <w:r>
        <w:drawing>
          <wp:inline xmlns:a="http://schemas.openxmlformats.org/drawingml/2006/main" xmlns:pic="http://schemas.openxmlformats.org/drawingml/2006/picture">
            <wp:extent cx="5328000" cy="3041655"/>
            <wp:docPr id="31" name="Picture 31"/>
            <wp:cNvGraphicFramePr>
              <a:graphicFrameLocks noChangeAspect="1"/>
            </wp:cNvGraphicFramePr>
            <a:graphic>
              <a:graphicData uri="http://schemas.openxmlformats.org/drawingml/2006/picture">
                <pic:pic>
                  <pic:nvPicPr>
                    <pic:cNvPr id="0" name="image.jpg"/>
                    <pic:cNvPicPr/>
                  </pic:nvPicPr>
                  <pic:blipFill>
                    <a:blip r:embed="rId24"/>
                    <a:stretch>
                      <a:fillRect/>
                    </a:stretch>
                  </pic:blipFill>
                  <pic:spPr>
                    <a:xfrm>
                      <a:off x="0" y="0"/>
                      <a:ext cx="5328000" cy="3041655"/>
                    </a:xfrm>
                    <a:prstGeom prst="rect"/>
                  </pic:spPr>
                </pic:pic>
              </a:graphicData>
            </a:graphic>
          </wp:inline>
        </w:drawing>
      </w:r>
    </w:p>
    <w:p>
      <w:pPr>
        <w:pStyle w:val="Caption"/>
        <w:keepNext/>
        <w:keepLines/>
        <w:jc w:val="center"/>
      </w:pPr>
      <w:r>
        <w:rPr>
          <w:b/>
          <w:color w:val="404040"/>
        </w:rPr>
        <w:t>A hand holding a white cloth wrapped around a brush, drying the area around the dispensing levers of a stainless steel soft serve machine. A green bucket with soapy water is positioned below the levers.</w:t>
      </w:r>
    </w:p>
    <w:p>
      <w:pPr>
        <w:keepNext/>
        <w:keepLines/>
        <w:jc w:val="center"/>
      </w:pPr>
      <w:r>
        <w:drawing>
          <wp:inline xmlns:a="http://schemas.openxmlformats.org/drawingml/2006/main" xmlns:pic="http://schemas.openxmlformats.org/drawingml/2006/picture">
            <wp:extent cx="5328000" cy="3041655"/>
            <wp:docPr id="32" name="Picture 32"/>
            <wp:cNvGraphicFramePr>
              <a:graphicFrameLocks noChangeAspect="1"/>
            </wp:cNvGraphicFramePr>
            <a:graphic>
              <a:graphicData uri="http://schemas.openxmlformats.org/drawingml/2006/picture">
                <pic:pic>
                  <pic:nvPicPr>
                    <pic:cNvPr id="0" name="image.jpg"/>
                    <pic:cNvPicPr/>
                  </pic:nvPicPr>
                  <pic:blipFill>
                    <a:blip r:embed="rId9"/>
                    <a:stretch>
                      <a:fillRect/>
                    </a:stretch>
                  </pic:blipFill>
                  <pic:spPr>
                    <a:xfrm>
                      <a:off x="0" y="0"/>
                      <a:ext cx="5328000" cy="3041655"/>
                    </a:xfrm>
                    <a:prstGeom prst="rect"/>
                  </pic:spPr>
                </pic:pic>
              </a:graphicData>
            </a:graphic>
          </wp:inline>
        </w:drawing>
      </w:r>
    </w:p>
    <w:p>
      <w:pPr>
        <w:pStyle w:val="Caption"/>
        <w:keepNext/>
        <w:keepLines/>
        <w:jc w:val="center"/>
      </w:pPr>
      <w:r>
        <w:rPr>
          <w:b/>
          <w:color w:val="404040"/>
        </w:rPr>
        <w:t>Front view of the same stainless steel soft serve machine, emphasizing the clean exterior and control panel.</w:t>
      </w:r>
    </w:p>
    <w:p>
      <w:pPr>
        <w:keepNext/>
        <w:keepLines/>
        <w:jc w:val="center"/>
      </w:pPr>
      <w:r>
        <w:drawing>
          <wp:inline xmlns:a="http://schemas.openxmlformats.org/drawingml/2006/main" xmlns:pic="http://schemas.openxmlformats.org/drawingml/2006/picture">
            <wp:extent cx="5328000" cy="3041655"/>
            <wp:docPr id="33" name="Picture 33"/>
            <wp:cNvGraphicFramePr>
              <a:graphicFrameLocks noChangeAspect="1"/>
            </wp:cNvGraphicFramePr>
            <a:graphic>
              <a:graphicData uri="http://schemas.openxmlformats.org/drawingml/2006/picture">
                <pic:pic>
                  <pic:nvPicPr>
                    <pic:cNvPr id="0" name="image.jpg"/>
                    <pic:cNvPicPr/>
                  </pic:nvPicPr>
                  <pic:blipFill>
                    <a:blip r:embed="rId25"/>
                    <a:stretch>
                      <a:fillRect/>
                    </a:stretch>
                  </pic:blipFill>
                  <pic:spPr>
                    <a:xfrm>
                      <a:off x="0" y="0"/>
                      <a:ext cx="5328000" cy="3041655"/>
                    </a:xfrm>
                    <a:prstGeom prst="rect"/>
                  </pic:spPr>
                </pic:pic>
              </a:graphicData>
            </a:graphic>
          </wp:inline>
        </w:drawing>
      </w:r>
    </w:p>
    <w:p>
      <w:pPr>
        <w:pStyle w:val="Caption"/>
        <w:jc w:val="center"/>
      </w:pPr>
      <w:r>
        <w:rPr>
          <w:b/>
          <w:color w:val="404040"/>
        </w:rPr>
        <w:t>Text instructions: "Do not use highly abrasive materials, as they will mar the finish. Use a soft cloth or sponge to apply the solution. For best results, wipe with the grain of the steel."</w:t>
      </w:r>
    </w:p>
    <w:p>
      <w:pPr>
        <w:pStyle w:val="Heading2"/>
        <w:keepNext/>
        <w:keepLines/>
        <w:ind w:left="0"/>
        <w:outlineLvl w:val="1"/>
      </w:pPr>
      <w:r>
        <w:rPr>
          <w:b/>
          <w:color w:val="404040"/>
          <w:sz w:val="28"/>
          <w:rFonts w:ascii="Inter" w:hAnsi="Inter" w:eastAsia="Noto Sans CJK JP" w:cs="Noto Sans CJK JP"/>
        </w:rPr>
        <w:t>Step 7: Lubricate and reassemble the auger and rear seals</w:t>
      </w:r>
    </w:p>
    <w:p>
      <w:pPr/>
      <w:r>
        <w:br/>
      </w:r>
    </w:p>
    <w:p>
      <w:pPr>
        <w:pStyle w:val="ListNumber2"/>
        <w:keepNext/>
        <w:keepLines/>
      </w:pPr>
      <w:r>
        <w:rPr>
          <w:color w:val="404040"/>
          <w:sz w:val="24"/>
          <w:rFonts w:ascii="Inter" w:hAnsi="Inter" w:eastAsia="Noto Sans CJK JP" w:cs="Noto Sans CJK JP"/>
        </w:rPr>
        <w:t>L</w:t>
      </w:r>
      <w:r>
        <w:rPr>
          <w:color w:val="404040"/>
          <w:sz w:val="24"/>
          <w:rFonts w:ascii="Inter" w:hAnsi="Inter" w:eastAsia="Noto Sans CJK JP" w:cs="Noto Sans CJK JP"/>
        </w:rPr>
        <w:t>u</w:t>
      </w:r>
      <w:r>
        <w:rPr>
          <w:color w:val="404040"/>
          <w:sz w:val="24"/>
          <w:rFonts w:ascii="Inter" w:hAnsi="Inter" w:eastAsia="Noto Sans CJK JP" w:cs="Noto Sans CJK JP"/>
        </w:rPr>
        <w:t>b</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u</w:t>
      </w:r>
      <w:r>
        <w:rPr>
          <w:color w:val="404040"/>
          <w:sz w:val="24"/>
          <w:rFonts w:ascii="Inter" w:hAnsi="Inter" w:eastAsia="Noto Sans CJK JP" w:cs="Noto Sans CJK JP"/>
        </w:rPr>
        <w:t>b</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u</w:t>
      </w:r>
      <w:r>
        <w:rPr>
          <w:color w:val="404040"/>
          <w:sz w:val="24"/>
          <w:rFonts w:ascii="Inter" w:hAnsi="Inter" w:eastAsia="Noto Sans CJK JP" w:cs="Noto Sans CJK JP"/>
        </w:rPr>
        <w:t>b</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f</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g</w:t>
      </w:r>
      <w:r>
        <w:rPr>
          <w:color w:val="404040"/>
          <w:sz w:val="24"/>
          <w:rFonts w:ascii="Inter" w:hAnsi="Inter" w:eastAsia="Noto Sans CJK JP" w:cs="Noto Sans CJK JP"/>
        </w:rPr>
        <w:t>h</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u</w:t>
      </w:r>
      <w:r>
        <w:rPr>
          <w:color w:val="404040"/>
          <w:sz w:val="24"/>
          <w:rFonts w:ascii="Inter" w:hAnsi="Inter" w:eastAsia="Noto Sans CJK JP" w:cs="Noto Sans CJK JP"/>
        </w:rPr>
        <w:t>b</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f</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w:t>
      </w:r>
    </w:p>
    <w:p>
      <w:pPr>
        <w:keepNext/>
        <w:keepLines/>
        <w:jc w:val="center"/>
      </w:pPr>
      <w:r>
        <w:drawing>
          <wp:inline xmlns:a="http://schemas.openxmlformats.org/drawingml/2006/main" xmlns:pic="http://schemas.openxmlformats.org/drawingml/2006/picture">
            <wp:extent cx="5328000" cy="3041655"/>
            <wp:docPr id="34" name="Picture 34"/>
            <wp:cNvGraphicFramePr>
              <a:graphicFrameLocks noChangeAspect="1"/>
            </wp:cNvGraphicFramePr>
            <a:graphic>
              <a:graphicData uri="http://schemas.openxmlformats.org/drawingml/2006/picture">
                <pic:pic>
                  <pic:nvPicPr>
                    <pic:cNvPr id="0" name="image.jpg"/>
                    <pic:cNvPicPr/>
                  </pic:nvPicPr>
                  <pic:blipFill>
                    <a:blip r:embed="rId26"/>
                    <a:stretch>
                      <a:fillRect/>
                    </a:stretch>
                  </pic:blipFill>
                  <pic:spPr>
                    <a:xfrm>
                      <a:off x="0" y="0"/>
                      <a:ext cx="5328000" cy="3041655"/>
                    </a:xfrm>
                    <a:prstGeom prst="rect"/>
                  </pic:spPr>
                </pic:pic>
              </a:graphicData>
            </a:graphic>
          </wp:inline>
        </w:drawing>
      </w:r>
    </w:p>
    <w:p>
      <w:pPr>
        <w:pStyle w:val="Caption"/>
        <w:keepNext/>
        <w:keepLines/>
        <w:jc w:val="center"/>
      </w:pPr>
      <w:r>
        <w:rPr>
          <w:b/>
          <w:color w:val="404040"/>
        </w:rPr>
        <w:t>A close-up of a stainless steel auger shaft with a black rear seal installed. The seal and the shaft are coated with a visible layer of clear lubricant. The background is neutral gray, and a hand is partially visible holding the shaft.</w:t>
      </w:r>
    </w:p>
    <w:p>
      <w:pPr>
        <w:keepNext/>
        <w:keepLines/>
        <w:jc w:val="center"/>
      </w:pPr>
      <w:r>
        <w:drawing>
          <wp:inline xmlns:a="http://schemas.openxmlformats.org/drawingml/2006/main" xmlns:pic="http://schemas.openxmlformats.org/drawingml/2006/picture">
            <wp:extent cx="5328000" cy="3041655"/>
            <wp:docPr id="35" name="Picture 35"/>
            <wp:cNvGraphicFramePr>
              <a:graphicFrameLocks noChangeAspect="1"/>
            </wp:cNvGraphicFramePr>
            <a:graphic>
              <a:graphicData uri="http://schemas.openxmlformats.org/drawingml/2006/picture">
                <pic:pic>
                  <pic:nvPicPr>
                    <pic:cNvPr id="0" name="image.jpg"/>
                    <pic:cNvPicPr/>
                  </pic:nvPicPr>
                  <pic:blipFill>
                    <a:blip r:embed="rId27"/>
                    <a:stretch>
                      <a:fillRect/>
                    </a:stretch>
                  </pic:blipFill>
                  <pic:spPr>
                    <a:xfrm>
                      <a:off x="0" y="0"/>
                      <a:ext cx="5328000" cy="3041655"/>
                    </a:xfrm>
                    <a:prstGeom prst="rect"/>
                  </pic:spPr>
                </pic:pic>
              </a:graphicData>
            </a:graphic>
          </wp:inline>
        </w:drawing>
      </w:r>
    </w:p>
    <w:p>
      <w:pPr>
        <w:pStyle w:val="Caption"/>
        <w:jc w:val="center"/>
      </w:pPr>
      <w:r>
        <w:rPr>
          <w:b/>
          <w:color w:val="404040"/>
        </w:rPr>
        <w:t>A close-up of the hex drive end of an auger shaft, partially inserted into a black rear seal. The hex end is coated with a small amount of clear lubricant. A hand is visible in the foreground.</w:t>
      </w:r>
    </w:p>
    <w:p>
      <w:pPr/>
      <w:r>
        <w:br/>
      </w:r>
    </w:p>
    <w:p>
      <w:pPr>
        <w:pStyle w:val="ListNumber2"/>
      </w:pPr>
      <w:r>
        <w:rPr>
          <w:color w:val="404040"/>
          <w:sz w:val="24"/>
          <w:rFonts w:ascii="Inter" w:hAnsi="Inter" w:eastAsia="Noto Sans CJK JP" w:cs="Noto Sans CJK JP"/>
        </w:rPr>
        <w:t>A</w:t>
      </w:r>
      <w:r>
        <w:rPr>
          <w:color w:val="404040"/>
          <w:sz w:val="24"/>
          <w:rFonts w:ascii="Inter" w:hAnsi="Inter" w:eastAsia="Noto Sans CJK JP" w:cs="Noto Sans CJK JP"/>
        </w:rPr>
        <w:t>p</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u</w:t>
      </w:r>
      <w:r>
        <w:rPr>
          <w:color w:val="404040"/>
          <w:sz w:val="24"/>
          <w:rFonts w:ascii="Inter" w:hAnsi="Inter" w:eastAsia="Noto Sans CJK JP" w:cs="Noto Sans CJK JP"/>
        </w:rPr>
        <w:t>b</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x</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s</w:t>
      </w:r>
      <w:r>
        <w:rPr>
          <w:color w:val="404040"/>
          <w:sz w:val="24"/>
          <w:rFonts w:ascii="Inter" w:hAnsi="Inter" w:eastAsia="Noto Sans CJK JP" w:cs="Noto Sans CJK JP"/>
        </w:rPr>
        <w:t>.</w:t>
      </w:r>
    </w:p>
    <w:p>
      <w:pPr>
        <w:pStyle w:val="ListNumber2"/>
      </w:pPr>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w</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g</w:t>
      </w:r>
      <w:r>
        <w:rPr>
          <w:color w:val="404040"/>
          <w:sz w:val="24"/>
          <w:rFonts w:ascii="Inter" w:hAnsi="Inter" w:eastAsia="Noto Sans CJK JP" w:cs="Noto Sans CJK JP"/>
        </w:rPr>
        <w:t>h</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w:t>
      </w:r>
    </w:p>
    <w:p>
      <w:pPr>
        <w:pStyle w:val="ListNumber2"/>
      </w:pP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w</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g</w:t>
      </w:r>
      <w:r>
        <w:rPr>
          <w:color w:val="404040"/>
          <w:sz w:val="24"/>
          <w:rFonts w:ascii="Inter" w:hAnsi="Inter" w:eastAsia="Noto Sans CJK JP" w:cs="Noto Sans CJK JP"/>
        </w:rPr>
        <w:t>h</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f</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f</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t</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z</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y</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w:t>
      </w:r>
    </w:p>
    <w:p>
      <w:pPr>
        <w:pStyle w:val="ListNumber2"/>
      </w:pP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g</w:t>
      </w:r>
      <w:r>
        <w:rPr>
          <w:color w:val="404040"/>
          <w:sz w:val="24"/>
          <w:rFonts w:ascii="Inter" w:hAnsi="Inter" w:eastAsia="Noto Sans CJK JP" w:cs="Noto Sans CJK JP"/>
        </w:rPr>
        <w:t>h</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f</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u</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z</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y</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w:t>
      </w:r>
    </w:p>
    <w:p>
      <w:pPr>
        <w:pStyle w:val="ListNumber2"/>
        <w:keepNext/>
        <w:keepLines/>
      </w:pPr>
      <w:r>
        <w:rPr>
          <w:color w:val="404040"/>
          <w:sz w:val="24"/>
          <w:rFonts w:ascii="Inter" w:hAnsi="Inter" w:eastAsia="Noto Sans CJK JP" w:cs="Noto Sans CJK JP"/>
        </w:rPr>
        <w:t>A</w:t>
      </w:r>
      <w:r>
        <w:rPr>
          <w:color w:val="404040"/>
          <w:sz w:val="24"/>
          <w:rFonts w:ascii="Inter" w:hAnsi="Inter" w:eastAsia="Noto Sans CJK JP" w:cs="Noto Sans CJK JP"/>
        </w:rPr>
        <w:t>p</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y</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u</w:t>
      </w:r>
      <w:r>
        <w:rPr>
          <w:color w:val="404040"/>
          <w:sz w:val="24"/>
          <w:rFonts w:ascii="Inter" w:hAnsi="Inter" w:eastAsia="Noto Sans CJK JP" w:cs="Noto Sans CJK JP"/>
        </w:rPr>
        <w:t>b</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f</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p</w:t>
      </w:r>
      <w:r>
        <w:rPr>
          <w:color w:val="404040"/>
          <w:sz w:val="24"/>
          <w:rFonts w:ascii="Inter" w:hAnsi="Inter" w:eastAsia="Noto Sans CJK JP" w:cs="Noto Sans CJK JP"/>
        </w:rPr>
        <w:t>p</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s</w:t>
      </w:r>
      <w:r>
        <w:rPr>
          <w:color w:val="404040"/>
          <w:sz w:val="24"/>
          <w:rFonts w:ascii="Inter" w:hAnsi="Inter" w:eastAsia="Noto Sans CJK JP" w:cs="Noto Sans CJK JP"/>
        </w:rPr>
        <w:t>.</w:t>
      </w:r>
    </w:p>
    <w:p>
      <w:pPr>
        <w:keepNext/>
        <w:keepLines/>
        <w:jc w:val="center"/>
      </w:pPr>
      <w:r>
        <w:drawing>
          <wp:inline xmlns:a="http://schemas.openxmlformats.org/drawingml/2006/main" xmlns:pic="http://schemas.openxmlformats.org/drawingml/2006/picture">
            <wp:extent cx="5328000" cy="3041655"/>
            <wp:docPr id="36" name="Picture 36"/>
            <wp:cNvGraphicFramePr>
              <a:graphicFrameLocks noChangeAspect="1"/>
            </wp:cNvGraphicFramePr>
            <a:graphic>
              <a:graphicData uri="http://schemas.openxmlformats.org/drawingml/2006/picture">
                <pic:pic>
                  <pic:nvPicPr>
                    <pic:cNvPr id="0" name="image.jpg"/>
                    <pic:cNvPicPr/>
                  </pic:nvPicPr>
                  <pic:blipFill>
                    <a:blip r:embed="rId13"/>
                    <a:stretch>
                      <a:fillRect/>
                    </a:stretch>
                  </pic:blipFill>
                  <pic:spPr>
                    <a:xfrm>
                      <a:off x="0" y="0"/>
                      <a:ext cx="5328000" cy="3041655"/>
                    </a:xfrm>
                    <a:prstGeom prst="rect"/>
                  </pic:spPr>
                </pic:pic>
              </a:graphicData>
            </a:graphic>
          </wp:inline>
        </w:drawing>
      </w:r>
    </w:p>
    <w:p>
      <w:pPr>
        <w:pStyle w:val="Caption"/>
        <w:keepNext/>
        <w:keepLines/>
        <w:jc w:val="center"/>
      </w:pPr>
      <w:r>
        <w:rPr>
          <w:b/>
          <w:color w:val="404040"/>
        </w:rPr>
        <w:t>A packet of Stera-Sheen Total Blend Lubricant with the same text as above, emphasizing its use as a substitute for two products.</w:t>
      </w:r>
    </w:p>
    <w:p>
      <w:pPr>
        <w:keepNext/>
        <w:keepLines/>
        <w:jc w:val="center"/>
      </w:pPr>
      <w:r>
        <w:drawing>
          <wp:inline xmlns:a="http://schemas.openxmlformats.org/drawingml/2006/main" xmlns:pic="http://schemas.openxmlformats.org/drawingml/2006/picture">
            <wp:extent cx="5328000" cy="3041655"/>
            <wp:docPr id="37" name="Picture 37"/>
            <wp:cNvGraphicFramePr>
              <a:graphicFrameLocks noChangeAspect="1"/>
            </wp:cNvGraphicFramePr>
            <a:graphic>
              <a:graphicData uri="http://schemas.openxmlformats.org/drawingml/2006/picture">
                <pic:pic>
                  <pic:nvPicPr>
                    <pic:cNvPr id="0" name="image.jpg"/>
                    <pic:cNvPicPr/>
                  </pic:nvPicPr>
                  <pic:blipFill>
                    <a:blip r:embed="rId28"/>
                    <a:stretch>
                      <a:fillRect/>
                    </a:stretch>
                  </pic:blipFill>
                  <pic:spPr>
                    <a:xfrm>
                      <a:off x="0" y="0"/>
                      <a:ext cx="5328000" cy="3041655"/>
                    </a:xfrm>
                    <a:prstGeom prst="rect"/>
                  </pic:spPr>
                </pic:pic>
              </a:graphicData>
            </a:graphic>
          </wp:inline>
        </w:drawing>
      </w:r>
    </w:p>
    <w:p>
      <w:pPr>
        <w:pStyle w:val="Caption"/>
        <w:keepNext/>
        <w:keepLines/>
        <w:jc w:val="center"/>
      </w:pPr>
      <w:r>
        <w:rPr>
          <w:b/>
          <w:color w:val="404040"/>
        </w:rPr>
        <w:t>Hands assembling a metal spring into a white plastic flight. Several other flights and orange O-rings are organized in a black tray on the work surface.</w:t>
      </w:r>
    </w:p>
    <w:p>
      <w:pPr>
        <w:keepNext/>
        <w:keepLines/>
        <w:jc w:val="center"/>
      </w:pPr>
      <w:r>
        <w:drawing>
          <wp:inline xmlns:a="http://schemas.openxmlformats.org/drawingml/2006/main" xmlns:pic="http://schemas.openxmlformats.org/drawingml/2006/picture">
            <wp:extent cx="5328000" cy="3041655"/>
            <wp:docPr id="38" name="Picture 38"/>
            <wp:cNvGraphicFramePr>
              <a:graphicFrameLocks noChangeAspect="1"/>
            </wp:cNvGraphicFramePr>
            <a:graphic>
              <a:graphicData uri="http://schemas.openxmlformats.org/drawingml/2006/picture">
                <pic:pic>
                  <pic:nvPicPr>
                    <pic:cNvPr id="0" name="image.jpg"/>
                    <pic:cNvPicPr/>
                  </pic:nvPicPr>
                  <pic:blipFill>
                    <a:blip r:embed="rId28"/>
                    <a:stretch>
                      <a:fillRect/>
                    </a:stretch>
                  </pic:blipFill>
                  <pic:spPr>
                    <a:xfrm>
                      <a:off x="0" y="0"/>
                      <a:ext cx="5328000" cy="3041655"/>
                    </a:xfrm>
                    <a:prstGeom prst="rect"/>
                  </pic:spPr>
                </pic:pic>
              </a:graphicData>
            </a:graphic>
          </wp:inline>
        </w:drawing>
      </w:r>
    </w:p>
    <w:p>
      <w:pPr>
        <w:pStyle w:val="Caption"/>
        <w:keepNext/>
        <w:keepLines/>
        <w:jc w:val="center"/>
      </w:pPr>
      <w:r>
        <w:rPr>
          <w:b/>
          <w:color w:val="404040"/>
        </w:rPr>
        <w:t>A person's hands installing two white plastic flights onto an auger shaft and preparing to insert it into the left freezing cylinder of a stainless steel soft serve machine. The machine's control panel and dispensing levers are visible.</w:t>
      </w:r>
    </w:p>
    <w:p>
      <w:pPr>
        <w:keepNext/>
        <w:keepLines/>
        <w:jc w:val="center"/>
      </w:pPr>
      <w:r>
        <w:drawing>
          <wp:inline xmlns:a="http://schemas.openxmlformats.org/drawingml/2006/main" xmlns:pic="http://schemas.openxmlformats.org/drawingml/2006/picture">
            <wp:extent cx="5328000" cy="3041655"/>
            <wp:docPr id="39" name="Picture 39"/>
            <wp:cNvGraphicFramePr>
              <a:graphicFrameLocks noChangeAspect="1"/>
            </wp:cNvGraphicFramePr>
            <a:graphic>
              <a:graphicData uri="http://schemas.openxmlformats.org/drawingml/2006/picture">
                <pic:pic>
                  <pic:nvPicPr>
                    <pic:cNvPr id="0" name="image.jpg"/>
                    <pic:cNvPicPr/>
                  </pic:nvPicPr>
                  <pic:blipFill>
                    <a:blip r:embed="rId28"/>
                    <a:stretch>
                      <a:fillRect/>
                    </a:stretch>
                  </pic:blipFill>
                  <pic:spPr>
                    <a:xfrm>
                      <a:off x="0" y="0"/>
                      <a:ext cx="5328000" cy="3041655"/>
                    </a:xfrm>
                    <a:prstGeom prst="rect"/>
                  </pic:spPr>
                </pic:pic>
              </a:graphicData>
            </a:graphic>
          </wp:inline>
        </w:drawing>
      </w:r>
    </w:p>
    <w:p>
      <w:pPr>
        <w:pStyle w:val="Caption"/>
        <w:jc w:val="center"/>
      </w:pPr>
      <w:r>
        <w:rPr>
          <w:b/>
          <w:color w:val="404040"/>
        </w:rPr>
        <w:t>A close-up of a hand pushing the auger assembly with white plastic flights into the freezing cylinder of the machine. The dispensing levers are visible above.</w:t>
      </w:r>
    </w:p>
    <w:p>
      <w:pPr>
        <w:pStyle w:val="Heading2"/>
        <w:keepNext/>
        <w:keepLines/>
        <w:ind w:left="0"/>
        <w:outlineLvl w:val="1"/>
      </w:pPr>
      <w:r>
        <w:rPr>
          <w:b/>
          <w:color w:val="404040"/>
          <w:sz w:val="28"/>
          <w:rFonts w:ascii="Inter" w:hAnsi="Inter" w:eastAsia="Noto Sans CJK JP" w:cs="Noto Sans CJK JP"/>
        </w:rPr>
        <w:t>Step 8: Assemble the front door</w:t>
      </w:r>
    </w:p>
    <w:p>
      <w:pPr/>
      <w:r>
        <w:br/>
      </w:r>
    </w:p>
    <w:p>
      <w:pPr>
        <w:pStyle w:val="ListNumber2"/>
        <w:keepNext/>
        <w:keepLines/>
      </w:pP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p</w:t>
      </w:r>
      <w:r>
        <w:rPr>
          <w:color w:val="404040"/>
          <w:sz w:val="24"/>
          <w:rFonts w:ascii="Inter" w:hAnsi="Inter" w:eastAsia="Noto Sans CJK JP" w:cs="Noto Sans CJK JP"/>
        </w:rPr>
        <w:t>i</w:t>
      </w:r>
      <w:r>
        <w:rPr>
          <w:color w:val="404040"/>
          <w:sz w:val="24"/>
          <w:rFonts w:ascii="Inter" w:hAnsi="Inter" w:eastAsia="Noto Sans CJK JP" w:cs="Noto Sans CJK JP"/>
        </w:rPr>
        <w:t>g</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o</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g</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b</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w:t>
      </w:r>
    </w:p>
    <w:p>
      <w:pPr>
        <w:keepNext/>
        <w:keepLines/>
        <w:jc w:val="center"/>
      </w:pPr>
      <w:r>
        <w:drawing>
          <wp:inline xmlns:a="http://schemas.openxmlformats.org/drawingml/2006/main" xmlns:pic="http://schemas.openxmlformats.org/drawingml/2006/picture">
            <wp:extent cx="5328000" cy="3041655"/>
            <wp:docPr id="40" name="Picture 40"/>
            <wp:cNvGraphicFramePr>
              <a:graphicFrameLocks noChangeAspect="1"/>
            </wp:cNvGraphicFramePr>
            <a:graphic>
              <a:graphicData uri="http://schemas.openxmlformats.org/drawingml/2006/picture">
                <pic:pic>
                  <pic:nvPicPr>
                    <pic:cNvPr id="0" name="image.jpg"/>
                    <pic:cNvPicPr/>
                  </pic:nvPicPr>
                  <pic:blipFill>
                    <a:blip r:embed="rId29"/>
                    <a:stretch>
                      <a:fillRect/>
                    </a:stretch>
                  </pic:blipFill>
                  <pic:spPr>
                    <a:xfrm>
                      <a:off x="0" y="0"/>
                      <a:ext cx="5328000" cy="3041655"/>
                    </a:xfrm>
                    <a:prstGeom prst="rect"/>
                  </pic:spPr>
                </pic:pic>
              </a:graphicData>
            </a:graphic>
          </wp:inline>
        </w:drawing>
      </w:r>
    </w:p>
    <w:p>
      <w:pPr>
        <w:pStyle w:val="Caption"/>
        <w:jc w:val="center"/>
      </w:pPr>
      <w:r>
        <w:rPr>
          <w:b/>
          <w:color w:val="404040"/>
        </w:rPr>
        <w:t>White screen with centered black text: "FRONT DOOR ASSEMBLY"</w:t>
      </w:r>
    </w:p>
    <w:p>
      <w:pPr/>
      <w:r>
        <w:br/>
      </w:r>
    </w:p>
    <w:p>
      <w:pPr>
        <w:pStyle w:val="ListNumber2"/>
        <w:keepNext/>
        <w:keepLines/>
      </w:pP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b</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f</w:t>
      </w:r>
      <w:r>
        <w:rPr>
          <w:color w:val="404040"/>
          <w:sz w:val="24"/>
          <w:rFonts w:ascii="Inter" w:hAnsi="Inter" w:eastAsia="Noto Sans CJK JP" w:cs="Noto Sans CJK JP"/>
        </w:rPr>
        <w:t>u</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g</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l</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g</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w:t>
      </w:r>
    </w:p>
    <w:p>
      <w:pPr>
        <w:keepNext/>
        <w:keepLines/>
        <w:jc w:val="center"/>
      </w:pPr>
      <w:r>
        <w:drawing>
          <wp:inline xmlns:a="http://schemas.openxmlformats.org/drawingml/2006/main" xmlns:pic="http://schemas.openxmlformats.org/drawingml/2006/picture">
            <wp:extent cx="5328000" cy="3041655"/>
            <wp:docPr id="41" name="Picture 41"/>
            <wp:cNvGraphicFramePr>
              <a:graphicFrameLocks noChangeAspect="1"/>
            </wp:cNvGraphicFramePr>
            <a:graphic>
              <a:graphicData uri="http://schemas.openxmlformats.org/drawingml/2006/picture">
                <pic:pic>
                  <pic:nvPicPr>
                    <pic:cNvPr id="0" name="image.jpg"/>
                    <pic:cNvPicPr/>
                  </pic:nvPicPr>
                  <pic:blipFill>
                    <a:blip r:embed="rId29"/>
                    <a:stretch>
                      <a:fillRect/>
                    </a:stretch>
                  </pic:blipFill>
                  <pic:spPr>
                    <a:xfrm>
                      <a:off x="0" y="0"/>
                      <a:ext cx="5328000" cy="3041655"/>
                    </a:xfrm>
                    <a:prstGeom prst="rect"/>
                  </pic:spPr>
                </pic:pic>
              </a:graphicData>
            </a:graphic>
          </wp:inline>
        </w:drawing>
      </w:r>
    </w:p>
    <w:p>
      <w:pPr>
        <w:pStyle w:val="Caption"/>
        <w:jc w:val="center"/>
      </w:pPr>
      <w:r>
        <w:rPr>
          <w:b/>
          <w:color w:val="404040"/>
        </w:rPr>
        <w:t>A clear plastic front door assembly is placed on a white towel. A hand is inserting a cylindrical spigot body through one of the bottom holes. Other spigot bodies and O-rings are visible.</w:t>
      </w:r>
    </w:p>
    <w:p>
      <w:pPr/>
      <w:r>
        <w:br/>
      </w:r>
    </w:p>
    <w:p>
      <w:pPr>
        <w:pStyle w:val="ListNumber2"/>
        <w:keepNext/>
        <w:keepLines/>
      </w:pPr>
      <w:r>
        <w:rPr>
          <w:color w:val="404040"/>
          <w:sz w:val="24"/>
          <w:rFonts w:ascii="Inter" w:hAnsi="Inter" w:eastAsia="Noto Sans CJK JP" w:cs="Noto Sans CJK JP"/>
        </w:rPr>
        <w:t>V</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x</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p</w:t>
      </w:r>
      <w:r>
        <w:rPr>
          <w:color w:val="404040"/>
          <w:sz w:val="24"/>
          <w:rFonts w:ascii="Inter" w:hAnsi="Inter" w:eastAsia="Noto Sans CJK JP" w:cs="Noto Sans CJK JP"/>
        </w:rPr>
        <w:t>p</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g</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f</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w:t>
      </w:r>
    </w:p>
    <w:p>
      <w:pPr>
        <w:keepNext/>
        <w:keepLines/>
        <w:jc w:val="center"/>
      </w:pPr>
      <w:r>
        <w:drawing>
          <wp:inline xmlns:a="http://schemas.openxmlformats.org/drawingml/2006/main" xmlns:pic="http://schemas.openxmlformats.org/drawingml/2006/picture">
            <wp:extent cx="5328000" cy="3041655"/>
            <wp:docPr id="42" name="Picture 42"/>
            <wp:cNvGraphicFramePr>
              <a:graphicFrameLocks noChangeAspect="1"/>
            </wp:cNvGraphicFramePr>
            <a:graphic>
              <a:graphicData uri="http://schemas.openxmlformats.org/drawingml/2006/picture">
                <pic:pic>
                  <pic:nvPicPr>
                    <pic:cNvPr id="0" name="image.jpg"/>
                    <pic:cNvPicPr/>
                  </pic:nvPicPr>
                  <pic:blipFill>
                    <a:blip r:embed="rId28"/>
                    <a:stretch>
                      <a:fillRect/>
                    </a:stretch>
                  </pic:blipFill>
                  <pic:spPr>
                    <a:xfrm>
                      <a:off x="0" y="0"/>
                      <a:ext cx="5328000" cy="3041655"/>
                    </a:xfrm>
                    <a:prstGeom prst="rect"/>
                  </pic:spPr>
                </pic:pic>
              </a:graphicData>
            </a:graphic>
          </wp:inline>
        </w:drawing>
      </w:r>
    </w:p>
    <w:p>
      <w:pPr>
        <w:pStyle w:val="Caption"/>
        <w:jc w:val="center"/>
      </w:pPr>
      <w:r>
        <w:rPr>
          <w:b/>
          <w:color w:val="404040"/>
        </w:rPr>
        <w:t>Hands applying lubricant to a white auger support bushing in front of the machine's dispensing area. The bushing is held between the fingers, and the machine's levers are visible in the background.</w:t>
      </w:r>
    </w:p>
    <w:p>
      <w:pPr/>
      <w:r>
        <w:br/>
      </w:r>
    </w:p>
    <w:p>
      <w:pPr>
        <w:pStyle w:val="ListNumber2"/>
      </w:pP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g</w:t>
      </w:r>
      <w:r>
        <w:rPr>
          <w:color w:val="404040"/>
          <w:sz w:val="24"/>
          <w:rFonts w:ascii="Inter" w:hAnsi="Inter" w:eastAsia="Noto Sans CJK JP" w:cs="Noto Sans CJK JP"/>
        </w:rPr>
        <w:t>h</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k</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 xml:space="preserve"> </w:t>
      </w:r>
      <w:r>
        <w:rPr>
          <w:color w:val="404040"/>
          <w:sz w:val="24"/>
          <w:rFonts w:ascii="Inter" w:hAnsi="Inter" w:eastAsia="Noto Sans CJK JP" w:cs="Noto Sans CJK JP"/>
        </w:rPr>
        <w:t>k</w:t>
      </w: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b</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b</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n</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w</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p</w:t>
      </w:r>
      <w:r>
        <w:rPr>
          <w:color w:val="404040"/>
          <w:sz w:val="24"/>
          <w:rFonts w:ascii="Inter" w:hAnsi="Inter" w:eastAsia="Noto Sans CJK JP" w:cs="Noto Sans CJK JP"/>
        </w:rPr>
        <w:t>p</w:t>
      </w:r>
      <w:r>
        <w:rPr>
          <w:color w:val="404040"/>
          <w:sz w:val="24"/>
          <w:rFonts w:ascii="Inter" w:hAnsi="Inter" w:eastAsia="Noto Sans CJK JP" w:cs="Noto Sans CJK JP"/>
        </w:rPr>
        <w:t>o</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c</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g</w:t>
      </w:r>
      <w:r>
        <w:rPr>
          <w:color w:val="404040"/>
          <w:sz w:val="24"/>
          <w:rFonts w:ascii="Inter" w:hAnsi="Inter" w:eastAsia="Noto Sans CJK JP" w:cs="Noto Sans CJK JP"/>
        </w:rPr>
        <w:t>h</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w:t>
      </w:r>
    </w:p>
    <w:p>
      <w:pPr>
        <w:pStyle w:val="ListNumber2"/>
        <w:keepNext/>
        <w:keepLines/>
      </w:pP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p</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p</w:t>
      </w:r>
      <w:r>
        <w:rPr>
          <w:color w:val="404040"/>
          <w:sz w:val="24"/>
          <w:rFonts w:ascii="Inter" w:hAnsi="Inter" w:eastAsia="Noto Sans CJK JP" w:cs="Noto Sans CJK JP"/>
        </w:rPr>
        <w:t>i</w:t>
      </w:r>
      <w:r>
        <w:rPr>
          <w:color w:val="404040"/>
          <w:sz w:val="24"/>
          <w:rFonts w:ascii="Inter" w:hAnsi="Inter" w:eastAsia="Noto Sans CJK JP" w:cs="Noto Sans CJK JP"/>
        </w:rPr>
        <w:t>g</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x</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p</w:t>
      </w:r>
      <w:r>
        <w:rPr>
          <w:color w:val="404040"/>
          <w:sz w:val="24"/>
          <w:rFonts w:ascii="Inter" w:hAnsi="Inter" w:eastAsia="Noto Sans CJK JP" w:cs="Noto Sans CJK JP"/>
        </w:rPr>
        <w:t>i</w:t>
      </w:r>
      <w:r>
        <w:rPr>
          <w:color w:val="404040"/>
          <w:sz w:val="24"/>
          <w:rFonts w:ascii="Inter" w:hAnsi="Inter" w:eastAsia="Noto Sans CJK JP" w:cs="Noto Sans CJK JP"/>
        </w:rPr>
        <w:t>g</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b</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p</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x</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w:t>
      </w:r>
    </w:p>
    <w:p>
      <w:pPr>
        <w:keepNext/>
        <w:keepLines/>
        <w:jc w:val="center"/>
      </w:pPr>
      <w:r>
        <w:drawing>
          <wp:inline xmlns:a="http://schemas.openxmlformats.org/drawingml/2006/main" xmlns:pic="http://schemas.openxmlformats.org/drawingml/2006/picture">
            <wp:extent cx="5328000" cy="3041655"/>
            <wp:docPr id="43" name="Picture 43"/>
            <wp:cNvGraphicFramePr>
              <a:graphicFrameLocks noChangeAspect="1"/>
            </wp:cNvGraphicFramePr>
            <a:graphic>
              <a:graphicData uri="http://schemas.openxmlformats.org/drawingml/2006/picture">
                <pic:pic>
                  <pic:nvPicPr>
                    <pic:cNvPr id="0" name="image.jpg"/>
                    <pic:cNvPicPr/>
                  </pic:nvPicPr>
                  <pic:blipFill>
                    <a:blip r:embed="rId11"/>
                    <a:stretch>
                      <a:fillRect/>
                    </a:stretch>
                  </pic:blipFill>
                  <pic:spPr>
                    <a:xfrm>
                      <a:off x="0" y="0"/>
                      <a:ext cx="5328000" cy="3041655"/>
                    </a:xfrm>
                    <a:prstGeom prst="rect"/>
                  </pic:spPr>
                </pic:pic>
              </a:graphicData>
            </a:graphic>
          </wp:inline>
        </w:drawing>
      </w:r>
    </w:p>
    <w:p>
      <w:pPr>
        <w:pStyle w:val="Caption"/>
        <w:keepNext/>
        <w:keepLines/>
        <w:jc w:val="center"/>
      </w:pPr>
      <w:r>
        <w:rPr>
          <w:b/>
          <w:color w:val="404040"/>
        </w:rPr>
        <w:t>A close-up of the clear front door assembly installed on the soft serve machine. The dispensing levers and auger supports are visible through the transparent door. The machine's control panel is at the top, and a yellow caution label is on the lower right. Hands are visible at the bottom, adjusting the assembly.</w:t>
      </w:r>
    </w:p>
    <w:p>
      <w:pPr>
        <w:keepNext/>
        <w:keepLines/>
        <w:jc w:val="center"/>
      </w:pPr>
      <w:r>
        <w:drawing>
          <wp:inline xmlns:a="http://schemas.openxmlformats.org/drawingml/2006/main" xmlns:pic="http://schemas.openxmlformats.org/drawingml/2006/picture">
            <wp:extent cx="5328000" cy="3041655"/>
            <wp:docPr id="44" name="Picture 44"/>
            <wp:cNvGraphicFramePr>
              <a:graphicFrameLocks noChangeAspect="1"/>
            </wp:cNvGraphicFramePr>
            <a:graphic>
              <a:graphicData uri="http://schemas.openxmlformats.org/drawingml/2006/picture">
                <pic:pic>
                  <pic:nvPicPr>
                    <pic:cNvPr id="0" name="image.jpg"/>
                    <pic:cNvPicPr/>
                  </pic:nvPicPr>
                  <pic:blipFill>
                    <a:blip r:embed="rId11"/>
                    <a:stretch>
                      <a:fillRect/>
                    </a:stretch>
                  </pic:blipFill>
                  <pic:spPr>
                    <a:xfrm>
                      <a:off x="0" y="0"/>
                      <a:ext cx="5328000" cy="3041655"/>
                    </a:xfrm>
                    <a:prstGeom prst="rect"/>
                  </pic:spPr>
                </pic:pic>
              </a:graphicData>
            </a:graphic>
          </wp:inline>
        </w:drawing>
      </w:r>
    </w:p>
    <w:p>
      <w:pPr>
        <w:pStyle w:val="Caption"/>
        <w:keepNext/>
        <w:keepLines/>
        <w:jc w:val="center"/>
      </w:pPr>
      <w:r>
        <w:rPr>
          <w:b/>
          <w:color w:val="404040"/>
        </w:rPr>
        <w:t>The front door assembly is now secured with four black plastic knobs, one at each corner. The knobs are tightened in a criss-cross pattern. The dispensing levers and auger supports are visible through the clear door.</w:t>
      </w:r>
    </w:p>
    <w:p>
      <w:pPr>
        <w:keepNext/>
        <w:keepLines/>
        <w:jc w:val="center"/>
      </w:pPr>
      <w:r>
        <w:drawing>
          <wp:inline xmlns:a="http://schemas.openxmlformats.org/drawingml/2006/main" xmlns:pic="http://schemas.openxmlformats.org/drawingml/2006/picture">
            <wp:extent cx="5328000" cy="3041655"/>
            <wp:docPr id="45" name="Picture 45"/>
            <wp:cNvGraphicFramePr>
              <a:graphicFrameLocks noChangeAspect="1"/>
            </wp:cNvGraphicFramePr>
            <a:graphic>
              <a:graphicData uri="http://schemas.openxmlformats.org/drawingml/2006/picture">
                <pic:pic>
                  <pic:nvPicPr>
                    <pic:cNvPr id="0" name="image.jpg"/>
                    <pic:cNvPicPr/>
                  </pic:nvPicPr>
                  <pic:blipFill>
                    <a:blip r:embed="rId16"/>
                    <a:stretch>
                      <a:fillRect/>
                    </a:stretch>
                  </pic:blipFill>
                  <pic:spPr>
                    <a:xfrm>
                      <a:off x="0" y="0"/>
                      <a:ext cx="5328000" cy="3041655"/>
                    </a:xfrm>
                    <a:prstGeom prst="rect"/>
                  </pic:spPr>
                </pic:pic>
              </a:graphicData>
            </a:graphic>
          </wp:inline>
        </w:drawing>
      </w:r>
    </w:p>
    <w:p>
      <w:pPr>
        <w:pStyle w:val="Caption"/>
        <w:jc w:val="center"/>
      </w:pPr>
      <w:r>
        <w:rPr>
          <w:b/>
          <w:color w:val="404040"/>
        </w:rPr>
        <w:t>Hands are shown near the front of the machine, preparing to install additional components (rosette caps or spigot extensions) onto the spigots of the clear front door assembly. All knobs are tightened and the assembly is complete.</w:t>
      </w:r>
    </w:p>
    <w:p>
      <w:pPr>
        <w:pStyle w:val="Heading2"/>
        <w:keepNext/>
        <w:keepLines/>
        <w:ind w:left="0"/>
        <w:outlineLvl w:val="1"/>
      </w:pPr>
      <w:r>
        <w:rPr>
          <w:b/>
          <w:color w:val="404040"/>
          <w:sz w:val="28"/>
          <w:rFonts w:ascii="Inter" w:hAnsi="Inter" w:eastAsia="Noto Sans CJK JP" w:cs="Noto Sans CJK JP"/>
        </w:rPr>
        <w:t>Step 9: Final reset</w:t>
      </w:r>
    </w:p>
    <w:p>
      <w:pPr/>
      <w:r>
        <w:br/>
      </w:r>
    </w:p>
    <w:p>
      <w:pPr>
        <w:pStyle w:val="ListNumber2"/>
      </w:pP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b</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w:t>
      </w:r>
    </w:p>
    <w:p>
      <w:pPr>
        <w:pStyle w:val="ListNumber2"/>
        <w:keepNext/>
        <w:keepLines/>
      </w:pP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v</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w</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p</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a</w:t>
      </w:r>
      <w:r>
        <w:rPr>
          <w:color w:val="404040"/>
          <w:sz w:val="24"/>
          <w:rFonts w:ascii="Inter" w:hAnsi="Inter" w:eastAsia="Noto Sans CJK JP" w:cs="Noto Sans CJK JP"/>
        </w:rPr>
        <w:t>f</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w:t>
      </w:r>
    </w:p>
    <w:p>
      <w:pPr>
        <w:keepNext/>
        <w:keepLines/>
        <w:jc w:val="center"/>
      </w:pPr>
      <w:r>
        <w:drawing>
          <wp:inline xmlns:a="http://schemas.openxmlformats.org/drawingml/2006/main" xmlns:pic="http://schemas.openxmlformats.org/drawingml/2006/picture">
            <wp:extent cx="5328000" cy="3041655"/>
            <wp:docPr id="46" name="Picture 46"/>
            <wp:cNvGraphicFramePr>
              <a:graphicFrameLocks noChangeAspect="1"/>
            </wp:cNvGraphicFramePr>
            <a:graphic>
              <a:graphicData uri="http://schemas.openxmlformats.org/drawingml/2006/picture">
                <pic:pic>
                  <pic:nvPicPr>
                    <pic:cNvPr id="0" name="image.jpg"/>
                    <pic:cNvPicPr/>
                  </pic:nvPicPr>
                  <pic:blipFill>
                    <a:blip r:embed="rId29"/>
                    <a:stretch>
                      <a:fillRect/>
                    </a:stretch>
                  </pic:blipFill>
                  <pic:spPr>
                    <a:xfrm>
                      <a:off x="0" y="0"/>
                      <a:ext cx="5328000" cy="3041655"/>
                    </a:xfrm>
                    <a:prstGeom prst="rect"/>
                  </pic:spPr>
                </pic:pic>
              </a:graphicData>
            </a:graphic>
          </wp:inline>
        </w:drawing>
      </w:r>
    </w:p>
    <w:p>
      <w:pPr>
        <w:pStyle w:val="Caption"/>
        <w:jc w:val="center"/>
      </w:pPr>
      <w:r>
        <w:rPr>
          <w:b/>
          <w:color w:val="404040"/>
        </w:rPr>
        <w:t>A person's hands are positioning the clear front door assembly onto the front of the stainless steel soft serve machine. The assembly is aligned with the dispensing levers and freezing cylinder openings. A yellow caution label is visible on the machine.</w:t>
      </w:r>
    </w:p>
    <w:p>
      <w:pPr>
        <w:pStyle w:val="Heading1"/>
        <w:keepNext/>
        <w:keepLines/>
        <w:outlineLvl w:val="0"/>
      </w:pPr>
      <w:r>
        <w:rPr>
          <w:b/>
          <w:color w:val="404040"/>
          <w:sz w:val="32"/>
          <w:rFonts w:ascii="Inter" w:hAnsi="Inter" w:eastAsia="Noto Sans CJK JP" w:cs="Noto Sans CJK JP"/>
        </w:rPr>
        <w:t>Inspection</w:t>
      </w:r>
    </w:p>
    <w:p>
      <w:pP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p</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v</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w:t>
      </w:r>
    </w:p>
    <w:p>
      <w:pPr>
        <w:pStyle w:val="ListBullet2"/>
      </w:pP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y</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w:t>
      </w:r>
    </w:p>
    <w:p>
      <w:pPr>
        <w:pStyle w:val="ListBullet2"/>
      </w:pP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z</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u</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b</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w:t>
      </w:r>
    </w:p>
    <w:p>
      <w:pPr>
        <w:pStyle w:val="ListBullet2"/>
      </w:pP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r</w:t>
      </w:r>
      <w:r>
        <w:rPr>
          <w:color w:val="404040"/>
          <w:sz w:val="24"/>
          <w:rFonts w:ascii="Inter" w:hAnsi="Inter" w:eastAsia="Noto Sans CJK JP" w:cs="Noto Sans CJK JP"/>
        </w:rPr>
        <w:t>y</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k</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b</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w:t>
      </w:r>
    </w:p>
    <w:p>
      <w:pPr>
        <w:pStyle w:val="ListBullet2"/>
      </w:pP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w</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y</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g</w:t>
      </w:r>
      <w:r>
        <w:rPr>
          <w:color w:val="404040"/>
          <w:sz w:val="24"/>
          <w:rFonts w:ascii="Inter" w:hAnsi="Inter" w:eastAsia="Noto Sans CJK JP" w:cs="Noto Sans CJK JP"/>
        </w:rPr>
        <w:t>h</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k</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w:t>
      </w:r>
    </w:p>
    <w:p>
      <w:pPr>
        <w:pStyle w:val="ListBullet2"/>
      </w:pP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o</w:t>
      </w:r>
      <w:r>
        <w:rPr>
          <w:color w:val="404040"/>
          <w:sz w:val="24"/>
          <w:rFonts w:ascii="Inter" w:hAnsi="Inter" w:eastAsia="Noto Sans CJK JP" w:cs="Noto Sans CJK JP"/>
        </w:rPr>
        <w:t>d</w:t>
      </w:r>
      <w:r>
        <w:rPr>
          <w:color w:val="404040"/>
          <w:sz w:val="24"/>
          <w:rFonts w:ascii="Inter" w:hAnsi="Inter" w:eastAsia="Noto Sans CJK JP" w:cs="Noto Sans CJK JP"/>
        </w:rPr>
        <w:t>-</w:t>
      </w:r>
      <w:r>
        <w:rPr>
          <w:color w:val="404040"/>
          <w:sz w:val="24"/>
          <w:rFonts w:ascii="Inter" w:hAnsi="Inter" w:eastAsia="Noto Sans CJK JP" w:cs="Noto Sans CJK JP"/>
        </w:rPr>
        <w:t>e</w:t>
      </w:r>
      <w:r>
        <w:rPr>
          <w:color w:val="404040"/>
          <w:sz w:val="24"/>
          <w:rFonts w:ascii="Inter" w:hAnsi="Inter" w:eastAsia="Noto Sans CJK JP" w:cs="Noto Sans CJK JP"/>
        </w:rPr>
        <w:t>q</w:t>
      </w:r>
      <w:r>
        <w:rPr>
          <w:color w:val="404040"/>
          <w:sz w:val="24"/>
          <w:rFonts w:ascii="Inter" w:hAnsi="Inter" w:eastAsia="Noto Sans CJK JP" w:cs="Noto Sans CJK JP"/>
        </w:rPr>
        <w:t>u</w:t>
      </w:r>
      <w:r>
        <w:rPr>
          <w:color w:val="404040"/>
          <w:sz w:val="24"/>
          <w:rFonts w:ascii="Inter" w:hAnsi="Inter" w:eastAsia="Noto Sans CJK JP" w:cs="Noto Sans CJK JP"/>
        </w:rPr>
        <w:t>i</w:t>
      </w:r>
      <w:r>
        <w:rPr>
          <w:color w:val="404040"/>
          <w:sz w:val="24"/>
          <w:rFonts w:ascii="Inter" w:hAnsi="Inter" w:eastAsia="Noto Sans CJK JP" w:cs="Noto Sans CJK JP"/>
        </w:rPr>
        <w:t>p</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w:t>
      </w:r>
      <w:r>
        <w:rPr>
          <w:color w:val="404040"/>
          <w:sz w:val="24"/>
          <w:rFonts w:ascii="Inter" w:hAnsi="Inter" w:eastAsia="Noto Sans CJK JP" w:cs="Noto Sans CJK JP"/>
        </w:rPr>
        <w:t>a</w:t>
      </w:r>
      <w:r>
        <w:rPr>
          <w:color w:val="404040"/>
          <w:sz w:val="24"/>
          <w:rFonts w:ascii="Inter" w:hAnsi="Inter" w:eastAsia="Noto Sans CJK JP" w:cs="Noto Sans CJK JP"/>
        </w:rPr>
        <w:t>p</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u</w:t>
      </w:r>
      <w:r>
        <w:rPr>
          <w:color w:val="404040"/>
          <w:sz w:val="24"/>
          <w:rFonts w:ascii="Inter" w:hAnsi="Inter" w:eastAsia="Noto Sans CJK JP" w:cs="Noto Sans CJK JP"/>
        </w:rPr>
        <w:t>b</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p</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u</w:t>
      </w:r>
      <w:r>
        <w:rPr>
          <w:color w:val="404040"/>
          <w:sz w:val="24"/>
          <w:rFonts w:ascii="Inter" w:hAnsi="Inter" w:eastAsia="Noto Sans CJK JP" w:cs="Noto Sans CJK JP"/>
        </w:rPr>
        <w:t>f</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u</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w:t>
      </w:r>
    </w:p>
    <w:p>
      <w:pPr>
        <w:pStyle w:val="ListBullet2"/>
      </w:pP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p</w:t>
      </w:r>
      <w:r>
        <w:rPr>
          <w:color w:val="404040"/>
          <w:sz w:val="24"/>
          <w:rFonts w:ascii="Inter" w:hAnsi="Inter" w:eastAsia="Noto Sans CJK JP" w:cs="Noto Sans CJK JP"/>
        </w:rPr>
        <w:t>p</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g</w:t>
      </w:r>
      <w:r>
        <w:rPr>
          <w:color w:val="404040"/>
          <w:sz w:val="24"/>
          <w:rFonts w:ascii="Inter" w:hAnsi="Inter" w:eastAsia="Noto Sans CJK JP" w:cs="Noto Sans CJK JP"/>
        </w:rPr>
        <w:t>s</w:t>
      </w:r>
      <w:r>
        <w:rPr>
          <w:color w:val="404040"/>
          <w:sz w:val="24"/>
          <w:rFonts w:ascii="Inter" w:hAnsi="Inter" w:eastAsia="Noto Sans CJK JP" w:cs="Noto Sans CJK JP"/>
        </w:rPr>
        <w:t>.</w:t>
      </w:r>
    </w:p>
    <w:p>
      <w:pPr>
        <w:pStyle w:val="ListBullet2"/>
      </w:pP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k</w:t>
      </w: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b</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g</w:t>
      </w:r>
      <w:r>
        <w:rPr>
          <w:color w:val="404040"/>
          <w:sz w:val="24"/>
          <w:rFonts w:ascii="Inter" w:hAnsi="Inter" w:eastAsia="Noto Sans CJK JP" w:cs="Noto Sans CJK JP"/>
        </w:rPr>
        <w:t>h</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c</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n</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g</w:t>
      </w:r>
      <w:r>
        <w:rPr>
          <w:color w:val="404040"/>
          <w:sz w:val="24"/>
          <w:rFonts w:ascii="Inter" w:hAnsi="Inter" w:eastAsia="Noto Sans CJK JP" w:cs="Noto Sans CJK JP"/>
        </w:rPr>
        <w:t>h</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w:t>
      </w:r>
    </w:p>
    <w:p>
      <w:pPr>
        <w:pStyle w:val="ListBullet2"/>
      </w:pP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x</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f</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g</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b</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w:t>
      </w:r>
    </w:p>
    <w:p>
      <w:pPr>
        <w:pStyle w:val="ListBullet2"/>
        <w:keepNext/>
        <w:keepLines/>
      </w:pP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p</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y</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w:t>
      </w:r>
    </w:p>
    <w:p>
      <w:pPr>
        <w:keepNext/>
        <w:keepLines/>
        <w:jc w:val="center"/>
      </w:pPr>
      <w:r>
        <w:drawing>
          <wp:inline xmlns:a="http://schemas.openxmlformats.org/drawingml/2006/main" xmlns:pic="http://schemas.openxmlformats.org/drawingml/2006/picture">
            <wp:extent cx="5328000" cy="3041655"/>
            <wp:docPr id="47" name="Picture 47"/>
            <wp:cNvGraphicFramePr>
              <a:graphicFrameLocks noChangeAspect="1"/>
            </wp:cNvGraphicFramePr>
            <a:graphic>
              <a:graphicData uri="http://schemas.openxmlformats.org/drawingml/2006/picture">
                <pic:pic>
                  <pic:nvPicPr>
                    <pic:cNvPr id="0" name="image.jpg"/>
                    <pic:cNvPicPr/>
                  </pic:nvPicPr>
                  <pic:blipFill>
                    <a:blip r:embed="rId15"/>
                    <a:stretch>
                      <a:fillRect/>
                    </a:stretch>
                  </pic:blipFill>
                  <pic:spPr>
                    <a:xfrm>
                      <a:off x="0" y="0"/>
                      <a:ext cx="5328000" cy="3041655"/>
                    </a:xfrm>
                    <a:prstGeom prst="rect"/>
                  </pic:spPr>
                </pic:pic>
              </a:graphicData>
            </a:graphic>
          </wp:inline>
        </w:drawing>
      </w:r>
    </w:p>
    <w:p>
      <w:pPr>
        <w:pStyle w:val="Caption"/>
        <w:jc w:val="center"/>
      </w:pPr>
      <w:r>
        <w:rPr>
          <w:b/>
          <w:color w:val="404040"/>
        </w:rPr>
        <w:t>All disassembled machine parts laid out on a white surface, including augers, O-rings, bushings, and trays for organization and inspection</w:t>
      </w:r>
    </w:p>
    <w:p>
      <w:pP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v</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g</w:t>
      </w:r>
      <w:r>
        <w:rPr>
          <w:color w:val="404040"/>
          <w:sz w:val="24"/>
          <w:rFonts w:ascii="Inter" w:hAnsi="Inter" w:eastAsia="Noto Sans CJK JP" w:cs="Noto Sans CJK JP"/>
        </w:rPr>
        <w:t>n</w:t>
      </w:r>
      <w:r>
        <w:rPr>
          <w:color w:val="404040"/>
          <w:sz w:val="24"/>
          <w:rFonts w:ascii="Inter" w:hAnsi="Inter" w:eastAsia="Noto Sans CJK JP" w:cs="Noto Sans CJK JP"/>
        </w:rPr>
        <w:t>-</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p</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y</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y</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m</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l</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v</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p</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w</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q</w:t>
      </w:r>
      <w:r>
        <w:rPr>
          <w:color w:val="404040"/>
          <w:sz w:val="24"/>
          <w:rFonts w:ascii="Inter" w:hAnsi="Inter" w:eastAsia="Noto Sans CJK JP" w:cs="Noto Sans CJK JP"/>
        </w:rPr>
        <w:t>u</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w:t>
      </w:r>
    </w:p>
    <w:p>
      <w:pPr>
        <w:pStyle w:val="Heading1"/>
        <w:keepNext/>
        <w:keepLines/>
        <w:outlineLvl w:val="0"/>
      </w:pPr>
      <w:r>
        <w:rPr>
          <w:b/>
          <w:color w:val="404040"/>
          <w:sz w:val="32"/>
          <w:rFonts w:ascii="Inter" w:hAnsi="Inter" w:eastAsia="Noto Sans CJK JP" w:cs="Noto Sans CJK JP"/>
        </w:rPr>
        <w:t>Frequency</w:t>
      </w:r>
    </w:p>
    <w:p>
      <w:pPr>
        <w:keepNext/>
        <w:keepLines/>
      </w:pP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b</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z</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f</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v</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g</w:t>
      </w:r>
      <w:r>
        <w:rPr>
          <w:color w:val="404040"/>
          <w:sz w:val="24"/>
          <w:rFonts w:ascii="Inter" w:hAnsi="Inter" w:eastAsia="Noto Sans CJK JP" w:cs="Noto Sans CJK JP"/>
        </w:rPr>
        <w:t>u</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x</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k</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v</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p</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b</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j</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k</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k</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q</w:t>
      </w:r>
      <w:r>
        <w:rPr>
          <w:color w:val="404040"/>
          <w:sz w:val="24"/>
          <w:rFonts w:ascii="Inter" w:hAnsi="Inter" w:eastAsia="Noto Sans CJK JP" w:cs="Noto Sans CJK JP"/>
        </w:rPr>
        <w:t>u</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w:t>
      </w:r>
      <w:r>
        <w:rPr>
          <w:color w:val="404040"/>
          <w:sz w:val="24"/>
          <w:rFonts w:ascii="Inter" w:hAnsi="Inter" w:eastAsia="Noto Sans CJK JP" w:cs="Noto Sans CJK JP"/>
        </w:rPr>
        <w:t>.</w:t>
      </w:r>
    </w:p>
    <w:p>
      <w:pPr>
        <w:keepNext/>
        <w:keepLines/>
        <w:jc w:val="center"/>
      </w:pPr>
      <w:r>
        <w:drawing>
          <wp:inline xmlns:a="http://schemas.openxmlformats.org/drawingml/2006/main" xmlns:pic="http://schemas.openxmlformats.org/drawingml/2006/picture">
            <wp:extent cx="5328000" cy="3041655"/>
            <wp:docPr id="48" name="Picture 48"/>
            <wp:cNvGraphicFramePr>
              <a:graphicFrameLocks noChangeAspect="1"/>
            </wp:cNvGraphicFramePr>
            <a:graphic>
              <a:graphicData uri="http://schemas.openxmlformats.org/drawingml/2006/picture">
                <pic:pic>
                  <pic:nvPicPr>
                    <pic:cNvPr id="0" name="image.jpg"/>
                    <pic:cNvPicPr/>
                  </pic:nvPicPr>
                  <pic:blipFill>
                    <a:blip r:embed="rId30"/>
                    <a:stretch>
                      <a:fillRect/>
                    </a:stretch>
                  </pic:blipFill>
                  <pic:spPr>
                    <a:xfrm>
                      <a:off x="0" y="0"/>
                      <a:ext cx="5328000" cy="3041655"/>
                    </a:xfrm>
                    <a:prstGeom prst="rect"/>
                  </pic:spPr>
                </pic:pic>
              </a:graphicData>
            </a:graphic>
          </wp:inline>
        </w:drawing>
      </w:r>
    </w:p>
    <w:p>
      <w:pPr>
        <w:pStyle w:val="Caption"/>
        <w:jc w:val="center"/>
      </w:pPr>
      <w:r>
        <w:rPr>
          <w:b/>
          <w:color w:val="404040"/>
        </w:rPr>
        <w:t>Close-up of the control panel with the display showing "LEFT OFF" and "RIGHT OFF", and the ON/OFF buttons visible</w:t>
      </w:r>
    </w:p>
    <w:p>
      <w:pPr/>
      <w:r>
        <w:br w:type="page"/>
      </w:r>
    </w:p>
    <w:sectPr w:rsidR="00FC693F" w:rsidRPr="0006063C" w:rsidSect="00034616">
      <w:headerReference w:type="default" r:id="rId31"/>
      <w:footerReference w:type="default" r:id="rId32"/>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left"/>
    </w:pPr>
    <w:r>
      <w:t>Generated with docsie.io</w:t>
    </w:r>
  </w:p>
  <w:p>
    <w:pPr>
      <w:jc w:val="right"/>
    </w:pPr>
    <w:r>
      <w:fldChar w:fldCharType="begin"/>
      <w:instrText xml:space="preserve">PAGE</w:instrText>
      <w:fldChar w:fldCharType="end"/>
    </w:r>
    <w:r>
      <w:t xml:space="preserve"> / </w:t>
    </w:r>
    <w:r>
      <w:fldChar w:fldCharType="begin"/>
      <w:instrText xml:space="preserve">NUMPAGES</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eastAsia="Noto Sans CJK JP" w:cs="Noto Sans CJK JP"/>
      <w:color w:val="40404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b/>
      <w:bCs/>
      <w:color w:val="404040"/>
      <w:sz w:val="28"/>
      <w:szCs w:val="28"/>
      <w:rFonts w:ascii="Inter" w:hAnsi="Inter" w:eastAsia="Noto Sans CJK JP" w:cs="Noto Sans CJK JP"/>
    </w:rPr>
  </w:style>
  <w:style w:type="paragraph" w:styleId="Heading2">
    <w:name w:val="heading 2"/>
    <w:basedOn w:val="Normal"/>
    <w:next w:val="Normal"/>
    <w:link w:val="Heading2Char"/>
    <w:uiPriority w:val="9"/>
    <w:unhideWhenUsed/>
    <w:qFormat/>
    <w:rsid w:val="00FC693F"/>
    <w:pPr>
      <w:keepNext/>
      <w:keepLines/>
      <w:spacing w:before="200" w:after="0"/>
      <w:outlineLvl w:val="1"/>
    </w:pPr>
    <w:rPr>
      <w:b/>
      <w:bCs/>
      <w:color w:val="404040"/>
      <w:sz w:val="26"/>
      <w:szCs w:val="26"/>
      <w:rFonts w:ascii="Inter" w:hAnsi="Inter" w:eastAsia="Noto Sans CJK JP" w:cs="Noto Sans CJK JP"/>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color w:val="404040"/>
      <w:spacing w:val="5"/>
      <w:kern w:val="28"/>
      <w:sz w:val="52"/>
      <w:szCs w:val="52"/>
      <w:rFonts w:ascii="Inter" w:hAnsi="Inter" w:eastAsia="Noto Sans CJK JP" w:cs="Noto Sans CJK JP"/>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rPr>
      <w:rFonts w:ascii="Inter" w:hAnsi="Inter" w:eastAsia="Noto Sans CJK JP" w:cs="Noto Sans CJK JP"/>
      <w:color w:val="404040"/>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rPr>
      <w:rFonts w:ascii="Inter" w:hAnsi="Inter" w:eastAsia="Noto Sans CJK JP" w:cs="Noto Sans CJK JP"/>
      <w:color w:val="404040"/>
    </w:r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04040"/>
      <w:sz w:val="20"/>
      <w:szCs w:val="18"/>
      <w:rFonts w:ascii="Inter" w:hAnsi="Inter" w:eastAsia="Noto Sans CJK JP" w:cs="Noto Sans CJK JP"/>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jpg"/><Relationship Id="rId10" Type="http://schemas.openxmlformats.org/officeDocument/2006/relationships/image" Target="media/image2.jpg"/><Relationship Id="rId11" Type="http://schemas.openxmlformats.org/officeDocument/2006/relationships/image" Target="media/image3.jpg"/><Relationship Id="rId12" Type="http://schemas.openxmlformats.org/officeDocument/2006/relationships/image" Target="media/image4.jpg"/><Relationship Id="rId13" Type="http://schemas.openxmlformats.org/officeDocument/2006/relationships/image" Target="media/image5.jpg"/><Relationship Id="rId14" Type="http://schemas.openxmlformats.org/officeDocument/2006/relationships/image" Target="media/image6.jpg"/><Relationship Id="rId15" Type="http://schemas.openxmlformats.org/officeDocument/2006/relationships/image" Target="media/image7.jpg"/><Relationship Id="rId16" Type="http://schemas.openxmlformats.org/officeDocument/2006/relationships/image" Target="media/image8.jpg"/><Relationship Id="rId17" Type="http://schemas.openxmlformats.org/officeDocument/2006/relationships/image" Target="media/image9.jpg"/><Relationship Id="rId18" Type="http://schemas.openxmlformats.org/officeDocument/2006/relationships/image" Target="media/image10.jpg"/><Relationship Id="rId19" Type="http://schemas.openxmlformats.org/officeDocument/2006/relationships/image" Target="media/image11.jpg"/><Relationship Id="rId20" Type="http://schemas.openxmlformats.org/officeDocument/2006/relationships/image" Target="media/image12.jpg"/><Relationship Id="rId21" Type="http://schemas.openxmlformats.org/officeDocument/2006/relationships/image" Target="media/image13.jpg"/><Relationship Id="rId22" Type="http://schemas.openxmlformats.org/officeDocument/2006/relationships/image" Target="media/image14.jpg"/><Relationship Id="rId23" Type="http://schemas.openxmlformats.org/officeDocument/2006/relationships/image" Target="media/image15.jpg"/><Relationship Id="rId24" Type="http://schemas.openxmlformats.org/officeDocument/2006/relationships/image" Target="media/image16.jpg"/><Relationship Id="rId25" Type="http://schemas.openxmlformats.org/officeDocument/2006/relationships/image" Target="media/image17.jpg"/><Relationship Id="rId26" Type="http://schemas.openxmlformats.org/officeDocument/2006/relationships/image" Target="media/image18.jpg"/><Relationship Id="rId27" Type="http://schemas.openxmlformats.org/officeDocument/2006/relationships/image" Target="media/image19.jpg"/><Relationship Id="rId28" Type="http://schemas.openxmlformats.org/officeDocument/2006/relationships/image" Target="media/image20.jpg"/><Relationship Id="rId29" Type="http://schemas.openxmlformats.org/officeDocument/2006/relationships/image" Target="media/image21.jpg"/><Relationship Id="rId30" Type="http://schemas.openxmlformats.org/officeDocument/2006/relationships/image" Target="media/image22.jpg"/><Relationship Id="rId31" Type="http://schemas.openxmlformats.org/officeDocument/2006/relationships/header" Target="header1.xml"/><Relationship Id="rId3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