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Clean a Meat Slicer: Facility Sanitation SOP</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Supplies</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p>
    <w:p>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Safety Precautions</w:t>
      </w:r>
    </w:p>
    <w:p>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Operator preparing to put on cut-resistant gloves, with blue disposable gloves visible on the table.</w:t>
      </w:r>
    </w:p>
    <w:p>
      <w:pP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Red warning overlay reading "DANGER" with an exclamation mark, showing a wall power outlet.</w:t>
      </w:r>
    </w:p>
    <w:p>
      <w:pP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Red warning overlay reading "USE EXTREME CAUTION AROUND THE EXPOSED BLADE," with the exposed slicer blade visible in the background.</w:t>
      </w:r>
    </w:p>
    <w:p>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Red warning overlay reading "NEVER RUN ANY PORTION OF THE SLICER THROUGH A DISHWASHER," with slicer parts visible in a sink.</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Operator standing near the slicer with a large "IMPORTANT" warning on screen, emphasizing the need to air dry after sanitizing.</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Instructional overlay reading "TO ALLOW FOR EASY ADJUSTMENT, DO NOT OVERTIGHTEN THE ADJUSTMENT SPACER SHAFT OR THE WEIGHT ON THE GRAVITY FEED ASSEMBLY," with blue gloves and slicer components visible in the background.</w:t>
      </w:r>
    </w:p>
    <w:p>
      <w:pP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br/>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Cleaning steps</w:t>
      </w:r>
    </w:p>
    <w:p>
      <w:pPr>
        <w:pStyle w:val="Heading2"/>
        <w:keepNext/>
        <w:keepLines/>
        <w:ind w:left="0"/>
        <w:outlineLvl w:val="1"/>
      </w:pPr>
      <w:r>
        <w:rPr>
          <w:b/>
          <w:color w:val="404040"/>
          <w:sz w:val="28"/>
          <w:rFonts w:ascii="Inter" w:hAnsi="Inter" w:eastAsia="Noto Sans CJK JP" w:cs="Noto Sans CJK JP"/>
        </w:rPr>
        <w:t>Prepare the slicer</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Slicer on a stainless steel table with the thickness control dial visible and the carriage pulled forward; operator wearing a white coat and blue gloves.</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Disassemble the carriage and feed components</w:t>
      </w:r>
    </w:p>
    <w:p>
      <w:pPr/>
      <w:r>
        <w:br/>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Slicer with the carriage assembly tilted away from the body; operator loosening the carriage arm knob while wearing blue gloves.</w:t>
      </w:r>
    </w:p>
    <w:p>
      <w:pPr/>
      <w:r>
        <w:br/>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Operator loosening the adjustment spacer knob on the slicer.</w:t>
      </w:r>
    </w:p>
    <w:p>
      <w:pPr/>
      <w:r>
        <w:br/>
      </w:r>
    </w:p>
    <w:p>
      <w:pPr>
        <w:pStyle w:val="ListNumber2"/>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Slicer with the feed grip being removed; operator's gloved hands visible.</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Operator turning the feed weight counterclockwise to remove it from the slicer, with the feed grip and support arm visible.</w:t>
      </w:r>
    </w:p>
    <w:p>
      <w:pPr/>
      <w:r>
        <w:br/>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Close-up of the slicer with the feed grip and rod removed, showing the support arm and mounting post.</w:t>
      </w:r>
    </w:p>
    <w:p>
      <w:pPr>
        <w:pStyle w:val="Heading2"/>
        <w:keepNext/>
        <w:keepLines/>
        <w:ind w:left="0"/>
        <w:outlineLvl w:val="1"/>
      </w:pPr>
      <w:r>
        <w:rPr>
          <w:b/>
          <w:color w:val="404040"/>
          <w:sz w:val="28"/>
          <w:rFonts w:ascii="Inter" w:hAnsi="Inter" w:eastAsia="Noto Sans CJK JP" w:cs="Noto Sans CJK JP"/>
        </w:rPr>
        <w:t>Remove the carriage, dial, and sharpener</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Operator unscrewing the carriage arm knob and preparing to remove the carriage assembly.</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Operator holding the removed carriage assembly and moving it away from the slicer.</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Close-up of a gloved hand loosening and removing the black thickness control dial, marked with numbers 0–9.</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Operator holding the removed sharpener and locking pin, standing next to the slicer with the sharpener storage area visible.</w:t>
      </w:r>
    </w:p>
    <w:p>
      <w:pPr>
        <w:pStyle w:val="Heading2"/>
        <w:keepNext/>
        <w:keepLines/>
        <w:ind w:left="0"/>
        <w:outlineLvl w:val="1"/>
      </w:pPr>
      <w:r>
        <w:rPr>
          <w:b/>
          <w:color w:val="404040"/>
          <w:sz w:val="28"/>
          <w:rFonts w:ascii="Inter" w:hAnsi="Inter" w:eastAsia="Noto Sans CJK JP" w:cs="Noto Sans CJK JP"/>
        </w:rPr>
        <w:t>Remove the knife guard assembly</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Wash all disassembled components</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Operator wearing blue gloves washing slicer components in a stainless steel sink, with a tub of additional parts nearby.</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Clean the slicer body and blade</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Operator wiping down the slicer base and blade area with a cloth, working from top to bottom.</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Operator using a brush to clean the back side of the slicer knife, focusing on the ring guard area.</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Operator cleaning the slicer blade with a cloth, following outward arrows indicating a circular motion from the center.</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Operator wiping the grooved body and blade area of the slicer with a cloth in the food preparation area.</w:t>
      </w:r>
    </w:p>
    <w:p>
      <w:pPr>
        <w:pStyle w:val="Heading2"/>
        <w:keepNext/>
        <w:keepLines/>
        <w:ind w:left="0"/>
        <w:outlineLvl w:val="1"/>
      </w:pPr>
      <w:r>
        <w:rPr>
          <w:b/>
          <w:color w:val="404040"/>
          <w:sz w:val="28"/>
          <w:rFonts w:ascii="Inter" w:hAnsi="Inter" w:eastAsia="Noto Sans CJK JP" w:cs="Noto Sans CJK JP"/>
        </w:rPr>
        <w:t>Final wipe-down before sanitizing</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Operator cleaning the meat slicer blade with a cloth; on-screen text reads "ALWAYS CLEAN THE KNIFE BY WIPING FROM THE CENTER OUTWARD, AND ALWAYS CLEAN."</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Operator cleaning the slicer fence; on-screen text reads "ALWAYS CLEAN THE KNIFE BY WIPING FROM THE CENTER OUTWARD, AND ALWAYS CLEAN THE FENCE BY WIPING AWAY FROM THE BLADE."</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Operator cleaning around the blade edge of the slicer, using a cloth to reach between the blade and the guard.</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Operator wiping the main body of the slicer with a cloth.</w:t>
      </w:r>
    </w:p>
    <w:p>
      <w:pPr>
        <w:pStyle w:val="Heading2"/>
        <w:keepNext/>
        <w:keepLines/>
        <w:ind w:left="0"/>
        <w:outlineLvl w:val="1"/>
      </w:pPr>
      <w:r>
        <w:rPr>
          <w:b/>
          <w:color w:val="404040"/>
          <w:sz w:val="28"/>
          <w:rFonts w:ascii="Inter" w:hAnsi="Inter" w:eastAsia="Noto Sans CJK JP" w:cs="Noto Sans CJK JP"/>
        </w:rPr>
        <w:t>Dry and sanitize the slicer</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Operator drying the slicer blade and fence with a cloth; surfaces are visibly wet.</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Operator sanitizing the slicer, wiping the fence area with a cloth; the slicer is visibly wet with sanitizer.</w:t>
      </w:r>
    </w:p>
    <w:p>
      <w:pPr/>
      <w:r>
        <w:br/>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Reassemble the slicer</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Operator preparing to reassemble the slicer, holding parts and aligning the knife guard cover.</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Operator securing the knife guard onto the slicer blade.</w:t>
      </w:r>
    </w:p>
    <w:p>
      <w:pPr/>
      <w:r>
        <w:br/>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Close-up of the operator reinstalling the knife scraper on the slicer, showing the adjustment knobs and scraper mechanism.</w:t>
      </w:r>
    </w:p>
    <w:p>
      <w:pPr/>
      <w:r>
        <w:br/>
      </w:r>
    </w:p>
    <w:p>
      <w:pPr>
        <w:pStyle w:val="ListNumber2"/>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Operator holding the slicer sharpener above the slicer, preparing to reinstall it into its storage position; the slicer is fully assembled except for the sharpener.</w:t>
      </w:r>
    </w:p>
    <w:p>
      <w:pPr/>
      <w:r>
        <w:br/>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Operator reattaching the thickness control dial to the front of the slicer.</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Operator reattaching the carriage to the slicer, holding the carriage arm and aligning it with the slicer body.</w:t>
      </w:r>
    </w:p>
    <w:p>
      <w:pPr>
        <w:pStyle w:val="Heading2"/>
        <w:keepNext/>
        <w:keepLines/>
        <w:ind w:left="0"/>
        <w:outlineLvl w:val="1"/>
      </w:pPr>
      <w:r>
        <w:rPr>
          <w:b/>
          <w:color w:val="404040"/>
          <w:sz w:val="28"/>
          <w:rFonts w:ascii="Inter" w:hAnsi="Inter" w:eastAsia="Noto Sans CJK JP" w:cs="Noto Sans CJK JP"/>
        </w:rPr>
        <w:t>Reassemble the grip mechanism</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Close-up of the operator threading the product feed rod through the first hole on the carriage and preparing to slide a thick washer onto the rod.</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Close-up of the product feed rod and washer assembly being inserted through the carriage, with the washer positioned against the carriage wall.</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Close-up of the rod and washer assembly being inserted through the second hole on the carriage, with the operator's gloved hand turning the rod to tighten.</w:t>
      </w:r>
    </w:p>
    <w:p>
      <w:pPr/>
      <w:r>
        <w:br/>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Operator placing a thin plastic spacing washer onto the feed grip rod inside the slicer carriage.</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Operator positioning the thin plastic spacing washer onto the feed grip rod, ensuring proper placement.</w:t>
      </w:r>
    </w:p>
    <w:p>
      <w:pPr/>
      <w:r>
        <w:br/>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Operator reinstalling the adjustment spacer and rod, tightening the knob to secure the assembly inside the slicer carriage.</w:t>
      </w:r>
    </w:p>
    <w:p>
      <w:pPr/>
      <w:r>
        <w:br/>
      </w:r>
    </w:p>
    <w:p>
      <w:pPr>
        <w:pStyle w:val="ListNumber2"/>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Operator holding the assembled grip mechanism, showing the adjustment knobs and rods securely in place on the slicer.</w:t>
      </w:r>
    </w:p>
    <w:p>
      <w:pPr/>
      <w:r>
        <w:br/>
      </w:r>
    </w:p>
    <w:p>
      <w:pPr>
        <w:pStyle w:val="ListNumber2"/>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1" name="Picture 4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Operator holding the slicer carriage, sliding the adjustment spacer into position and tightening the knob to secure it.</w:t>
      </w:r>
    </w:p>
    <w:p>
      <w:pPr>
        <w:pStyle w:val="Heading2"/>
        <w:keepNext/>
        <w:keepLines/>
        <w:ind w:left="0"/>
        <w:outlineLvl w:val="1"/>
      </w:pPr>
      <w:r>
        <w:rPr>
          <w:b/>
          <w:color w:val="404040"/>
          <w:sz w:val="28"/>
          <w:rFonts w:ascii="Inter" w:hAnsi="Inter" w:eastAsia="Noto Sans CJK JP" w:cs="Noto Sans CJK JP"/>
        </w:rPr>
        <w:t>Clean and reset the area beneath the slicer</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2" name="Picture 4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Operator wiping the stainless steel table underneath the slicer, with red and green cleaning buckets visible nearby.</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3" name="Picture 4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Operator using the lift lever to raise the front of the slicer, as indicated by a large white arrow pointing upward; the slicer is tilted, exposing the area underneath for cleaning.</w:t>
      </w:r>
    </w:p>
    <w:p>
      <w:pPr/>
      <w:r>
        <w:br/>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Inspection</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Frequency</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Manufacturer support</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6</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8</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w</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p>
    <w:p>
      <w:pPr>
        <w:pStyle w:val="ListBullet2"/>
        <w:keepNext/>
        <w:keepLines/>
      </w:pPr>
    </w:p>
    <w:p>
      <w:pPr>
        <w:keepNext/>
        <w:keepLines/>
        <w:jc w:val="center"/>
      </w:pPr>
      <w:r>
        <w:drawing>
          <wp:inline xmlns:a="http://schemas.openxmlformats.org/drawingml/2006/main" xmlns:pic="http://schemas.openxmlformats.org/drawingml/2006/picture">
            <wp:extent cx="5328000" cy="3041655"/>
            <wp:docPr id="44" name="Picture 4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Univex logo displaying contact phone number (800) 258-6358, email sales@univexcorp.com, and website www.univexcorp.com on a blue background.</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5" name="Picture 4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Title screen showing "Slicer Cleaning" with images of three different slicer models on a blue background.</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