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Clean a Flat-Top Grill: Facility Cleaning SOP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Supplies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[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]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[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]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[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]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[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]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[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]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[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]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[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]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[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]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[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]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Safety precautions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[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]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[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]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[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]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[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]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[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]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[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]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[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]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Cleaning steps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Phase 1: Initial cleaning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hot, steaming flat-top grill with a person holding a spray bottle containing yellow liquid. Large on-screen text reads "Turn burners on HIGH."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spraying a yellow liquid from a spray bottle onto a hot, steaming grill.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turning the burner knobs to the off position while holding a spray bottle. On-screen text reads "Turn burners OFF."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grill with cleaning solution sitting on the surface. On-screen text reads "Let sit for 10 min."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using a grill scraper to remove loosened residue from the grill surface.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clean grill surface with burner knobs visible. On-screen text reads "Turn burners back on HIGH."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in a black shirt walking in a kitchen. On-screen text reads "Approx. 1 cup lemon juice."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large container in a sink being filled with cold water. The liquid inside is pale yellow. On-screen text reads "Fill with cold water."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Phase 2: Final cleaning and seasoning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hand turning the burner knob to the off position on a commercial flat-top grill. Large on-screen text reads "Turn burners OFF."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holding a towel or rag near the grill, preparing for the next cleaning step.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pouring a pale yellow lemon water solution from a large container onto the hot grill. On-screen text reads "Watch out, it'll splash ya."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using a grill scraper to agitate and clean the bubbling lemon water solution on the grill surface.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clean, residue-free grill surface after cleaning.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pouring dark, dirty water from the grill's waste tray into a white bucket.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using a grill scraper to remove remaining water from the clean grill surface.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holding clean towels, preparing to dry the grill surface.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clean grill surface with a thin layer of olive oil drizzled on top. Large on-screen text reads "Olive oil."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Inspection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[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]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[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]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[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]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Frequency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black screen with large white text reading 'THIS HAS BEEN: HOW TO CLEAN YOUR GRILL' and 'A JESSICA STACH PRODUCTION'.</w:t>
      </w:r>
    </w:p>
    <w:p>
      <w:pPr/>
      <w:r>
        <w:br w:type="page"/>
      </w:r>
    </w:p>
    <w:sectPr w:rsidR="00FC693F" w:rsidRPr="0006063C" w:rsidSect="00034616">
      <w:headerReference w:type="default" r:id="rId17"/>
      <w:footerReference w:type="default" r:id="rId1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header" Target="header1.xml"/><Relationship Id="rId1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