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SOP: Calibrating a Dial Probe Thermometer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the ice water bath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chef in a white coat holding a dial probe thermometer and its black sheath, standing in a commercial kitchen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Remove the thermometer from its sheath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Insert the thermometer into the ice water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a dial probe thermometer and its sheath above a glass filled with ice water, preparing to insert the thermometer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Read the initial temperature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 probe thermometer suspended in a glass of ice water, needle visible, reading above 30°F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Identify the calibration nut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pointing to the calibration nut on the back of the thermometer dial, thermometer above a glass of ice water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Adjust the thermometer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using the sheath as a wrench to adjust the calibration nut on the thermometer, above a glass of ice water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Check the calibration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holding the dial probe thermometer, needle now closer to 32°F after adjustment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Ensure the adjustment is secure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the dial probe thermometer, showing the needle at the correct calibration point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chef in a white coat stands in a commercial kitchen. Overlaid text reads: "For all products shown in this video (and more) visit us at www.etundra.com." The eTundra.com Restaurant Supply logo is visible in the lower right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Legal Notice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 legal disclaimer text on a black background, stating that Tundra Restaurant Supply makes no representations or warranties about the content, with a link to their privacy policy at bit.ly/tundra-privacy-policy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