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Boil Out a Deep Fryer: Facility Cleaning SOP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Supplies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precautions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Cleaning steps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protective gear standing next to a commercial fryer, ready to begin cleaning, with gloves, apron, and face shield visible.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 fryer boil out puck above the empty fryer basin, preparing to add it.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boil out puck held above the fryer basin, with water inside.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Water draining from the fryer into a large metal pot below, with drain valve labels visible.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inside of the fryer basin showing clean, wet metal surfaces after rinsing.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black protective gloves using a rag and a metal poker to wipe between the heating flumes inside a commercial fryer basin, with all surfaces visibly clean and wet.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Inspection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Frequency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the message: "For all products shown in this video (and more) visit us at www.etundra.com" with the eTundra.com Restaurant Supply logo.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a legal disclaimer about the accuracy, reliability, and use of the video content, with a link to the privacy policy at bit.ly/tundra-privacy-policy.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hyperlink" Target="https://www.etundra.com" TargetMode="External"/><Relationship Id="rId13" Type="http://schemas.openxmlformats.org/officeDocument/2006/relationships/image" Target="media/image4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