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Write a Daily Construction Site Report: A Step-by-Step Template Guide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Prerequisites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report with cursor active over a cell and a thumbs-up graphic, emphasizing careful and accurate data entry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Report header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j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&amp;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°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°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daily progress report template showing the header fields for project name, date, location, weather, temperature, contractor, and report number, plus the manpower and equipment sections below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Weather conditions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Workforce count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'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'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Excel template detailing indirect and direct manpower categories alongside the equipment list, with example entries for each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template with manpower rows filled in for day and night shifts across indirect and direct roles, cursor visible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'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transitioning from the main contractor's manpower and equipment totals into the subcontractor's manpower and equipment sections, with subtotals and open fields ready for entry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j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showing the automatically calculated Project Man-Hours Summary next to the Contact List section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</w:tr>
    </w:tbl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Equipment on-site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'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template with the equipment list filled in: Bobcat = 2, Fork Lift 10T = 1, Air Compressor = 4, cursor visible in the equipment section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</w:p>
        </w:tc>
      </w:tr>
    </w:tbl>
    <w:p>
      <w:pPr/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'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'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'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showing the Contractor's Manpower and Contractor's Equipment sections together, with columns for description, day/night shift, equipment type, and quantity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Work completed today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/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/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%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/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/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%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showing the Details of Daily Work Activities section, with example entries for refurbishment, curing, scaffolding, soil removal, curbs demolition, safety comments, and soil compaction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showing "Description of Activities" and "Building Name / BOQ Items in Progress" with the example entry "Refurbishment of T1 And T2"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1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1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listing specific ongoing activities under "Refurbishment of T1 And T2"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=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=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=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=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with the columns filled in for "Curing of stiffener columns": Actual Qnty in BOQ = 100, Today Qnty = 10, Remaining Qty = 50, To date Qnty = 50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showing the remaining-quantity calculation: Actual Qnty in BOQ = 100, To date Qnty = 50, Remaining Qty = 50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showing the non-BOQ activity "Wastage of demolished materials removing from site" with blank quantity columns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showing an "In progress" status entered for a non-BOQ activity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showing demolition activities with quantities entered and a "Done" status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showing a blank "Today Qnty/% complete" column for an activity with no progress that day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³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³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showing daily and cumulative excavation quantities entered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with multiple activities and their progress columns filled in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showing "Refurbishment of T1 And T2" entered as the building name/BOQ item in progress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=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=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=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%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=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showing ongoing activities, BOQ quantities, and progress columns filled in across several site activities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showing the Details of Daily Work Activities section with serial number, building name, BOQ item, quantity columns, and status, plus the work progress photos section beneath it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Materials received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Excel sheet showing the "Material Delivery to site" section with columns for description, unit, quantity ordered, received, and remaining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with the "Material Delivery to site" section open and ready to be completed using store department records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Work progress photos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showing the "Work Progress Photos" section with multiple images of site activities, workers, and machinery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Work planned tomorrow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Safety observations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showing the HSE Summary section with fields for safe man days, safe man-hours, HSE induction, toolbox talks, internal training, PTW issued, RAMS, lifting plans, emergency drills, and incidents/near misses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Delays &amp; issues log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Visitor log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2755862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27558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Excel sheet showing the Details of Daily Work Activities section, with example entries for refurbishment, curing, scaffolding, and soil removal activities.</w:t>
      </w:r>
    </w:p>
    <w:p>
      <w:pPr/>
      <w:r>
        <w:br w:type="page"/>
      </w:r>
    </w:p>
    <w:sectPr w:rsidR="00FC693F" w:rsidRPr="0006063C" w:rsidSect="00034616">
      <w:headerReference w:type="default" r:id="rId32"/>
      <w:footerReference w:type="default" r:id="rId3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Relationship Id="rId30" Type="http://schemas.openxmlformats.org/officeDocument/2006/relationships/image" Target="media/image22.jpg"/><Relationship Id="rId31" Type="http://schemas.openxmlformats.org/officeDocument/2006/relationships/image" Target="media/image23.jpg"/><Relationship Id="rId32" Type="http://schemas.openxmlformats.org/officeDocument/2006/relationships/header" Target="header1.xml"/><Relationship Id="rId3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